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应急管理学院推荐优秀应届本科毕业生免试攻读研究生名单公示</w:t>
      </w:r>
    </w:p>
    <w:p>
      <w:r>
        <w:t>经学生申请、学院考核，学院推免工作小组会议审核，现将应急管理学院2026年推荐优秀应届本科毕业生免试攻读研究生名单予以公示。</w:t>
      </w:r>
    </w:p>
    <w:p>
      <w:r>
        <w:t>公示时间为2025年9月5日至9月7日。公示期间，如有异议，可署名向应急管理学院反映情况。</w:t>
      </w:r>
    </w:p>
    <w:p>
      <w:r>
        <w:t>最终推免资格以学校公布为准。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>
        <w:tc>
          <w:tcPr>
            <w:tcW w:type="dxa" w:w="576"/>
          </w:tcPr>
          <w:p>
            <w:r>
              <w:t>本科专业名称</w:t>
            </w:r>
          </w:p>
        </w:tc>
        <w:tc>
          <w:tcPr>
            <w:tcW w:type="dxa" w:w="576"/>
          </w:tcPr>
          <w:p>
            <w:r>
              <w:t>姓名</w:t>
            </w:r>
          </w:p>
        </w:tc>
        <w:tc>
          <w:tcPr>
            <w:tcW w:type="dxa" w:w="576"/>
          </w:tcPr>
          <w:p>
            <w:r>
              <w:t>性别</w:t>
            </w:r>
          </w:p>
        </w:tc>
        <w:tc>
          <w:tcPr>
            <w:tcW w:type="dxa" w:w="576"/>
          </w:tcPr>
          <w:p>
            <w:r>
              <w:t>推荐类型</w:t>
            </w:r>
          </w:p>
        </w:tc>
        <w:tc>
          <w:tcPr>
            <w:tcW w:type="dxa" w:w="576"/>
          </w:tcPr>
          <w:p>
            <w:r>
              <w:t>民族</w:t>
            </w:r>
          </w:p>
        </w:tc>
        <w:tc>
          <w:tcPr>
            <w:tcW w:type="dxa" w:w="576"/>
          </w:tcPr>
          <w:p>
            <w:r>
              <w:t>政治面貌</w:t>
            </w:r>
          </w:p>
        </w:tc>
        <w:tc>
          <w:tcPr>
            <w:tcW w:type="dxa" w:w="576"/>
          </w:tcPr>
          <w:p>
            <w:r>
              <w:t>排名方式</w:t>
            </w:r>
          </w:p>
        </w:tc>
        <w:tc>
          <w:tcPr>
            <w:tcW w:type="dxa" w:w="576"/>
          </w:tcPr>
          <w:p>
            <w:r>
              <w:t>专业人数</w:t>
            </w:r>
          </w:p>
        </w:tc>
        <w:tc>
          <w:tcPr>
            <w:tcW w:type="dxa" w:w="576"/>
          </w:tcPr>
          <w:p>
            <w:r>
              <w:t>课程平均绩点</w:t>
            </w:r>
          </w:p>
        </w:tc>
        <w:tc>
          <w:tcPr>
            <w:tcW w:type="dxa" w:w="576"/>
          </w:tcPr>
          <w:p>
            <w:r>
              <w:t>平均绩点排名</w:t>
            </w:r>
          </w:p>
        </w:tc>
        <w:tc>
          <w:tcPr>
            <w:tcW w:type="dxa" w:w="576"/>
          </w:tcPr>
          <w:p>
            <w:r>
              <w:t>全面发展综合成绩</w:t>
            </w:r>
          </w:p>
        </w:tc>
        <w:tc>
          <w:tcPr>
            <w:tcW w:type="dxa" w:w="576"/>
          </w:tcPr>
          <w:p>
            <w:r>
              <w:t>总成绩</w:t>
            </w:r>
          </w:p>
        </w:tc>
        <w:tc>
          <w:tcPr>
            <w:tcW w:type="dxa" w:w="576"/>
          </w:tcPr>
          <w:p>
            <w:r>
              <w:t>综合名次</w:t>
            </w:r>
          </w:p>
        </w:tc>
        <w:tc>
          <w:tcPr>
            <w:tcW w:type="dxa" w:w="576"/>
          </w:tcPr>
          <w:p>
            <w:r>
              <w:t>掌握何种外语及程度</w:t>
            </w:r>
          </w:p>
        </w:tc>
        <w:tc>
          <w:tcPr>
            <w:tcW w:type="dxa" w:w="576"/>
          </w:tcPr>
          <w:p>
            <w:r>
              <w:t>备注</w:t>
            </w:r>
          </w:p>
        </w:tc>
      </w:tr>
      <w:tr>
        <w:tc>
          <w:tcPr>
            <w:tcW w:type="dxa" w:w="576"/>
          </w:tcPr>
          <w:p>
            <w:r>
              <w:t>应急管理专业</w:t>
            </w:r>
          </w:p>
        </w:tc>
        <w:tc>
          <w:tcPr>
            <w:tcW w:type="dxa" w:w="576"/>
          </w:tcPr>
          <w:p>
            <w:r>
              <w:t>廖雨豪</w:t>
            </w:r>
          </w:p>
        </w:tc>
        <w:tc>
          <w:tcPr>
            <w:tcW w:type="dxa" w:w="576"/>
          </w:tcPr>
          <w:p>
            <w:r>
              <w:t>男</w:t>
            </w:r>
          </w:p>
        </w:tc>
        <w:tc>
          <w:tcPr>
            <w:tcW w:type="dxa" w:w="576"/>
          </w:tcPr>
          <w:p>
            <w:r>
              <w:t>0-普通型</w:t>
            </w:r>
          </w:p>
        </w:tc>
        <w:tc>
          <w:tcPr>
            <w:tcW w:type="dxa" w:w="576"/>
          </w:tcPr>
          <w:p>
            <w:r>
              <w:t>汉族</w:t>
            </w:r>
          </w:p>
        </w:tc>
        <w:tc>
          <w:tcPr>
            <w:tcW w:type="dxa" w:w="576"/>
          </w:tcPr>
          <w:p>
            <w:r>
              <w:t>中共党员</w:t>
            </w:r>
          </w:p>
        </w:tc>
        <w:tc>
          <w:tcPr>
            <w:tcW w:type="dxa" w:w="576"/>
          </w:tcPr>
          <w:p>
            <w:r>
              <w:t>1/50</w:t>
            </w:r>
          </w:p>
        </w:tc>
        <w:tc>
          <w:tcPr>
            <w:tcW w:type="dxa" w:w="576"/>
          </w:tcPr>
          <w:p>
            <w:r>
              <w:t>50</w:t>
            </w:r>
          </w:p>
        </w:tc>
        <w:tc>
          <w:tcPr>
            <w:tcW w:type="dxa" w:w="576"/>
          </w:tcPr>
          <w:p>
            <w:r>
              <w:t>3.93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576"/>
          </w:tcPr>
          <w:p>
            <w:r>
              <w:t>4.6</w:t>
            </w:r>
          </w:p>
        </w:tc>
        <w:tc>
          <w:tcPr>
            <w:tcW w:type="dxa" w:w="576"/>
          </w:tcPr>
          <w:p>
            <w:r>
              <w:t>78. 29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576"/>
          </w:tcPr>
          <w:p>
            <w:r>
              <w:t>CET-6/578分</w:t>
            </w:r>
          </w:p>
        </w:tc>
        <w:tc>
          <w:tcPr>
            <w:tcW w:type="dxa" w:w="576"/>
          </w:tcPr>
          <w:p>
            <w:r/>
          </w:p>
        </w:tc>
      </w:tr>
      <w:tr>
        <w:tc>
          <w:tcPr>
            <w:tcW w:type="dxa" w:w="576"/>
          </w:tcPr>
          <w:p>
            <w:r>
              <w:t>应急管理专业</w:t>
            </w:r>
          </w:p>
        </w:tc>
        <w:tc>
          <w:tcPr>
            <w:tcW w:type="dxa" w:w="576"/>
          </w:tcPr>
          <w:p>
            <w:r>
              <w:t>邹娜</w:t>
            </w:r>
          </w:p>
        </w:tc>
        <w:tc>
          <w:tcPr>
            <w:tcW w:type="dxa" w:w="576"/>
          </w:tcPr>
          <w:p>
            <w:r>
              <w:t>女</w:t>
            </w:r>
          </w:p>
        </w:tc>
        <w:tc>
          <w:tcPr>
            <w:tcW w:type="dxa" w:w="576"/>
          </w:tcPr>
          <w:p>
            <w:r>
              <w:t>0-普通型</w:t>
            </w:r>
          </w:p>
        </w:tc>
        <w:tc>
          <w:tcPr>
            <w:tcW w:type="dxa" w:w="576"/>
          </w:tcPr>
          <w:p>
            <w:r>
              <w:t>汉族</w:t>
            </w:r>
          </w:p>
        </w:tc>
        <w:tc>
          <w:tcPr>
            <w:tcW w:type="dxa" w:w="576"/>
          </w:tcPr>
          <w:p>
            <w:r>
              <w:t>中共党员</w:t>
            </w:r>
          </w:p>
        </w:tc>
        <w:tc>
          <w:tcPr>
            <w:tcW w:type="dxa" w:w="576"/>
          </w:tcPr>
          <w:p>
            <w:r>
              <w:t>2/50</w:t>
            </w:r>
          </w:p>
        </w:tc>
        <w:tc>
          <w:tcPr>
            <w:tcW w:type="dxa" w:w="576"/>
          </w:tcPr>
          <w:p>
            <w:r>
              <w:t>50</w:t>
            </w:r>
          </w:p>
        </w:tc>
        <w:tc>
          <w:tcPr>
            <w:tcW w:type="dxa" w:w="576"/>
          </w:tcPr>
          <w:p>
            <w:r>
              <w:t>3.88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576"/>
          </w:tcPr>
          <w:p>
            <w:r>
              <w:t>1.5 7</w:t>
            </w:r>
          </w:p>
        </w:tc>
        <w:tc>
          <w:tcPr>
            <w:tcW w:type="dxa" w:w="576"/>
          </w:tcPr>
          <w:p>
            <w:r>
              <w:t>74.32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576"/>
          </w:tcPr>
          <w:p>
            <w:r>
              <w:t>CET-6/557分</w:t>
            </w:r>
          </w:p>
        </w:tc>
        <w:tc>
          <w:tcPr>
            <w:tcW w:type="dxa" w:w="576"/>
          </w:tcPr>
          <w:p>
            <w:r/>
          </w:p>
        </w:tc>
      </w:tr>
      <w:tr>
        <w:tc>
          <w:tcPr>
            <w:tcW w:type="dxa" w:w="576"/>
          </w:tcPr>
          <w:p>
            <w:r>
              <w:t>应急管理专业</w:t>
            </w:r>
          </w:p>
        </w:tc>
        <w:tc>
          <w:tcPr>
            <w:tcW w:type="dxa" w:w="576"/>
          </w:tcPr>
          <w:p>
            <w:r>
              <w:t>陈颖捷</w:t>
            </w:r>
          </w:p>
        </w:tc>
        <w:tc>
          <w:tcPr>
            <w:tcW w:type="dxa" w:w="576"/>
          </w:tcPr>
          <w:p>
            <w:r>
              <w:t>女</w:t>
            </w:r>
          </w:p>
        </w:tc>
        <w:tc>
          <w:tcPr>
            <w:tcW w:type="dxa" w:w="576"/>
          </w:tcPr>
          <w:p>
            <w:r>
              <w:t>0-普通型</w:t>
            </w:r>
          </w:p>
        </w:tc>
        <w:tc>
          <w:tcPr>
            <w:tcW w:type="dxa" w:w="576"/>
          </w:tcPr>
          <w:p>
            <w:r>
              <w:t>汉族</w:t>
            </w:r>
          </w:p>
        </w:tc>
        <w:tc>
          <w:tcPr>
            <w:tcW w:type="dxa" w:w="576"/>
          </w:tcPr>
          <w:p>
            <w:r>
              <w:t>中共预备党员</w:t>
            </w:r>
          </w:p>
        </w:tc>
        <w:tc>
          <w:tcPr>
            <w:tcW w:type="dxa" w:w="576"/>
          </w:tcPr>
          <w:p>
            <w:r>
              <w:t>3/50</w:t>
            </w:r>
          </w:p>
        </w:tc>
        <w:tc>
          <w:tcPr>
            <w:tcW w:type="dxa" w:w="576"/>
          </w:tcPr>
          <w:p>
            <w:r>
              <w:t>50</w:t>
            </w:r>
          </w:p>
        </w:tc>
        <w:tc>
          <w:tcPr>
            <w:tcW w:type="dxa" w:w="576"/>
          </w:tcPr>
          <w:p>
            <w:r>
              <w:t>3.84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576"/>
          </w:tcPr>
          <w:p>
            <w:r>
              <w:t>0.1 5</w:t>
            </w:r>
          </w:p>
        </w:tc>
        <w:tc>
          <w:tcPr>
            <w:tcW w:type="dxa" w:w="576"/>
          </w:tcPr>
          <w:p>
            <w:r>
              <w:t>72.1 5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576"/>
          </w:tcPr>
          <w:p>
            <w:r>
              <w:t>CET-6/558分</w:t>
            </w:r>
          </w:p>
        </w:tc>
        <w:tc>
          <w:tcPr>
            <w:tcW w:type="dxa" w:w="576"/>
          </w:tcPr>
          <w:p>
            <w:r/>
          </w:p>
        </w:tc>
      </w:tr>
      <w:tr>
        <w:tc>
          <w:tcPr>
            <w:tcW w:type="dxa" w:w="576"/>
          </w:tcPr>
          <w:p>
            <w:r>
              <w:t>应急技术与管理专业</w:t>
            </w:r>
          </w:p>
        </w:tc>
        <w:tc>
          <w:tcPr>
            <w:tcW w:type="dxa" w:w="576"/>
          </w:tcPr>
          <w:p>
            <w:r>
              <w:t>陆雨航</w:t>
            </w:r>
          </w:p>
        </w:tc>
        <w:tc>
          <w:tcPr>
            <w:tcW w:type="dxa" w:w="576"/>
          </w:tcPr>
          <w:p>
            <w:r>
              <w:t>男</w:t>
            </w:r>
          </w:p>
        </w:tc>
        <w:tc>
          <w:tcPr>
            <w:tcW w:type="dxa" w:w="576"/>
          </w:tcPr>
          <w:p>
            <w:r>
              <w:t>0-普通型</w:t>
            </w:r>
          </w:p>
        </w:tc>
        <w:tc>
          <w:tcPr>
            <w:tcW w:type="dxa" w:w="576"/>
          </w:tcPr>
          <w:p>
            <w:r>
              <w:t>汉族</w:t>
            </w:r>
          </w:p>
        </w:tc>
        <w:tc>
          <w:tcPr>
            <w:tcW w:type="dxa" w:w="576"/>
          </w:tcPr>
          <w:p>
            <w:r>
              <w:t>共青团员</w:t>
            </w:r>
          </w:p>
        </w:tc>
        <w:tc>
          <w:tcPr>
            <w:tcW w:type="dxa" w:w="576"/>
          </w:tcPr>
          <w:p>
            <w:r>
              <w:t>2/58</w:t>
            </w:r>
          </w:p>
        </w:tc>
        <w:tc>
          <w:tcPr>
            <w:tcW w:type="dxa" w:w="576"/>
          </w:tcPr>
          <w:p>
            <w:r>
              <w:t>58</w:t>
            </w:r>
          </w:p>
        </w:tc>
        <w:tc>
          <w:tcPr>
            <w:tcW w:type="dxa" w:w="576"/>
          </w:tcPr>
          <w:p>
            <w:r>
              <w:t>3.75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576"/>
          </w:tcPr>
          <w:p>
            <w:r>
              <w:t>4.5</w:t>
            </w:r>
          </w:p>
        </w:tc>
        <w:tc>
          <w:tcPr>
            <w:tcW w:type="dxa" w:w="576"/>
          </w:tcPr>
          <w:p>
            <w:r>
              <w:t>74.8 1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576"/>
          </w:tcPr>
          <w:p>
            <w:r>
              <w:t>CET-4/459分</w:t>
            </w:r>
          </w:p>
        </w:tc>
        <w:tc>
          <w:tcPr>
            <w:tcW w:type="dxa" w:w="576"/>
          </w:tcPr>
          <w:p>
            <w:r/>
          </w:p>
        </w:tc>
      </w:tr>
      <w:tr>
        <w:tc>
          <w:tcPr>
            <w:tcW w:type="dxa" w:w="576"/>
          </w:tcPr>
          <w:p>
            <w:r>
              <w:t>应急技术与管理专业</w:t>
            </w:r>
          </w:p>
        </w:tc>
        <w:tc>
          <w:tcPr>
            <w:tcW w:type="dxa" w:w="576"/>
          </w:tcPr>
          <w:p>
            <w:r>
              <w:t>任亚男</w:t>
            </w:r>
          </w:p>
        </w:tc>
        <w:tc>
          <w:tcPr>
            <w:tcW w:type="dxa" w:w="576"/>
          </w:tcPr>
          <w:p>
            <w:r>
              <w:t>女</w:t>
            </w:r>
          </w:p>
        </w:tc>
        <w:tc>
          <w:tcPr>
            <w:tcW w:type="dxa" w:w="576"/>
          </w:tcPr>
          <w:p>
            <w:r>
              <w:t>0-普通型</w:t>
            </w:r>
          </w:p>
        </w:tc>
        <w:tc>
          <w:tcPr>
            <w:tcW w:type="dxa" w:w="576"/>
          </w:tcPr>
          <w:p>
            <w:r>
              <w:t>汉族</w:t>
            </w:r>
          </w:p>
        </w:tc>
        <w:tc>
          <w:tcPr>
            <w:tcW w:type="dxa" w:w="576"/>
          </w:tcPr>
          <w:p>
            <w:r>
              <w:t>中共预备党员</w:t>
            </w:r>
          </w:p>
        </w:tc>
        <w:tc>
          <w:tcPr>
            <w:tcW w:type="dxa" w:w="576"/>
          </w:tcPr>
          <w:p>
            <w:r>
              <w:t>1/58</w:t>
            </w:r>
          </w:p>
        </w:tc>
        <w:tc>
          <w:tcPr>
            <w:tcW w:type="dxa" w:w="576"/>
          </w:tcPr>
          <w:p>
            <w:r>
              <w:t>58</w:t>
            </w:r>
          </w:p>
        </w:tc>
        <w:tc>
          <w:tcPr>
            <w:tcW w:type="dxa" w:w="576"/>
          </w:tcPr>
          <w:p>
            <w:r>
              <w:t>3.83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71.81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576"/>
          </w:tcPr>
          <w:p>
            <w:r>
              <w:t>CET-6/464分</w:t>
            </w:r>
          </w:p>
        </w:tc>
        <w:tc>
          <w:tcPr>
            <w:tcW w:type="dxa" w:w="576"/>
          </w:tcPr>
          <w:p>
            <w:r/>
          </w:p>
        </w:tc>
      </w:tr>
      <w:tr>
        <w:tc>
          <w:tcPr>
            <w:tcW w:type="dxa" w:w="576"/>
          </w:tcPr>
          <w:p>
            <w:r>
              <w:t>应急技术与管理专业</w:t>
            </w:r>
          </w:p>
        </w:tc>
        <w:tc>
          <w:tcPr>
            <w:tcW w:type="dxa" w:w="576"/>
          </w:tcPr>
          <w:p>
            <w:r>
              <w:t>西宇琼</w:t>
            </w:r>
          </w:p>
        </w:tc>
        <w:tc>
          <w:tcPr>
            <w:tcW w:type="dxa" w:w="576"/>
          </w:tcPr>
          <w:p>
            <w:r>
              <w:t>女</w:t>
            </w:r>
          </w:p>
        </w:tc>
        <w:tc>
          <w:tcPr>
            <w:tcW w:type="dxa" w:w="576"/>
          </w:tcPr>
          <w:p>
            <w:r>
              <w:t>0-普通型</w:t>
            </w:r>
          </w:p>
        </w:tc>
        <w:tc>
          <w:tcPr>
            <w:tcW w:type="dxa" w:w="576"/>
          </w:tcPr>
          <w:p>
            <w:r>
              <w:t>汉族</w:t>
            </w:r>
          </w:p>
        </w:tc>
        <w:tc>
          <w:tcPr>
            <w:tcW w:type="dxa" w:w="576"/>
          </w:tcPr>
          <w:p>
            <w:r>
              <w:t>中共党员</w:t>
            </w:r>
          </w:p>
        </w:tc>
        <w:tc>
          <w:tcPr>
            <w:tcW w:type="dxa" w:w="576"/>
          </w:tcPr>
          <w:p>
            <w:r>
              <w:t>4/58</w:t>
            </w:r>
          </w:p>
        </w:tc>
        <w:tc>
          <w:tcPr>
            <w:tcW w:type="dxa" w:w="576"/>
          </w:tcPr>
          <w:p>
            <w:r>
              <w:t>58</w:t>
            </w:r>
          </w:p>
        </w:tc>
        <w:tc>
          <w:tcPr>
            <w:tcW w:type="dxa" w:w="576"/>
          </w:tcPr>
          <w:p>
            <w:r>
              <w:t>3.63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68. 06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576"/>
          </w:tcPr>
          <w:p>
            <w:r>
              <w:t>CET-4/520分</w:t>
            </w:r>
          </w:p>
        </w:tc>
        <w:tc>
          <w:tcPr>
            <w:tcW w:type="dxa" w:w="576"/>
          </w:tcPr>
          <w:p>
            <w:r/>
          </w:p>
        </w:tc>
      </w:tr>
      <w:tr>
        <w:tc>
          <w:tcPr>
            <w:tcW w:type="dxa" w:w="576"/>
          </w:tcPr>
          <w:p>
            <w:r>
              <w:t>应急技术与管理专业</w:t>
            </w:r>
          </w:p>
        </w:tc>
        <w:tc>
          <w:tcPr>
            <w:tcW w:type="dxa" w:w="576"/>
          </w:tcPr>
          <w:p>
            <w:r>
              <w:t>孟玉龙</w:t>
            </w:r>
          </w:p>
        </w:tc>
        <w:tc>
          <w:tcPr>
            <w:tcW w:type="dxa" w:w="576"/>
          </w:tcPr>
          <w:p>
            <w:r>
              <w:t>男</w:t>
            </w:r>
          </w:p>
        </w:tc>
        <w:tc>
          <w:tcPr>
            <w:tcW w:type="dxa" w:w="576"/>
          </w:tcPr>
          <w:p>
            <w:r>
              <w:t>0-普通型</w:t>
            </w:r>
          </w:p>
        </w:tc>
        <w:tc>
          <w:tcPr>
            <w:tcW w:type="dxa" w:w="576"/>
          </w:tcPr>
          <w:p>
            <w:r>
              <w:t>汉族</w:t>
            </w:r>
          </w:p>
        </w:tc>
        <w:tc>
          <w:tcPr>
            <w:tcW w:type="dxa" w:w="576"/>
          </w:tcPr>
          <w:p>
            <w:r>
              <w:t>共青团员</w:t>
            </w:r>
          </w:p>
        </w:tc>
        <w:tc>
          <w:tcPr>
            <w:tcW w:type="dxa" w:w="576"/>
          </w:tcPr>
          <w:p>
            <w:r>
              <w:t>5/58</w:t>
            </w:r>
          </w:p>
        </w:tc>
        <w:tc>
          <w:tcPr>
            <w:tcW w:type="dxa" w:w="576"/>
          </w:tcPr>
          <w:p>
            <w:r>
              <w:t>58</w:t>
            </w:r>
          </w:p>
        </w:tc>
        <w:tc>
          <w:tcPr>
            <w:tcW w:type="dxa" w:w="576"/>
          </w:tcPr>
          <w:p>
            <w:r>
              <w:t>3.62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67.88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576"/>
          </w:tcPr>
          <w:p>
            <w:r>
              <w:t>CET-6/476分</w:t>
            </w:r>
          </w:p>
        </w:tc>
        <w:tc>
          <w:tcPr>
            <w:tcW w:type="dxa" w:w="576"/>
          </w:tcPr>
          <w:p>
            <w:r/>
          </w:p>
        </w:tc>
      </w:tr>
      <w:tr>
        <w:tc>
          <w:tcPr>
            <w:tcW w:type="dxa" w:w="576"/>
          </w:tcPr>
          <w:p>
            <w:r>
              <w:t>应急管理专业</w:t>
            </w:r>
          </w:p>
        </w:tc>
        <w:tc>
          <w:tcPr>
            <w:tcW w:type="dxa" w:w="576"/>
          </w:tcPr>
          <w:p>
            <w:r>
              <w:t>廖康利</w:t>
            </w:r>
          </w:p>
        </w:tc>
        <w:tc>
          <w:tcPr>
            <w:tcW w:type="dxa" w:w="576"/>
          </w:tcPr>
          <w:p>
            <w:r>
              <w:t>女</w:t>
            </w:r>
          </w:p>
        </w:tc>
        <w:tc>
          <w:tcPr>
            <w:tcW w:type="dxa" w:w="576"/>
          </w:tcPr>
          <w:p>
            <w:r>
              <w:t>0-普通型</w:t>
            </w:r>
          </w:p>
        </w:tc>
        <w:tc>
          <w:tcPr>
            <w:tcW w:type="dxa" w:w="576"/>
          </w:tcPr>
          <w:p>
            <w:r>
              <w:t>苗族</w:t>
            </w:r>
          </w:p>
        </w:tc>
        <w:tc>
          <w:tcPr>
            <w:tcW w:type="dxa" w:w="576"/>
          </w:tcPr>
          <w:p>
            <w:r>
              <w:t>中共预备党员</w:t>
            </w:r>
          </w:p>
        </w:tc>
        <w:tc>
          <w:tcPr>
            <w:tcW w:type="dxa" w:w="576"/>
          </w:tcPr>
          <w:p>
            <w:r>
              <w:t>4 /50</w:t>
            </w:r>
          </w:p>
        </w:tc>
        <w:tc>
          <w:tcPr>
            <w:tcW w:type="dxa" w:w="576"/>
          </w:tcPr>
          <w:p>
            <w:r>
              <w:t>50</w:t>
            </w:r>
          </w:p>
        </w:tc>
        <w:tc>
          <w:tcPr>
            <w:tcW w:type="dxa" w:w="576"/>
          </w:tcPr>
          <w:p>
            <w:r>
              <w:t>3.82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71.63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576"/>
          </w:tcPr>
          <w:p>
            <w:r>
              <w:t>CET-4/555分</w:t>
            </w:r>
          </w:p>
        </w:tc>
        <w:tc>
          <w:tcPr>
            <w:tcW w:type="dxa" w:w="576"/>
          </w:tcPr>
          <w:p>
            <w:r>
              <w:t>候补</w:t>
            </w:r>
          </w:p>
        </w:tc>
      </w:tr>
    </w:tbl>
    <w:p>
      <w:r>
        <w:t>申报材料位于东苑306，公示期间可申请查阅。公示时间为2025年9月5日至2025年9月7日。如对审核鉴定结果有异议，请在公示期间向学院推免工作小组实名反映。</w:t>
      </w:r>
    </w:p>
    <w:p>
      <w:r>
        <w:t>联系电话：025-83172180</w:t>
      </w:r>
    </w:p>
    <w:p>
      <w:r>
        <w:t>电子邮箱：yjglxy@njtech.edu.cn</w:t>
      </w:r>
    </w:p>
    <w:p>
      <w:r>
        <w:t>南京工业大学应急管理学院</w:t>
      </w:r>
    </w:p>
    <w:p>
      <w:r>
        <w:t>2025年9月5日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