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国家安全与应急管理学院2027年推荐优秀应届本科毕业生免试攻读硕士学位拟推荐人选名单公示</w:t>
      </w:r>
    </w:p>
    <w:p>
      <w:r>
        <w:t>根据南京工业大学《关于做好2027年推荐优秀应届本科毕业生免试攻读研究生工作的通知》《南京工业大学2027年推荐优秀应届本科毕业生免试攻读研究生工作方案》以及《国家安全与应急管理学院2027年推荐优秀应届本科毕业生免试攻读研究生工作实施细则》，经学生本人申请、学院推免专家审核小组审核鉴定，学院推免工作小组会议决定，确定我院2027年推荐优秀应届本科毕业生免试攻读硕士学位研究生的初选名单如下，现予以公示。</w:t>
      </w:r>
    </w:p>
    <w:p>
      <w:r>
        <w:t>公示期：2026年9月4日-9月7日，如有异议者请于公示期内向学院反映，邮箱qianting@njtech.edu .cn。</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专业名称</w:t>
            </w:r>
          </w:p>
        </w:tc>
        <w:tc>
          <w:tcPr>
            <w:tcW w:type="dxa" w:w="1080"/>
          </w:tcPr>
          <w:p>
            <w:r>
              <w:t>姓名</w:t>
            </w:r>
          </w:p>
        </w:tc>
        <w:tc>
          <w:tcPr>
            <w:tcW w:type="dxa" w:w="1080"/>
          </w:tcPr>
          <w:p>
            <w:r>
              <w:t>课程平均绩点</w:t>
            </w:r>
          </w:p>
        </w:tc>
        <w:tc>
          <w:tcPr>
            <w:tcW w:type="dxa" w:w="1080"/>
          </w:tcPr>
          <w:p>
            <w:r>
              <w:t>全面发展成绩</w:t>
            </w:r>
          </w:p>
        </w:tc>
        <w:tc>
          <w:tcPr>
            <w:tcW w:type="dxa" w:w="1080"/>
          </w:tcPr>
          <w:p>
            <w:r>
              <w:t>总成绩</w:t>
            </w:r>
          </w:p>
        </w:tc>
        <w:tc>
          <w:tcPr>
            <w:tcW w:type="dxa" w:w="1080"/>
          </w:tcPr>
          <w:p>
            <w:r>
              <w:t>综合评价成绩排名</w:t>
            </w:r>
          </w:p>
        </w:tc>
        <w:tc>
          <w:tcPr>
            <w:tcW w:type="dxa" w:w="1080"/>
          </w:tcPr>
          <w:p>
            <w:r>
              <w:t>备注</w:t>
            </w:r>
          </w:p>
        </w:tc>
        <w:tc>
          <w:tcPr>
            <w:tcW w:type="dxa" w:w="1080"/>
          </w:tcPr>
          <w:p>
            <w:r>
              <w:t>是否获得推荐资格</w:t>
            </w:r>
          </w:p>
        </w:tc>
      </w:tr>
      <w:tr>
        <w:tc>
          <w:tcPr>
            <w:tcW w:type="dxa" w:w="1080"/>
          </w:tcPr>
          <w:p>
            <w:r>
              <w:t>应急管理</w:t>
            </w:r>
          </w:p>
        </w:tc>
        <w:tc>
          <w:tcPr>
            <w:tcW w:type="dxa" w:w="1080"/>
          </w:tcPr>
          <w:p>
            <w:r>
              <w:t>丁欣宜</w:t>
            </w:r>
          </w:p>
        </w:tc>
        <w:tc>
          <w:tcPr>
            <w:tcW w:type="dxa" w:w="1080"/>
          </w:tcPr>
          <w:p>
            <w:r>
              <w:t>3.63</w:t>
            </w:r>
          </w:p>
        </w:tc>
        <w:tc>
          <w:tcPr>
            <w:tcW w:type="dxa" w:w="1080"/>
          </w:tcPr>
          <w:p>
            <w:r>
              <w:t>6.98</w:t>
            </w:r>
          </w:p>
        </w:tc>
        <w:tc>
          <w:tcPr>
            <w:tcW w:type="dxa" w:w="1080"/>
          </w:tcPr>
          <w:p>
            <w:r>
              <w:t>75.04</w:t>
            </w:r>
          </w:p>
        </w:tc>
        <w:tc>
          <w:tcPr>
            <w:tcW w:type="dxa" w:w="1080"/>
          </w:tcPr>
          <w:p>
            <w:r>
              <w:t>1</w:t>
            </w:r>
          </w:p>
        </w:tc>
        <w:tc>
          <w:tcPr>
            <w:tcW w:type="dxa" w:w="1080"/>
          </w:tcPr>
          <w:p>
            <w:r>
              <w:t>科研创新成果：SCI三区论文第一作者竞赛获奖：2025年全国高校商业精英挑战赛文旅与会展创新创业实践竞赛C类二等奖</w:t>
            </w:r>
          </w:p>
        </w:tc>
        <w:tc>
          <w:tcPr>
            <w:tcW w:type="dxa" w:w="1080"/>
          </w:tcPr>
          <w:p>
            <w:r>
              <w:t>是</w:t>
            </w:r>
          </w:p>
        </w:tc>
      </w:tr>
      <w:tr>
        <w:tc>
          <w:tcPr>
            <w:tcW w:type="dxa" w:w="1080"/>
          </w:tcPr>
          <w:p>
            <w:r/>
          </w:p>
        </w:tc>
        <w:tc>
          <w:tcPr>
            <w:tcW w:type="dxa" w:w="1080"/>
          </w:tcPr>
          <w:p>
            <w:r>
              <w:t>宋冉</w:t>
            </w:r>
          </w:p>
        </w:tc>
        <w:tc>
          <w:tcPr>
            <w:tcW w:type="dxa" w:w="1080"/>
          </w:tcPr>
          <w:p>
            <w:r>
              <w:t>3.89</w:t>
            </w:r>
          </w:p>
        </w:tc>
        <w:tc>
          <w:tcPr>
            <w:tcW w:type="dxa" w:w="1080"/>
          </w:tcPr>
          <w:p>
            <w:r>
              <w:t>0.1</w:t>
            </w:r>
          </w:p>
        </w:tc>
        <w:tc>
          <w:tcPr>
            <w:tcW w:type="dxa" w:w="1080"/>
          </w:tcPr>
          <w:p>
            <w:r>
              <w:t>73.04</w:t>
            </w:r>
          </w:p>
        </w:tc>
        <w:tc>
          <w:tcPr>
            <w:tcW w:type="dxa" w:w="1080"/>
          </w:tcPr>
          <w:p>
            <w:r>
              <w:t>2</w:t>
            </w:r>
          </w:p>
        </w:tc>
        <w:tc>
          <w:tcPr>
            <w:tcW w:type="dxa" w:w="1080"/>
          </w:tcPr>
          <w:p>
            <w:r>
              <w:t>志愿服务（献血）</w:t>
            </w:r>
          </w:p>
        </w:tc>
        <w:tc>
          <w:tcPr>
            <w:tcW w:type="dxa" w:w="1080"/>
          </w:tcPr>
          <w:p>
            <w:r>
              <w:t>是</w:t>
            </w:r>
          </w:p>
        </w:tc>
      </w:tr>
      <w:tr>
        <w:tc>
          <w:tcPr>
            <w:tcW w:type="dxa" w:w="1080"/>
          </w:tcPr>
          <w:p>
            <w:r/>
          </w:p>
        </w:tc>
        <w:tc>
          <w:tcPr>
            <w:tcW w:type="dxa" w:w="1080"/>
          </w:tcPr>
          <w:p>
            <w:r>
              <w:t>周佳怡</w:t>
            </w:r>
          </w:p>
        </w:tc>
        <w:tc>
          <w:tcPr>
            <w:tcW w:type="dxa" w:w="1080"/>
          </w:tcPr>
          <w:p>
            <w:r>
              <w:t>3. 71</w:t>
            </w:r>
          </w:p>
        </w:tc>
        <w:tc>
          <w:tcPr>
            <w:tcW w:type="dxa" w:w="1080"/>
          </w:tcPr>
          <w:p>
            <w:r>
              <w:t>0</w:t>
            </w:r>
          </w:p>
        </w:tc>
        <w:tc>
          <w:tcPr>
            <w:tcW w:type="dxa" w:w="1080"/>
          </w:tcPr>
          <w:p>
            <w:r>
              <w:t>69.56</w:t>
            </w:r>
          </w:p>
        </w:tc>
        <w:tc>
          <w:tcPr>
            <w:tcW w:type="dxa" w:w="1080"/>
          </w:tcPr>
          <w:p>
            <w:r>
              <w:t>3</w:t>
            </w:r>
          </w:p>
        </w:tc>
        <w:tc>
          <w:tcPr>
            <w:tcW w:type="dxa" w:w="1080"/>
          </w:tcPr>
          <w:p>
            <w:r/>
          </w:p>
        </w:tc>
        <w:tc>
          <w:tcPr>
            <w:tcW w:type="dxa" w:w="1080"/>
          </w:tcPr>
          <w:p>
            <w:r>
              <w:t>是</w:t>
            </w:r>
          </w:p>
        </w:tc>
      </w:tr>
      <w:tr>
        <w:tc>
          <w:tcPr>
            <w:tcW w:type="dxa" w:w="1080"/>
          </w:tcPr>
          <w:p>
            <w:r/>
          </w:p>
        </w:tc>
        <w:tc>
          <w:tcPr>
            <w:tcW w:type="dxa" w:w="1080"/>
          </w:tcPr>
          <w:p>
            <w:r>
              <w:t>杨野</w:t>
            </w:r>
          </w:p>
        </w:tc>
        <w:tc>
          <w:tcPr>
            <w:tcW w:type="dxa" w:w="1080"/>
          </w:tcPr>
          <w:p>
            <w:r>
              <w:t>3. 69</w:t>
            </w:r>
          </w:p>
        </w:tc>
        <w:tc>
          <w:tcPr>
            <w:tcW w:type="dxa" w:w="1080"/>
          </w:tcPr>
          <w:p>
            <w:r>
              <w:t>0</w:t>
            </w:r>
          </w:p>
        </w:tc>
        <w:tc>
          <w:tcPr>
            <w:tcW w:type="dxa" w:w="1080"/>
          </w:tcPr>
          <w:p>
            <w:r>
              <w:t>69.19</w:t>
            </w:r>
          </w:p>
        </w:tc>
        <w:tc>
          <w:tcPr>
            <w:tcW w:type="dxa" w:w="1080"/>
          </w:tcPr>
          <w:p>
            <w:r>
              <w:t>4</w:t>
            </w:r>
          </w:p>
        </w:tc>
        <w:tc>
          <w:tcPr>
            <w:tcW w:type="dxa" w:w="1080"/>
          </w:tcPr>
          <w:p>
            <w:r/>
          </w:p>
        </w:tc>
        <w:tc>
          <w:tcPr>
            <w:tcW w:type="dxa" w:w="1080"/>
          </w:tcPr>
          <w:p>
            <w:r>
              <w:t>是</w:t>
            </w:r>
          </w:p>
        </w:tc>
      </w:tr>
      <w:tr>
        <w:tc>
          <w:tcPr>
            <w:tcW w:type="dxa" w:w="1080"/>
          </w:tcPr>
          <w:p>
            <w:r/>
          </w:p>
        </w:tc>
        <w:tc>
          <w:tcPr>
            <w:tcW w:type="dxa" w:w="1080"/>
          </w:tcPr>
          <w:p>
            <w:r>
              <w:t>朱文远</w:t>
            </w:r>
          </w:p>
        </w:tc>
        <w:tc>
          <w:tcPr>
            <w:tcW w:type="dxa" w:w="1080"/>
          </w:tcPr>
          <w:p>
            <w:r>
              <w:t>3. 68</w:t>
            </w:r>
          </w:p>
        </w:tc>
        <w:tc>
          <w:tcPr>
            <w:tcW w:type="dxa" w:w="1080"/>
          </w:tcPr>
          <w:p>
            <w:r>
              <w:t>0.1</w:t>
            </w:r>
          </w:p>
        </w:tc>
        <w:tc>
          <w:tcPr>
            <w:tcW w:type="dxa" w:w="1080"/>
          </w:tcPr>
          <w:p>
            <w:r>
              <w:t>69.10</w:t>
            </w:r>
          </w:p>
        </w:tc>
        <w:tc>
          <w:tcPr>
            <w:tcW w:type="dxa" w:w="1080"/>
          </w:tcPr>
          <w:p>
            <w:r>
              <w:t>5</w:t>
            </w:r>
          </w:p>
        </w:tc>
        <w:tc>
          <w:tcPr>
            <w:tcW w:type="dxa" w:w="1080"/>
          </w:tcPr>
          <w:p>
            <w:r>
              <w:t>志愿服务（献血）</w:t>
            </w:r>
          </w:p>
        </w:tc>
        <w:tc>
          <w:tcPr>
            <w:tcW w:type="dxa" w:w="1080"/>
          </w:tcPr>
          <w:p>
            <w:r>
              <w:t>候补</w:t>
            </w:r>
          </w:p>
        </w:tc>
      </w:tr>
      <w:tr>
        <w:tc>
          <w:tcPr>
            <w:tcW w:type="dxa" w:w="1080"/>
          </w:tcPr>
          <w:p>
            <w:r>
              <w:t>应急技术与管理</w:t>
            </w:r>
          </w:p>
        </w:tc>
        <w:tc>
          <w:tcPr>
            <w:tcW w:type="dxa" w:w="1080"/>
          </w:tcPr>
          <w:p>
            <w:r>
              <w:t>蒋柏飞</w:t>
            </w:r>
          </w:p>
        </w:tc>
        <w:tc>
          <w:tcPr>
            <w:tcW w:type="dxa" w:w="1080"/>
          </w:tcPr>
          <w:p>
            <w:r>
              <w:t>3.76</w:t>
            </w:r>
          </w:p>
        </w:tc>
        <w:tc>
          <w:tcPr>
            <w:tcW w:type="dxa" w:w="1080"/>
          </w:tcPr>
          <w:p>
            <w:r>
              <w:t>0</w:t>
            </w:r>
          </w:p>
        </w:tc>
        <w:tc>
          <w:tcPr>
            <w:tcW w:type="dxa" w:w="1080"/>
          </w:tcPr>
          <w:p>
            <w:r>
              <w:t>70.50</w:t>
            </w:r>
          </w:p>
        </w:tc>
        <w:tc>
          <w:tcPr>
            <w:tcW w:type="dxa" w:w="1080"/>
          </w:tcPr>
          <w:p>
            <w:r>
              <w:t>1</w:t>
            </w:r>
          </w:p>
        </w:tc>
        <w:tc>
          <w:tcPr>
            <w:tcW w:type="dxa" w:w="1080"/>
          </w:tcPr>
          <w:p>
            <w:r/>
          </w:p>
        </w:tc>
        <w:tc>
          <w:tcPr>
            <w:tcW w:type="dxa" w:w="1080"/>
          </w:tcPr>
          <w:p>
            <w:r>
              <w:t>是</w:t>
            </w:r>
          </w:p>
        </w:tc>
      </w:tr>
      <w:tr>
        <w:tc>
          <w:tcPr>
            <w:tcW w:type="dxa" w:w="1080"/>
          </w:tcPr>
          <w:p>
            <w:r/>
          </w:p>
        </w:tc>
        <w:tc>
          <w:tcPr>
            <w:tcW w:type="dxa" w:w="1080"/>
          </w:tcPr>
          <w:p>
            <w:r>
              <w:t>杨曦</w:t>
            </w:r>
          </w:p>
        </w:tc>
        <w:tc>
          <w:tcPr>
            <w:tcW w:type="dxa" w:w="1080"/>
          </w:tcPr>
          <w:p>
            <w:r>
              <w:t>3.75</w:t>
            </w:r>
          </w:p>
        </w:tc>
        <w:tc>
          <w:tcPr>
            <w:tcW w:type="dxa" w:w="1080"/>
          </w:tcPr>
          <w:p>
            <w:r>
              <w:t>0</w:t>
            </w:r>
          </w:p>
        </w:tc>
        <w:tc>
          <w:tcPr>
            <w:tcW w:type="dxa" w:w="1080"/>
          </w:tcPr>
          <w:p>
            <w:r>
              <w:t>70.31</w:t>
            </w:r>
          </w:p>
        </w:tc>
        <w:tc>
          <w:tcPr>
            <w:tcW w:type="dxa" w:w="1080"/>
          </w:tcPr>
          <w:p>
            <w:r>
              <w:t>2</w:t>
            </w:r>
          </w:p>
        </w:tc>
        <w:tc>
          <w:tcPr>
            <w:tcW w:type="dxa" w:w="1080"/>
          </w:tcPr>
          <w:p>
            <w:r/>
          </w:p>
        </w:tc>
        <w:tc>
          <w:tcPr>
            <w:tcW w:type="dxa" w:w="1080"/>
          </w:tcPr>
          <w:p>
            <w:r>
              <w:t>是</w:t>
            </w:r>
          </w:p>
        </w:tc>
      </w:tr>
      <w:tr>
        <w:tc>
          <w:tcPr>
            <w:tcW w:type="dxa" w:w="1080"/>
          </w:tcPr>
          <w:p>
            <w:r/>
          </w:p>
        </w:tc>
        <w:tc>
          <w:tcPr>
            <w:tcW w:type="dxa" w:w="1080"/>
          </w:tcPr>
          <w:p>
            <w:r>
              <w:t>许沛栋</w:t>
            </w:r>
          </w:p>
        </w:tc>
        <w:tc>
          <w:tcPr>
            <w:tcW w:type="dxa" w:w="1080"/>
          </w:tcPr>
          <w:p>
            <w:r>
              <w:t>3.73</w:t>
            </w:r>
          </w:p>
        </w:tc>
        <w:tc>
          <w:tcPr>
            <w:tcW w:type="dxa" w:w="1080"/>
          </w:tcPr>
          <w:p>
            <w:r>
              <w:t>0.1</w:t>
            </w:r>
          </w:p>
        </w:tc>
        <w:tc>
          <w:tcPr>
            <w:tcW w:type="dxa" w:w="1080"/>
          </w:tcPr>
          <w:p>
            <w:r>
              <w:t>70.04</w:t>
            </w:r>
          </w:p>
        </w:tc>
        <w:tc>
          <w:tcPr>
            <w:tcW w:type="dxa" w:w="1080"/>
          </w:tcPr>
          <w:p>
            <w:r>
              <w:t>3</w:t>
            </w:r>
          </w:p>
        </w:tc>
        <w:tc>
          <w:tcPr>
            <w:tcW w:type="dxa" w:w="1080"/>
          </w:tcPr>
          <w:p>
            <w:r>
              <w:t>志愿服务（献血）</w:t>
            </w:r>
          </w:p>
        </w:tc>
        <w:tc>
          <w:tcPr>
            <w:tcW w:type="dxa" w:w="1080"/>
          </w:tcPr>
          <w:p>
            <w:r>
              <w:t>是</w:t>
            </w:r>
          </w:p>
        </w:tc>
      </w:tr>
      <w:tr>
        <w:tc>
          <w:tcPr>
            <w:tcW w:type="dxa" w:w="1080"/>
          </w:tcPr>
          <w:p>
            <w:r/>
          </w:p>
        </w:tc>
        <w:tc>
          <w:tcPr>
            <w:tcW w:type="dxa" w:w="1080"/>
          </w:tcPr>
          <w:p>
            <w:r>
              <w:t>农佳琪</w:t>
            </w:r>
          </w:p>
        </w:tc>
        <w:tc>
          <w:tcPr>
            <w:tcW w:type="dxa" w:w="1080"/>
          </w:tcPr>
          <w:p>
            <w:r>
              <w:t>3.70</w:t>
            </w:r>
          </w:p>
        </w:tc>
        <w:tc>
          <w:tcPr>
            <w:tcW w:type="dxa" w:w="1080"/>
          </w:tcPr>
          <w:p>
            <w:r>
              <w:t>0</w:t>
            </w:r>
          </w:p>
        </w:tc>
        <w:tc>
          <w:tcPr>
            <w:tcW w:type="dxa" w:w="1080"/>
          </w:tcPr>
          <w:p>
            <w:r>
              <w:t>69.38</w:t>
            </w:r>
          </w:p>
        </w:tc>
        <w:tc>
          <w:tcPr>
            <w:tcW w:type="dxa" w:w="1080"/>
          </w:tcPr>
          <w:p>
            <w:r>
              <w:t>4</w:t>
            </w:r>
          </w:p>
        </w:tc>
        <w:tc>
          <w:tcPr>
            <w:tcW w:type="dxa" w:w="1080"/>
          </w:tcPr>
          <w:p>
            <w:r/>
          </w:p>
        </w:tc>
        <w:tc>
          <w:tcPr>
            <w:tcW w:type="dxa" w:w="1080"/>
          </w:tcPr>
          <w:p>
            <w:r>
              <w:t>是</w:t>
            </w:r>
          </w:p>
        </w:tc>
      </w:tr>
      <w:tr>
        <w:tc>
          <w:tcPr>
            <w:tcW w:type="dxa" w:w="1080"/>
          </w:tcPr>
          <w:p>
            <w:r/>
          </w:p>
        </w:tc>
        <w:tc>
          <w:tcPr>
            <w:tcW w:type="dxa" w:w="1080"/>
          </w:tcPr>
          <w:p>
            <w:r>
              <w:t>李冒清</w:t>
            </w:r>
          </w:p>
        </w:tc>
        <w:tc>
          <w:tcPr>
            <w:tcW w:type="dxa" w:w="1080"/>
          </w:tcPr>
          <w:p>
            <w:r>
              <w:t>3.68</w:t>
            </w:r>
          </w:p>
        </w:tc>
        <w:tc>
          <w:tcPr>
            <w:tcW w:type="dxa" w:w="1080"/>
          </w:tcPr>
          <w:p>
            <w:r>
              <w:t>0</w:t>
            </w:r>
          </w:p>
        </w:tc>
        <w:tc>
          <w:tcPr>
            <w:tcW w:type="dxa" w:w="1080"/>
          </w:tcPr>
          <w:p>
            <w:r>
              <w:t>69.00</w:t>
            </w:r>
          </w:p>
        </w:tc>
        <w:tc>
          <w:tcPr>
            <w:tcW w:type="dxa" w:w="1080"/>
          </w:tcPr>
          <w:p>
            <w:r>
              <w:t>5</w:t>
            </w:r>
          </w:p>
        </w:tc>
        <w:tc>
          <w:tcPr>
            <w:tcW w:type="dxa" w:w="1080"/>
          </w:tcPr>
          <w:p>
            <w:r/>
          </w:p>
        </w:tc>
        <w:tc>
          <w:tcPr>
            <w:tcW w:type="dxa" w:w="1080"/>
          </w:tcPr>
          <w:p>
            <w:r>
              <w:t>是</w:t>
            </w:r>
          </w:p>
        </w:tc>
      </w:tr>
      <w:tr>
        <w:tc>
          <w:tcPr>
            <w:tcW w:type="dxa" w:w="1080"/>
          </w:tcPr>
          <w:p>
            <w:r/>
          </w:p>
        </w:tc>
        <w:tc>
          <w:tcPr>
            <w:tcW w:type="dxa" w:w="1080"/>
          </w:tcPr>
          <w:p>
            <w:r>
              <w:t>张艺</w:t>
            </w:r>
          </w:p>
        </w:tc>
        <w:tc>
          <w:tcPr>
            <w:tcW w:type="dxa" w:w="1080"/>
          </w:tcPr>
          <w:p>
            <w:r>
              <w:t>3.57</w:t>
            </w:r>
          </w:p>
        </w:tc>
        <w:tc>
          <w:tcPr>
            <w:tcW w:type="dxa" w:w="1080"/>
          </w:tcPr>
          <w:p>
            <w:r>
              <w:t>0</w:t>
            </w:r>
          </w:p>
        </w:tc>
        <w:tc>
          <w:tcPr>
            <w:tcW w:type="dxa" w:w="1080"/>
          </w:tcPr>
          <w:p>
            <w:r>
              <w:t>66.94</w:t>
            </w:r>
          </w:p>
        </w:tc>
        <w:tc>
          <w:tcPr>
            <w:tcW w:type="dxa" w:w="1080"/>
          </w:tcPr>
          <w:p>
            <w:r>
              <w:t>6</w:t>
            </w:r>
          </w:p>
        </w:tc>
        <w:tc>
          <w:tcPr>
            <w:tcW w:type="dxa" w:w="1080"/>
          </w:tcPr>
          <w:p>
            <w:r/>
          </w:p>
        </w:tc>
        <w:tc>
          <w:tcPr>
            <w:tcW w:type="dxa" w:w="1080"/>
          </w:tcPr>
          <w:p>
            <w:r>
              <w:t>是</w:t>
            </w:r>
          </w:p>
        </w:tc>
      </w:tr>
    </w:tbl>
    <w:p>
      <w:r>
        <w:t>国家安全与应急管理学院</w:t>
      </w:r>
    </w:p>
    <w:p>
      <w:r>
        <w:t>2026年9月4日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