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化工学院2027年推荐免试攻读研究生材料审核成绩公示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</w:tblGrid>
      <w:tr>
        <w:tc>
          <w:tcPr>
            <w:tcW w:type="dxa" w:w="960"/>
          </w:tcPr>
          <w:p>
            <w:r>
              <w:t>序号</w:t>
            </w:r>
          </w:p>
        </w:tc>
        <w:tc>
          <w:tcPr>
            <w:tcW w:type="dxa" w:w="960"/>
          </w:tcPr>
          <w:p>
            <w:r>
              <w:t>姓名</w:t>
            </w:r>
          </w:p>
        </w:tc>
        <w:tc>
          <w:tcPr>
            <w:tcW w:type="dxa" w:w="960"/>
          </w:tcPr>
          <w:p>
            <w:r>
              <w:t>身份证号</w:t>
            </w:r>
          </w:p>
        </w:tc>
        <w:tc>
          <w:tcPr>
            <w:tcW w:type="dxa" w:w="960"/>
          </w:tcPr>
          <w:p>
            <w:r>
              <w:t>报考专业代码</w:t>
            </w:r>
          </w:p>
        </w:tc>
        <w:tc>
          <w:tcPr>
            <w:tcW w:type="dxa" w:w="960"/>
          </w:tcPr>
          <w:p>
            <w:r>
              <w:t>报考专业名称</w:t>
            </w:r>
          </w:p>
        </w:tc>
        <w:tc>
          <w:tcPr>
            <w:tcW w:type="dxa" w:w="960"/>
          </w:tcPr>
          <w:p>
            <w:r>
              <w:t>报考研究方向代码及名称</w:t>
            </w:r>
          </w:p>
        </w:tc>
        <w:tc>
          <w:tcPr>
            <w:tcW w:type="dxa" w:w="960"/>
          </w:tcPr>
          <w:p>
            <w:r>
              <w:t>材料审核成绩</w:t>
            </w:r>
          </w:p>
        </w:tc>
        <w:tc>
          <w:tcPr>
            <w:tcW w:type="dxa" w:w="960"/>
          </w:tcPr>
          <w:p>
            <w:r>
              <w:t>报考类型（硕士/直博）</w:t>
            </w:r>
          </w:p>
        </w:tc>
        <w:tc>
          <w:tcPr>
            <w:tcW w:type="dxa" w:w="960"/>
          </w:tcPr>
          <w:p>
            <w:r>
              <w:t>是否进入面试</w:t>
            </w:r>
          </w:p>
        </w:tc>
      </w:tr>
      <w:tr>
        <w:tc>
          <w:tcPr>
            <w:tcW w:type="dxa" w:w="960"/>
          </w:tcPr>
          <w:p>
            <w:r>
              <w:t>1</w:t>
            </w:r>
          </w:p>
        </w:tc>
        <w:tc>
          <w:tcPr>
            <w:tcW w:type="dxa" w:w="960"/>
          </w:tcPr>
          <w:p>
            <w:r>
              <w:t>姜昊霆</w:t>
            </w:r>
          </w:p>
        </w:tc>
        <w:tc>
          <w:tcPr>
            <w:tcW w:type="dxa" w:w="960"/>
          </w:tcPr>
          <w:p>
            <w:r>
              <w:t>3204***5811</w:t>
            </w:r>
          </w:p>
        </w:tc>
        <w:tc>
          <w:tcPr>
            <w:tcW w:type="dxa" w:w="960"/>
          </w:tcPr>
          <w:p>
            <w:r>
              <w:t>081700</w:t>
            </w:r>
          </w:p>
        </w:tc>
        <w:tc>
          <w:tcPr>
            <w:tcW w:type="dxa" w:w="960"/>
          </w:tcPr>
          <w:p>
            <w:r>
              <w:t>化学工程与技术</w:t>
            </w:r>
          </w:p>
        </w:tc>
        <w:tc>
          <w:tcPr>
            <w:tcW w:type="dxa" w:w="960"/>
          </w:tcPr>
          <w:p>
            <w:r>
              <w:t>(00)不区分研究方向</w:t>
            </w:r>
          </w:p>
        </w:tc>
        <w:tc>
          <w:tcPr>
            <w:tcW w:type="dxa" w:w="960"/>
          </w:tcPr>
          <w:p>
            <w:r>
              <w:t>84.8</w:t>
            </w:r>
          </w:p>
        </w:tc>
        <w:tc>
          <w:tcPr>
            <w:tcW w:type="dxa" w:w="960"/>
          </w:tcPr>
          <w:p>
            <w:r>
              <w:t>直博</w:t>
            </w:r>
          </w:p>
        </w:tc>
        <w:tc>
          <w:tcPr>
            <w:tcW w:type="dxa" w:w="960"/>
          </w:tcPr>
          <w:p>
            <w:r>
              <w:t>是</w:t>
            </w:r>
          </w:p>
        </w:tc>
      </w:tr>
      <w:tr>
        <w:tc>
          <w:tcPr>
            <w:tcW w:type="dxa" w:w="960"/>
          </w:tcPr>
          <w:p>
            <w:r>
              <w:t>2</w:t>
            </w:r>
          </w:p>
        </w:tc>
        <w:tc>
          <w:tcPr>
            <w:tcW w:type="dxa" w:w="960"/>
          </w:tcPr>
          <w:p>
            <w:r>
              <w:t>徐俊杰</w:t>
            </w:r>
          </w:p>
        </w:tc>
        <w:tc>
          <w:tcPr>
            <w:tcW w:type="dxa" w:w="960"/>
          </w:tcPr>
          <w:p>
            <w:r>
              <w:t>3209***737X</w:t>
            </w:r>
          </w:p>
        </w:tc>
        <w:tc>
          <w:tcPr>
            <w:tcW w:type="dxa" w:w="960"/>
          </w:tcPr>
          <w:p>
            <w:r>
              <w:t>081700</w:t>
            </w:r>
          </w:p>
        </w:tc>
        <w:tc>
          <w:tcPr>
            <w:tcW w:type="dxa" w:w="960"/>
          </w:tcPr>
          <w:p>
            <w:r>
              <w:t>化学工程与技术</w:t>
            </w:r>
          </w:p>
        </w:tc>
        <w:tc>
          <w:tcPr>
            <w:tcW w:type="dxa" w:w="960"/>
          </w:tcPr>
          <w:p>
            <w:r>
              <w:t>(00)不区分研究方向</w:t>
            </w:r>
          </w:p>
        </w:tc>
        <w:tc>
          <w:tcPr>
            <w:tcW w:type="dxa" w:w="960"/>
          </w:tcPr>
          <w:p>
            <w:r>
              <w:t>72</w:t>
            </w:r>
          </w:p>
        </w:tc>
        <w:tc>
          <w:tcPr>
            <w:tcW w:type="dxa" w:w="960"/>
          </w:tcPr>
          <w:p>
            <w:r>
              <w:t>硕士</w:t>
            </w:r>
          </w:p>
        </w:tc>
        <w:tc>
          <w:tcPr>
            <w:tcW w:type="dxa" w:w="960"/>
          </w:tcPr>
          <w:p>
            <w:r>
              <w:t>是</w:t>
            </w:r>
          </w:p>
        </w:tc>
      </w:tr>
      <w:tr>
        <w:tc>
          <w:tcPr>
            <w:tcW w:type="dxa" w:w="960"/>
          </w:tcPr>
          <w:p>
            <w:r>
              <w:t>3</w:t>
            </w:r>
          </w:p>
        </w:tc>
        <w:tc>
          <w:tcPr>
            <w:tcW w:type="dxa" w:w="960"/>
          </w:tcPr>
          <w:p>
            <w:r>
              <w:t>陈岳</w:t>
            </w:r>
          </w:p>
        </w:tc>
        <w:tc>
          <w:tcPr>
            <w:tcW w:type="dxa" w:w="960"/>
          </w:tcPr>
          <w:p>
            <w:r>
              <w:t>3206***2913</w:t>
            </w:r>
          </w:p>
        </w:tc>
        <w:tc>
          <w:tcPr>
            <w:tcW w:type="dxa" w:w="960"/>
          </w:tcPr>
          <w:p>
            <w:r>
              <w:t>081700</w:t>
            </w:r>
          </w:p>
        </w:tc>
        <w:tc>
          <w:tcPr>
            <w:tcW w:type="dxa" w:w="960"/>
          </w:tcPr>
          <w:p>
            <w:r>
              <w:t>化学工程与技术</w:t>
            </w:r>
          </w:p>
        </w:tc>
        <w:tc>
          <w:tcPr>
            <w:tcW w:type="dxa" w:w="960"/>
          </w:tcPr>
          <w:p>
            <w:r>
              <w:t>(00)不区分研究方向</w:t>
            </w:r>
          </w:p>
        </w:tc>
        <w:tc>
          <w:tcPr>
            <w:tcW w:type="dxa" w:w="960"/>
          </w:tcPr>
          <w:p>
            <w:r>
              <w:t>71.6</w:t>
            </w:r>
          </w:p>
        </w:tc>
        <w:tc>
          <w:tcPr>
            <w:tcW w:type="dxa" w:w="960"/>
          </w:tcPr>
          <w:p>
            <w:r>
              <w:t>直博</w:t>
            </w:r>
          </w:p>
        </w:tc>
        <w:tc>
          <w:tcPr>
            <w:tcW w:type="dxa" w:w="960"/>
          </w:tcPr>
          <w:p>
            <w:r>
              <w:t>是</w:t>
            </w:r>
          </w:p>
        </w:tc>
      </w:tr>
      <w:tr>
        <w:tc>
          <w:tcPr>
            <w:tcW w:type="dxa" w:w="960"/>
          </w:tcPr>
          <w:p>
            <w:r>
              <w:t>4</w:t>
            </w:r>
          </w:p>
        </w:tc>
        <w:tc>
          <w:tcPr>
            <w:tcW w:type="dxa" w:w="960"/>
          </w:tcPr>
          <w:p>
            <w:r>
              <w:t>张亚坤</w:t>
            </w:r>
          </w:p>
        </w:tc>
        <w:tc>
          <w:tcPr>
            <w:tcW w:type="dxa" w:w="960"/>
          </w:tcPr>
          <w:p>
            <w:r>
              <w:t>4127***4915</w:t>
            </w:r>
          </w:p>
        </w:tc>
        <w:tc>
          <w:tcPr>
            <w:tcW w:type="dxa" w:w="960"/>
          </w:tcPr>
          <w:p>
            <w:r>
              <w:t>081700</w:t>
            </w:r>
          </w:p>
        </w:tc>
        <w:tc>
          <w:tcPr>
            <w:tcW w:type="dxa" w:w="960"/>
          </w:tcPr>
          <w:p>
            <w:r>
              <w:t>化学工程与技术</w:t>
            </w:r>
          </w:p>
        </w:tc>
        <w:tc>
          <w:tcPr>
            <w:tcW w:type="dxa" w:w="960"/>
          </w:tcPr>
          <w:p>
            <w:r>
              <w:t>(00)不区分研究方向</w:t>
            </w:r>
          </w:p>
        </w:tc>
        <w:tc>
          <w:tcPr>
            <w:tcW w:type="dxa" w:w="960"/>
          </w:tcPr>
          <w:p>
            <w:r>
              <w:t>71</w:t>
            </w:r>
          </w:p>
        </w:tc>
        <w:tc>
          <w:tcPr>
            <w:tcW w:type="dxa" w:w="960"/>
          </w:tcPr>
          <w:p>
            <w:r>
              <w:t>直博</w:t>
            </w:r>
          </w:p>
        </w:tc>
        <w:tc>
          <w:tcPr>
            <w:tcW w:type="dxa" w:w="960"/>
          </w:tcPr>
          <w:p>
            <w:r>
              <w:t>是</w:t>
            </w:r>
          </w:p>
        </w:tc>
      </w:tr>
      <w:tr>
        <w:tc>
          <w:tcPr>
            <w:tcW w:type="dxa" w:w="960"/>
          </w:tcPr>
          <w:p>
            <w:r>
              <w:t>5</w:t>
            </w:r>
          </w:p>
        </w:tc>
        <w:tc>
          <w:tcPr>
            <w:tcW w:type="dxa" w:w="960"/>
          </w:tcPr>
          <w:p>
            <w:r>
              <w:t>唐庄</w:t>
            </w:r>
          </w:p>
        </w:tc>
        <w:tc>
          <w:tcPr>
            <w:tcW w:type="dxa" w:w="960"/>
          </w:tcPr>
          <w:p>
            <w:r>
              <w:t>3205***4523</w:t>
            </w:r>
          </w:p>
        </w:tc>
        <w:tc>
          <w:tcPr>
            <w:tcW w:type="dxa" w:w="960"/>
          </w:tcPr>
          <w:p>
            <w:r>
              <w:t>081700</w:t>
            </w:r>
          </w:p>
        </w:tc>
        <w:tc>
          <w:tcPr>
            <w:tcW w:type="dxa" w:w="960"/>
          </w:tcPr>
          <w:p>
            <w:r>
              <w:t>化学工程与技术</w:t>
            </w:r>
          </w:p>
        </w:tc>
        <w:tc>
          <w:tcPr>
            <w:tcW w:type="dxa" w:w="960"/>
          </w:tcPr>
          <w:p>
            <w:r>
              <w:t>(00)不区分研究方向</w:t>
            </w:r>
          </w:p>
        </w:tc>
        <w:tc>
          <w:tcPr>
            <w:tcW w:type="dxa" w:w="960"/>
          </w:tcPr>
          <w:p>
            <w:r>
              <w:t>71</w:t>
            </w:r>
          </w:p>
        </w:tc>
        <w:tc>
          <w:tcPr>
            <w:tcW w:type="dxa" w:w="960"/>
          </w:tcPr>
          <w:p>
            <w:r>
              <w:t>直博</w:t>
            </w:r>
          </w:p>
        </w:tc>
        <w:tc>
          <w:tcPr>
            <w:tcW w:type="dxa" w:w="960"/>
          </w:tcPr>
          <w:p>
            <w:r>
              <w:t>是</w:t>
            </w:r>
          </w:p>
        </w:tc>
      </w:tr>
      <w:tr>
        <w:tc>
          <w:tcPr>
            <w:tcW w:type="dxa" w:w="960"/>
          </w:tcPr>
          <w:p>
            <w:r>
              <w:t>6</w:t>
            </w:r>
          </w:p>
        </w:tc>
        <w:tc>
          <w:tcPr>
            <w:tcW w:type="dxa" w:w="960"/>
          </w:tcPr>
          <w:p>
            <w:r>
              <w:t>王硕</w:t>
            </w:r>
          </w:p>
        </w:tc>
        <w:tc>
          <w:tcPr>
            <w:tcW w:type="dxa" w:w="960"/>
          </w:tcPr>
          <w:p>
            <w:r>
              <w:t>3207***153X</w:t>
            </w:r>
          </w:p>
        </w:tc>
        <w:tc>
          <w:tcPr>
            <w:tcW w:type="dxa" w:w="960"/>
          </w:tcPr>
          <w:p>
            <w:r>
              <w:t>081700</w:t>
            </w:r>
          </w:p>
        </w:tc>
        <w:tc>
          <w:tcPr>
            <w:tcW w:type="dxa" w:w="960"/>
          </w:tcPr>
          <w:p>
            <w:r>
              <w:t>化学工程与技术</w:t>
            </w:r>
          </w:p>
        </w:tc>
        <w:tc>
          <w:tcPr>
            <w:tcW w:type="dxa" w:w="960"/>
          </w:tcPr>
          <w:p>
            <w:r>
              <w:t>(00)不区分研究方向</w:t>
            </w:r>
          </w:p>
        </w:tc>
        <w:tc>
          <w:tcPr>
            <w:tcW w:type="dxa" w:w="960"/>
          </w:tcPr>
          <w:p>
            <w:r>
              <w:t>71</w:t>
            </w:r>
          </w:p>
        </w:tc>
        <w:tc>
          <w:tcPr>
            <w:tcW w:type="dxa" w:w="960"/>
          </w:tcPr>
          <w:p>
            <w:r>
              <w:t>直博</w:t>
            </w:r>
          </w:p>
        </w:tc>
        <w:tc>
          <w:tcPr>
            <w:tcW w:type="dxa" w:w="960"/>
          </w:tcPr>
          <w:p>
            <w:r>
              <w:t>是</w:t>
            </w:r>
          </w:p>
        </w:tc>
      </w:tr>
      <w:tr>
        <w:tc>
          <w:tcPr>
            <w:tcW w:type="dxa" w:w="960"/>
          </w:tcPr>
          <w:p>
            <w:r>
              <w:t>7</w:t>
            </w:r>
          </w:p>
        </w:tc>
        <w:tc>
          <w:tcPr>
            <w:tcW w:type="dxa" w:w="960"/>
          </w:tcPr>
          <w:p>
            <w:r>
              <w:t>唐辛宇</w:t>
            </w:r>
          </w:p>
        </w:tc>
        <w:tc>
          <w:tcPr>
            <w:tcW w:type="dxa" w:w="960"/>
          </w:tcPr>
          <w:p>
            <w:r>
              <w:t>3208***2836</w:t>
            </w:r>
          </w:p>
        </w:tc>
        <w:tc>
          <w:tcPr>
            <w:tcW w:type="dxa" w:w="960"/>
          </w:tcPr>
          <w:p>
            <w:r>
              <w:t>081700</w:t>
            </w:r>
          </w:p>
        </w:tc>
        <w:tc>
          <w:tcPr>
            <w:tcW w:type="dxa" w:w="960"/>
          </w:tcPr>
          <w:p>
            <w:r>
              <w:t>化学工程与技术</w:t>
            </w:r>
          </w:p>
        </w:tc>
        <w:tc>
          <w:tcPr>
            <w:tcW w:type="dxa" w:w="960"/>
          </w:tcPr>
          <w:p>
            <w:r>
              <w:t>(00)不区分研究方向</w:t>
            </w:r>
          </w:p>
        </w:tc>
        <w:tc>
          <w:tcPr>
            <w:tcW w:type="dxa" w:w="960"/>
          </w:tcPr>
          <w:p>
            <w:r>
              <w:t>71</w:t>
            </w:r>
          </w:p>
        </w:tc>
        <w:tc>
          <w:tcPr>
            <w:tcW w:type="dxa" w:w="960"/>
          </w:tcPr>
          <w:p>
            <w:r>
              <w:t>直博</w:t>
            </w:r>
          </w:p>
        </w:tc>
        <w:tc>
          <w:tcPr>
            <w:tcW w:type="dxa" w:w="960"/>
          </w:tcPr>
          <w:p>
            <w:r>
              <w:t>是</w:t>
            </w:r>
          </w:p>
        </w:tc>
      </w:tr>
      <w:tr>
        <w:tc>
          <w:tcPr>
            <w:tcW w:type="dxa" w:w="960"/>
          </w:tcPr>
          <w:p>
            <w:r>
              <w:t>8</w:t>
            </w:r>
          </w:p>
        </w:tc>
        <w:tc>
          <w:tcPr>
            <w:tcW w:type="dxa" w:w="960"/>
          </w:tcPr>
          <w:p>
            <w:r>
              <w:t>陈予粲</w:t>
            </w:r>
          </w:p>
        </w:tc>
        <w:tc>
          <w:tcPr>
            <w:tcW w:type="dxa" w:w="960"/>
          </w:tcPr>
          <w:p>
            <w:r>
              <w:t>3210***0092</w:t>
            </w:r>
          </w:p>
        </w:tc>
        <w:tc>
          <w:tcPr>
            <w:tcW w:type="dxa" w:w="960"/>
          </w:tcPr>
          <w:p>
            <w:r>
              <w:t>081700</w:t>
            </w:r>
          </w:p>
        </w:tc>
        <w:tc>
          <w:tcPr>
            <w:tcW w:type="dxa" w:w="960"/>
          </w:tcPr>
          <w:p>
            <w:r>
              <w:t>化学工程与技术</w:t>
            </w:r>
          </w:p>
        </w:tc>
        <w:tc>
          <w:tcPr>
            <w:tcW w:type="dxa" w:w="960"/>
          </w:tcPr>
          <w:p>
            <w:r>
              <w:t>(00)不区分研究方向</w:t>
            </w:r>
          </w:p>
        </w:tc>
        <w:tc>
          <w:tcPr>
            <w:tcW w:type="dxa" w:w="960"/>
          </w:tcPr>
          <w:p>
            <w:r>
              <w:t>71</w:t>
            </w:r>
          </w:p>
        </w:tc>
        <w:tc>
          <w:tcPr>
            <w:tcW w:type="dxa" w:w="960"/>
          </w:tcPr>
          <w:p>
            <w:r>
              <w:t>直博</w:t>
            </w:r>
          </w:p>
        </w:tc>
        <w:tc>
          <w:tcPr>
            <w:tcW w:type="dxa" w:w="960"/>
          </w:tcPr>
          <w:p>
            <w:r>
              <w:t>是</w:t>
            </w:r>
          </w:p>
        </w:tc>
      </w:tr>
      <w:tr>
        <w:tc>
          <w:tcPr>
            <w:tcW w:type="dxa" w:w="960"/>
          </w:tcPr>
          <w:p>
            <w:r>
              <w:t>9</w:t>
            </w:r>
          </w:p>
        </w:tc>
        <w:tc>
          <w:tcPr>
            <w:tcW w:type="dxa" w:w="960"/>
          </w:tcPr>
          <w:p>
            <w:r>
              <w:t>彭茗慧</w:t>
            </w:r>
          </w:p>
        </w:tc>
        <w:tc>
          <w:tcPr>
            <w:tcW w:type="dxa" w:w="960"/>
          </w:tcPr>
          <w:p>
            <w:r>
              <w:t>3607***0085</w:t>
            </w:r>
          </w:p>
        </w:tc>
        <w:tc>
          <w:tcPr>
            <w:tcW w:type="dxa" w:w="960"/>
          </w:tcPr>
          <w:p>
            <w:r>
              <w:t>081700</w:t>
            </w:r>
          </w:p>
        </w:tc>
        <w:tc>
          <w:tcPr>
            <w:tcW w:type="dxa" w:w="960"/>
          </w:tcPr>
          <w:p>
            <w:r>
              <w:t>化学工程与技术</w:t>
            </w:r>
          </w:p>
        </w:tc>
        <w:tc>
          <w:tcPr>
            <w:tcW w:type="dxa" w:w="960"/>
          </w:tcPr>
          <w:p>
            <w:r>
              <w:t>(00)不区分研究方向</w:t>
            </w:r>
          </w:p>
        </w:tc>
        <w:tc>
          <w:tcPr>
            <w:tcW w:type="dxa" w:w="960"/>
          </w:tcPr>
          <w:p>
            <w:r>
              <w:t>71</w:t>
            </w:r>
          </w:p>
        </w:tc>
        <w:tc>
          <w:tcPr>
            <w:tcW w:type="dxa" w:w="960"/>
          </w:tcPr>
          <w:p>
            <w:r>
              <w:t>硕士</w:t>
            </w:r>
          </w:p>
        </w:tc>
        <w:tc>
          <w:tcPr>
            <w:tcW w:type="dxa" w:w="960"/>
          </w:tcPr>
          <w:p>
            <w:r>
              <w:t>是</w:t>
            </w:r>
          </w:p>
        </w:tc>
      </w:tr>
      <w:tr>
        <w:tc>
          <w:tcPr>
            <w:tcW w:type="dxa" w:w="960"/>
          </w:tcPr>
          <w:p>
            <w:r>
              <w:t>10</w:t>
            </w:r>
          </w:p>
        </w:tc>
        <w:tc>
          <w:tcPr>
            <w:tcW w:type="dxa" w:w="960"/>
          </w:tcPr>
          <w:p>
            <w:r>
              <w:t>王涵宇</w:t>
            </w:r>
          </w:p>
        </w:tc>
        <w:tc>
          <w:tcPr>
            <w:tcW w:type="dxa" w:w="960"/>
          </w:tcPr>
          <w:p>
            <w:r>
              <w:t>3205***7511</w:t>
            </w:r>
          </w:p>
        </w:tc>
        <w:tc>
          <w:tcPr>
            <w:tcW w:type="dxa" w:w="960"/>
          </w:tcPr>
          <w:p>
            <w:r>
              <w:t>081700</w:t>
            </w:r>
          </w:p>
        </w:tc>
        <w:tc>
          <w:tcPr>
            <w:tcW w:type="dxa" w:w="960"/>
          </w:tcPr>
          <w:p>
            <w:r>
              <w:t>化学工程与技术</w:t>
            </w:r>
          </w:p>
        </w:tc>
        <w:tc>
          <w:tcPr>
            <w:tcW w:type="dxa" w:w="960"/>
          </w:tcPr>
          <w:p>
            <w:r>
              <w:t>(00)不区分研究方向</w:t>
            </w:r>
          </w:p>
        </w:tc>
        <w:tc>
          <w:tcPr>
            <w:tcW w:type="dxa" w:w="960"/>
          </w:tcPr>
          <w:p>
            <w:r>
              <w:t>70.8</w:t>
            </w:r>
          </w:p>
        </w:tc>
        <w:tc>
          <w:tcPr>
            <w:tcW w:type="dxa" w:w="960"/>
          </w:tcPr>
          <w:p>
            <w:r>
              <w:t>直博</w:t>
            </w:r>
          </w:p>
        </w:tc>
        <w:tc>
          <w:tcPr>
            <w:tcW w:type="dxa" w:w="960"/>
          </w:tcPr>
          <w:p>
            <w:r>
              <w:t>是</w:t>
            </w:r>
          </w:p>
        </w:tc>
      </w:tr>
      <w:tr>
        <w:tc>
          <w:tcPr>
            <w:tcW w:type="dxa" w:w="960"/>
          </w:tcPr>
          <w:p>
            <w:r>
              <w:t>11</w:t>
            </w:r>
          </w:p>
        </w:tc>
        <w:tc>
          <w:tcPr>
            <w:tcW w:type="dxa" w:w="960"/>
          </w:tcPr>
          <w:p>
            <w:r>
              <w:t>孙娟</w:t>
            </w:r>
          </w:p>
        </w:tc>
        <w:tc>
          <w:tcPr>
            <w:tcW w:type="dxa" w:w="960"/>
          </w:tcPr>
          <w:p>
            <w:r>
              <w:t>6204***192X</w:t>
            </w:r>
          </w:p>
        </w:tc>
        <w:tc>
          <w:tcPr>
            <w:tcW w:type="dxa" w:w="960"/>
          </w:tcPr>
          <w:p>
            <w:r>
              <w:t>081700</w:t>
            </w:r>
          </w:p>
        </w:tc>
        <w:tc>
          <w:tcPr>
            <w:tcW w:type="dxa" w:w="960"/>
          </w:tcPr>
          <w:p>
            <w:r>
              <w:t>化学工程与技术</w:t>
            </w:r>
          </w:p>
        </w:tc>
        <w:tc>
          <w:tcPr>
            <w:tcW w:type="dxa" w:w="960"/>
          </w:tcPr>
          <w:p>
            <w:r>
              <w:t>(00)不区分研究方向</w:t>
            </w:r>
          </w:p>
        </w:tc>
        <w:tc>
          <w:tcPr>
            <w:tcW w:type="dxa" w:w="960"/>
          </w:tcPr>
          <w:p>
            <w:r>
              <w:t>70.8</w:t>
            </w:r>
          </w:p>
        </w:tc>
        <w:tc>
          <w:tcPr>
            <w:tcW w:type="dxa" w:w="960"/>
          </w:tcPr>
          <w:p>
            <w:r>
              <w:t>直博</w:t>
            </w:r>
          </w:p>
        </w:tc>
        <w:tc>
          <w:tcPr>
            <w:tcW w:type="dxa" w:w="960"/>
          </w:tcPr>
          <w:p>
            <w:r>
              <w:t>是</w:t>
            </w:r>
          </w:p>
        </w:tc>
      </w:tr>
      <w:tr>
        <w:tc>
          <w:tcPr>
            <w:tcW w:type="dxa" w:w="960"/>
          </w:tcPr>
          <w:p>
            <w:r>
              <w:t>12</w:t>
            </w:r>
          </w:p>
        </w:tc>
        <w:tc>
          <w:tcPr>
            <w:tcW w:type="dxa" w:w="960"/>
          </w:tcPr>
          <w:p>
            <w:r>
              <w:t>梅泽磊</w:t>
            </w:r>
          </w:p>
        </w:tc>
        <w:tc>
          <w:tcPr>
            <w:tcW w:type="dxa" w:w="960"/>
          </w:tcPr>
          <w:p>
            <w:r>
              <w:t>3212***1870</w:t>
            </w:r>
          </w:p>
        </w:tc>
        <w:tc>
          <w:tcPr>
            <w:tcW w:type="dxa" w:w="960"/>
          </w:tcPr>
          <w:p>
            <w:r>
              <w:t>081700</w:t>
            </w:r>
          </w:p>
        </w:tc>
        <w:tc>
          <w:tcPr>
            <w:tcW w:type="dxa" w:w="960"/>
          </w:tcPr>
          <w:p>
            <w:r>
              <w:t>化学工程与技术</w:t>
            </w:r>
          </w:p>
        </w:tc>
        <w:tc>
          <w:tcPr>
            <w:tcW w:type="dxa" w:w="960"/>
          </w:tcPr>
          <w:p>
            <w:r>
              <w:t>(00)不区分研究方向</w:t>
            </w:r>
          </w:p>
        </w:tc>
        <w:tc>
          <w:tcPr>
            <w:tcW w:type="dxa" w:w="960"/>
          </w:tcPr>
          <w:p>
            <w:r>
              <w:t>70.8</w:t>
            </w:r>
          </w:p>
        </w:tc>
        <w:tc>
          <w:tcPr>
            <w:tcW w:type="dxa" w:w="960"/>
          </w:tcPr>
          <w:p>
            <w:r>
              <w:t>直博</w:t>
            </w:r>
          </w:p>
        </w:tc>
        <w:tc>
          <w:tcPr>
            <w:tcW w:type="dxa" w:w="960"/>
          </w:tcPr>
          <w:p>
            <w:r>
              <w:t>是</w:t>
            </w:r>
          </w:p>
        </w:tc>
      </w:tr>
      <w:tr>
        <w:tc>
          <w:tcPr>
            <w:tcW w:type="dxa" w:w="960"/>
          </w:tcPr>
          <w:p>
            <w:r>
              <w:t>13</w:t>
            </w:r>
          </w:p>
        </w:tc>
        <w:tc>
          <w:tcPr>
            <w:tcW w:type="dxa" w:w="960"/>
          </w:tcPr>
          <w:p>
            <w:r>
              <w:t>陈轩</w:t>
            </w:r>
          </w:p>
        </w:tc>
        <w:tc>
          <w:tcPr>
            <w:tcW w:type="dxa" w:w="960"/>
          </w:tcPr>
          <w:p>
            <w:r>
              <w:t>3608***3847</w:t>
            </w:r>
          </w:p>
        </w:tc>
        <w:tc>
          <w:tcPr>
            <w:tcW w:type="dxa" w:w="960"/>
          </w:tcPr>
          <w:p>
            <w:r>
              <w:t>081700</w:t>
            </w:r>
          </w:p>
        </w:tc>
        <w:tc>
          <w:tcPr>
            <w:tcW w:type="dxa" w:w="960"/>
          </w:tcPr>
          <w:p>
            <w:r>
              <w:t>化学工程与技术</w:t>
            </w:r>
          </w:p>
        </w:tc>
        <w:tc>
          <w:tcPr>
            <w:tcW w:type="dxa" w:w="960"/>
          </w:tcPr>
          <w:p>
            <w:r>
              <w:t>(00)不区分研究方向</w:t>
            </w:r>
          </w:p>
        </w:tc>
        <w:tc>
          <w:tcPr>
            <w:tcW w:type="dxa" w:w="960"/>
          </w:tcPr>
          <w:p>
            <w:r>
              <w:t>70.8</w:t>
            </w:r>
          </w:p>
        </w:tc>
        <w:tc>
          <w:tcPr>
            <w:tcW w:type="dxa" w:w="960"/>
          </w:tcPr>
          <w:p>
            <w:r>
              <w:t>直博</w:t>
            </w:r>
          </w:p>
        </w:tc>
        <w:tc>
          <w:tcPr>
            <w:tcW w:type="dxa" w:w="960"/>
          </w:tcPr>
          <w:p>
            <w:r>
              <w:t>是</w:t>
            </w:r>
          </w:p>
        </w:tc>
      </w:tr>
      <w:tr>
        <w:tc>
          <w:tcPr>
            <w:tcW w:type="dxa" w:w="960"/>
          </w:tcPr>
          <w:p>
            <w:r>
              <w:t>14</w:t>
            </w:r>
          </w:p>
        </w:tc>
        <w:tc>
          <w:tcPr>
            <w:tcW w:type="dxa" w:w="960"/>
          </w:tcPr>
          <w:p>
            <w:r>
              <w:t>刘晨美</w:t>
            </w:r>
          </w:p>
        </w:tc>
        <w:tc>
          <w:tcPr>
            <w:tcW w:type="dxa" w:w="960"/>
          </w:tcPr>
          <w:p>
            <w:r>
              <w:t>4310***0127</w:t>
            </w:r>
          </w:p>
        </w:tc>
        <w:tc>
          <w:tcPr>
            <w:tcW w:type="dxa" w:w="960"/>
          </w:tcPr>
          <w:p>
            <w:r>
              <w:t>081700</w:t>
            </w:r>
          </w:p>
        </w:tc>
        <w:tc>
          <w:tcPr>
            <w:tcW w:type="dxa" w:w="960"/>
          </w:tcPr>
          <w:p>
            <w:r>
              <w:t>化学工程与技术</w:t>
            </w:r>
          </w:p>
        </w:tc>
        <w:tc>
          <w:tcPr>
            <w:tcW w:type="dxa" w:w="960"/>
          </w:tcPr>
          <w:p>
            <w:r>
              <w:t>(00)不区分研究方向</w:t>
            </w:r>
          </w:p>
        </w:tc>
        <w:tc>
          <w:tcPr>
            <w:tcW w:type="dxa" w:w="960"/>
          </w:tcPr>
          <w:p>
            <w:r>
              <w:t>70.8</w:t>
            </w:r>
          </w:p>
        </w:tc>
        <w:tc>
          <w:tcPr>
            <w:tcW w:type="dxa" w:w="960"/>
          </w:tcPr>
          <w:p>
            <w:r>
              <w:t>直博</w:t>
            </w:r>
          </w:p>
        </w:tc>
        <w:tc>
          <w:tcPr>
            <w:tcW w:type="dxa" w:w="960"/>
          </w:tcPr>
          <w:p>
            <w:r>
              <w:t>是</w:t>
            </w:r>
          </w:p>
        </w:tc>
      </w:tr>
      <w:tr>
        <w:tc>
          <w:tcPr>
            <w:tcW w:type="dxa" w:w="960"/>
          </w:tcPr>
          <w:p>
            <w:r>
              <w:t>15</w:t>
            </w:r>
          </w:p>
        </w:tc>
        <w:tc>
          <w:tcPr>
            <w:tcW w:type="dxa" w:w="960"/>
          </w:tcPr>
          <w:p>
            <w:r>
              <w:t>许陈颖</w:t>
            </w:r>
          </w:p>
        </w:tc>
        <w:tc>
          <w:tcPr>
            <w:tcW w:type="dxa" w:w="960"/>
          </w:tcPr>
          <w:p>
            <w:r>
              <w:t>3206***928X</w:t>
            </w:r>
          </w:p>
        </w:tc>
        <w:tc>
          <w:tcPr>
            <w:tcW w:type="dxa" w:w="960"/>
          </w:tcPr>
          <w:p>
            <w:r>
              <w:t>081700</w:t>
            </w:r>
          </w:p>
        </w:tc>
        <w:tc>
          <w:tcPr>
            <w:tcW w:type="dxa" w:w="960"/>
          </w:tcPr>
          <w:p>
            <w:r>
              <w:t>化学工程与技术</w:t>
            </w:r>
          </w:p>
        </w:tc>
        <w:tc>
          <w:tcPr>
            <w:tcW w:type="dxa" w:w="960"/>
          </w:tcPr>
          <w:p>
            <w:r>
              <w:t>(00)不区分研究方向</w:t>
            </w:r>
          </w:p>
        </w:tc>
        <w:tc>
          <w:tcPr>
            <w:tcW w:type="dxa" w:w="960"/>
          </w:tcPr>
          <w:p>
            <w:r>
              <w:t>70.8</w:t>
            </w:r>
          </w:p>
        </w:tc>
        <w:tc>
          <w:tcPr>
            <w:tcW w:type="dxa" w:w="960"/>
          </w:tcPr>
          <w:p>
            <w:r>
              <w:t>直博</w:t>
            </w:r>
          </w:p>
        </w:tc>
        <w:tc>
          <w:tcPr>
            <w:tcW w:type="dxa" w:w="960"/>
          </w:tcPr>
          <w:p>
            <w:r>
              <w:t>是</w:t>
            </w:r>
          </w:p>
        </w:tc>
      </w:tr>
      <w:tr>
        <w:tc>
          <w:tcPr>
            <w:tcW w:type="dxa" w:w="960"/>
          </w:tcPr>
          <w:p>
            <w:r>
              <w:t>16</w:t>
            </w:r>
          </w:p>
        </w:tc>
        <w:tc>
          <w:tcPr>
            <w:tcW w:type="dxa" w:w="960"/>
          </w:tcPr>
          <w:p>
            <w:r>
              <w:t>孙浩泰</w:t>
            </w:r>
          </w:p>
        </w:tc>
        <w:tc>
          <w:tcPr>
            <w:tcW w:type="dxa" w:w="960"/>
          </w:tcPr>
          <w:p>
            <w:r>
              <w:t>3706***0414</w:t>
            </w:r>
          </w:p>
        </w:tc>
        <w:tc>
          <w:tcPr>
            <w:tcW w:type="dxa" w:w="960"/>
          </w:tcPr>
          <w:p>
            <w:r>
              <w:t>081700</w:t>
            </w:r>
          </w:p>
        </w:tc>
        <w:tc>
          <w:tcPr>
            <w:tcW w:type="dxa" w:w="960"/>
          </w:tcPr>
          <w:p>
            <w:r>
              <w:t>化学工程与技术</w:t>
            </w:r>
          </w:p>
        </w:tc>
        <w:tc>
          <w:tcPr>
            <w:tcW w:type="dxa" w:w="960"/>
          </w:tcPr>
          <w:p>
            <w:r>
              <w:t>(00)不区分研究方向</w:t>
            </w:r>
          </w:p>
        </w:tc>
        <w:tc>
          <w:tcPr>
            <w:tcW w:type="dxa" w:w="960"/>
          </w:tcPr>
          <w:p>
            <w:r>
              <w:t>70.8</w:t>
            </w:r>
          </w:p>
        </w:tc>
        <w:tc>
          <w:tcPr>
            <w:tcW w:type="dxa" w:w="960"/>
          </w:tcPr>
          <w:p>
            <w:r>
              <w:t>直博</w:t>
            </w:r>
          </w:p>
        </w:tc>
        <w:tc>
          <w:tcPr>
            <w:tcW w:type="dxa" w:w="960"/>
          </w:tcPr>
          <w:p>
            <w:r>
              <w:t>是</w:t>
            </w:r>
          </w:p>
        </w:tc>
      </w:tr>
      <w:tr>
        <w:tc>
          <w:tcPr>
            <w:tcW w:type="dxa" w:w="960"/>
          </w:tcPr>
          <w:p>
            <w:r>
              <w:t>17</w:t>
            </w:r>
          </w:p>
        </w:tc>
        <w:tc>
          <w:tcPr>
            <w:tcW w:type="dxa" w:w="960"/>
          </w:tcPr>
          <w:p>
            <w:r>
              <w:t>宋瑞</w:t>
            </w:r>
          </w:p>
        </w:tc>
        <w:tc>
          <w:tcPr>
            <w:tcW w:type="dxa" w:w="960"/>
          </w:tcPr>
          <w:p>
            <w:r>
              <w:t>3210***321X</w:t>
            </w:r>
          </w:p>
        </w:tc>
        <w:tc>
          <w:tcPr>
            <w:tcW w:type="dxa" w:w="960"/>
          </w:tcPr>
          <w:p>
            <w:r>
              <w:t>081700</w:t>
            </w:r>
          </w:p>
        </w:tc>
        <w:tc>
          <w:tcPr>
            <w:tcW w:type="dxa" w:w="960"/>
          </w:tcPr>
          <w:p>
            <w:r>
              <w:t>化学工程与技术</w:t>
            </w:r>
          </w:p>
        </w:tc>
        <w:tc>
          <w:tcPr>
            <w:tcW w:type="dxa" w:w="960"/>
          </w:tcPr>
          <w:p>
            <w:r>
              <w:t>(00)不区分研究方向</w:t>
            </w:r>
          </w:p>
        </w:tc>
        <w:tc>
          <w:tcPr>
            <w:tcW w:type="dxa" w:w="960"/>
          </w:tcPr>
          <w:p>
            <w:r>
              <w:t>70.8</w:t>
            </w:r>
          </w:p>
        </w:tc>
        <w:tc>
          <w:tcPr>
            <w:tcW w:type="dxa" w:w="960"/>
          </w:tcPr>
          <w:p>
            <w:r>
              <w:t>直博</w:t>
            </w:r>
          </w:p>
        </w:tc>
        <w:tc>
          <w:tcPr>
            <w:tcW w:type="dxa" w:w="960"/>
          </w:tcPr>
          <w:p>
            <w:r>
              <w:t>是</w:t>
            </w:r>
          </w:p>
        </w:tc>
      </w:tr>
      <w:tr>
        <w:tc>
          <w:tcPr>
            <w:tcW w:type="dxa" w:w="960"/>
          </w:tcPr>
          <w:p>
            <w:r>
              <w:t>18</w:t>
            </w:r>
          </w:p>
        </w:tc>
        <w:tc>
          <w:tcPr>
            <w:tcW w:type="dxa" w:w="960"/>
          </w:tcPr>
          <w:p>
            <w:r>
              <w:t>李如涛</w:t>
            </w:r>
          </w:p>
        </w:tc>
        <w:tc>
          <w:tcPr>
            <w:tcW w:type="dxa" w:w="960"/>
          </w:tcPr>
          <w:p>
            <w:r>
              <w:t>3605***0610</w:t>
            </w:r>
          </w:p>
        </w:tc>
        <w:tc>
          <w:tcPr>
            <w:tcW w:type="dxa" w:w="960"/>
          </w:tcPr>
          <w:p>
            <w:r>
              <w:t>085600</w:t>
            </w:r>
          </w:p>
        </w:tc>
        <w:tc>
          <w:tcPr>
            <w:tcW w:type="dxa" w:w="960"/>
          </w:tcPr>
          <w:p>
            <w:r>
              <w:t>材料与化工</w:t>
            </w:r>
          </w:p>
        </w:tc>
        <w:tc>
          <w:tcPr>
            <w:tcW w:type="dxa" w:w="960"/>
          </w:tcPr>
          <w:p>
            <w:r>
              <w:t>(00)不区分研究方向</w:t>
            </w:r>
          </w:p>
        </w:tc>
        <w:tc>
          <w:tcPr>
            <w:tcW w:type="dxa" w:w="960"/>
          </w:tcPr>
          <w:p>
            <w:r>
              <w:t>70.8</w:t>
            </w:r>
          </w:p>
        </w:tc>
        <w:tc>
          <w:tcPr>
            <w:tcW w:type="dxa" w:w="960"/>
          </w:tcPr>
          <w:p>
            <w:r>
              <w:t>硕士</w:t>
            </w:r>
          </w:p>
        </w:tc>
        <w:tc>
          <w:tcPr>
            <w:tcW w:type="dxa" w:w="960"/>
          </w:tcPr>
          <w:p>
            <w:r>
              <w:t>是</w:t>
            </w:r>
          </w:p>
        </w:tc>
      </w:tr>
      <w:tr>
        <w:tc>
          <w:tcPr>
            <w:tcW w:type="dxa" w:w="960"/>
          </w:tcPr>
          <w:p>
            <w:r>
              <w:t>19</w:t>
            </w:r>
          </w:p>
        </w:tc>
        <w:tc>
          <w:tcPr>
            <w:tcW w:type="dxa" w:w="960"/>
          </w:tcPr>
          <w:p>
            <w:r>
              <w:t>陈佳</w:t>
            </w:r>
          </w:p>
        </w:tc>
        <w:tc>
          <w:tcPr>
            <w:tcW w:type="dxa" w:w="960"/>
          </w:tcPr>
          <w:p>
            <w:r>
              <w:t>3204***4403</w:t>
            </w:r>
          </w:p>
        </w:tc>
        <w:tc>
          <w:tcPr>
            <w:tcW w:type="dxa" w:w="960"/>
          </w:tcPr>
          <w:p>
            <w:r>
              <w:t>081700</w:t>
            </w:r>
          </w:p>
        </w:tc>
        <w:tc>
          <w:tcPr>
            <w:tcW w:type="dxa" w:w="960"/>
          </w:tcPr>
          <w:p>
            <w:r>
              <w:t>化学工程与技术</w:t>
            </w:r>
          </w:p>
        </w:tc>
        <w:tc>
          <w:tcPr>
            <w:tcW w:type="dxa" w:w="960"/>
          </w:tcPr>
          <w:p>
            <w:r>
              <w:t>(00)不区分研究方向</w:t>
            </w:r>
          </w:p>
        </w:tc>
        <w:tc>
          <w:tcPr>
            <w:tcW w:type="dxa" w:w="960"/>
          </w:tcPr>
          <w:p>
            <w:r>
              <w:t>70.8</w:t>
            </w:r>
          </w:p>
        </w:tc>
        <w:tc>
          <w:tcPr>
            <w:tcW w:type="dxa" w:w="960"/>
          </w:tcPr>
          <w:p>
            <w:r>
              <w:t>硕士</w:t>
            </w:r>
          </w:p>
        </w:tc>
        <w:tc>
          <w:tcPr>
            <w:tcW w:type="dxa" w:w="960"/>
          </w:tcPr>
          <w:p>
            <w:r>
              <w:t>是</w:t>
            </w:r>
          </w:p>
        </w:tc>
      </w:tr>
      <w:tr>
        <w:tc>
          <w:tcPr>
            <w:tcW w:type="dxa" w:w="960"/>
          </w:tcPr>
          <w:p>
            <w:r>
              <w:t>20</w:t>
            </w:r>
          </w:p>
        </w:tc>
        <w:tc>
          <w:tcPr>
            <w:tcW w:type="dxa" w:w="960"/>
          </w:tcPr>
          <w:p>
            <w:r>
              <w:t>范欣明</w:t>
            </w:r>
          </w:p>
        </w:tc>
        <w:tc>
          <w:tcPr>
            <w:tcW w:type="dxa" w:w="960"/>
          </w:tcPr>
          <w:p>
            <w:r>
              <w:t>3601***0017</w:t>
            </w:r>
          </w:p>
        </w:tc>
        <w:tc>
          <w:tcPr>
            <w:tcW w:type="dxa" w:w="960"/>
          </w:tcPr>
          <w:p>
            <w:r>
              <w:t>081700</w:t>
            </w:r>
          </w:p>
        </w:tc>
        <w:tc>
          <w:tcPr>
            <w:tcW w:type="dxa" w:w="960"/>
          </w:tcPr>
          <w:p>
            <w:r>
              <w:t>化学工程与技术</w:t>
            </w:r>
          </w:p>
        </w:tc>
        <w:tc>
          <w:tcPr>
            <w:tcW w:type="dxa" w:w="960"/>
          </w:tcPr>
          <w:p>
            <w:r>
              <w:t>(00)不区分研究方向</w:t>
            </w:r>
          </w:p>
        </w:tc>
        <w:tc>
          <w:tcPr>
            <w:tcW w:type="dxa" w:w="960"/>
          </w:tcPr>
          <w:p>
            <w:r>
              <w:t>70.8</w:t>
            </w:r>
          </w:p>
        </w:tc>
        <w:tc>
          <w:tcPr>
            <w:tcW w:type="dxa" w:w="960"/>
          </w:tcPr>
          <w:p>
            <w:r>
              <w:t>硕士</w:t>
            </w:r>
          </w:p>
        </w:tc>
        <w:tc>
          <w:tcPr>
            <w:tcW w:type="dxa" w:w="960"/>
          </w:tcPr>
          <w:p>
            <w:r>
              <w:t>是</w:t>
            </w:r>
          </w:p>
        </w:tc>
      </w:tr>
      <w:tr>
        <w:tc>
          <w:tcPr>
            <w:tcW w:type="dxa" w:w="960"/>
          </w:tcPr>
          <w:p>
            <w:r>
              <w:t>21</w:t>
            </w:r>
          </w:p>
        </w:tc>
        <w:tc>
          <w:tcPr>
            <w:tcW w:type="dxa" w:w="960"/>
          </w:tcPr>
          <w:p>
            <w:r>
              <w:t>饶岳婷</w:t>
            </w:r>
          </w:p>
        </w:tc>
        <w:tc>
          <w:tcPr>
            <w:tcW w:type="dxa" w:w="960"/>
          </w:tcPr>
          <w:p>
            <w:r>
              <w:t>3203***8121</w:t>
            </w:r>
          </w:p>
        </w:tc>
        <w:tc>
          <w:tcPr>
            <w:tcW w:type="dxa" w:w="960"/>
          </w:tcPr>
          <w:p>
            <w:r>
              <w:t>081700</w:t>
            </w:r>
          </w:p>
        </w:tc>
        <w:tc>
          <w:tcPr>
            <w:tcW w:type="dxa" w:w="960"/>
          </w:tcPr>
          <w:p>
            <w:r>
              <w:t>化学工程与技术</w:t>
            </w:r>
          </w:p>
        </w:tc>
        <w:tc>
          <w:tcPr>
            <w:tcW w:type="dxa" w:w="960"/>
          </w:tcPr>
          <w:p>
            <w:r>
              <w:t>(00)不区分研究方向</w:t>
            </w:r>
          </w:p>
        </w:tc>
        <w:tc>
          <w:tcPr>
            <w:tcW w:type="dxa" w:w="960"/>
          </w:tcPr>
          <w:p>
            <w:r>
              <w:t>70.8</w:t>
            </w:r>
          </w:p>
        </w:tc>
        <w:tc>
          <w:tcPr>
            <w:tcW w:type="dxa" w:w="960"/>
          </w:tcPr>
          <w:p>
            <w:r>
              <w:t>硕士</w:t>
            </w:r>
          </w:p>
        </w:tc>
        <w:tc>
          <w:tcPr>
            <w:tcW w:type="dxa" w:w="960"/>
          </w:tcPr>
          <w:p>
            <w:r>
              <w:t>是</w:t>
            </w:r>
          </w:p>
        </w:tc>
      </w:tr>
      <w:tr>
        <w:tc>
          <w:tcPr>
            <w:tcW w:type="dxa" w:w="960"/>
          </w:tcPr>
          <w:p>
            <w:r>
              <w:t>22</w:t>
            </w:r>
          </w:p>
        </w:tc>
        <w:tc>
          <w:tcPr>
            <w:tcW w:type="dxa" w:w="960"/>
          </w:tcPr>
          <w:p>
            <w:r>
              <w:t>汤旭涵</w:t>
            </w:r>
          </w:p>
        </w:tc>
        <w:tc>
          <w:tcPr>
            <w:tcW w:type="dxa" w:w="960"/>
          </w:tcPr>
          <w:p>
            <w:r>
              <w:t>2202***0629</w:t>
            </w:r>
          </w:p>
        </w:tc>
        <w:tc>
          <w:tcPr>
            <w:tcW w:type="dxa" w:w="960"/>
          </w:tcPr>
          <w:p>
            <w:r>
              <w:t>081700</w:t>
            </w:r>
          </w:p>
        </w:tc>
        <w:tc>
          <w:tcPr>
            <w:tcW w:type="dxa" w:w="960"/>
          </w:tcPr>
          <w:p>
            <w:r>
              <w:t>化学工程与技术</w:t>
            </w:r>
          </w:p>
        </w:tc>
        <w:tc>
          <w:tcPr>
            <w:tcW w:type="dxa" w:w="960"/>
          </w:tcPr>
          <w:p>
            <w:r>
              <w:t>(00)不区分研究方向</w:t>
            </w:r>
          </w:p>
        </w:tc>
        <w:tc>
          <w:tcPr>
            <w:tcW w:type="dxa" w:w="960"/>
          </w:tcPr>
          <w:p>
            <w:r>
              <w:t>70.4</w:t>
            </w:r>
          </w:p>
        </w:tc>
        <w:tc>
          <w:tcPr>
            <w:tcW w:type="dxa" w:w="960"/>
          </w:tcPr>
          <w:p>
            <w:r>
              <w:t>直博</w:t>
            </w:r>
          </w:p>
        </w:tc>
        <w:tc>
          <w:tcPr>
            <w:tcW w:type="dxa" w:w="960"/>
          </w:tcPr>
          <w:p>
            <w:r>
              <w:t>是</w:t>
            </w:r>
          </w:p>
        </w:tc>
      </w:tr>
      <w:tr>
        <w:tc>
          <w:tcPr>
            <w:tcW w:type="dxa" w:w="960"/>
          </w:tcPr>
          <w:p>
            <w:r>
              <w:t>23</w:t>
            </w:r>
          </w:p>
        </w:tc>
        <w:tc>
          <w:tcPr>
            <w:tcW w:type="dxa" w:w="960"/>
          </w:tcPr>
          <w:p>
            <w:r>
              <w:t>胡新雨</w:t>
            </w:r>
          </w:p>
        </w:tc>
        <w:tc>
          <w:tcPr>
            <w:tcW w:type="dxa" w:w="960"/>
          </w:tcPr>
          <w:p>
            <w:r>
              <w:t>3203***1360</w:t>
            </w:r>
          </w:p>
        </w:tc>
        <w:tc>
          <w:tcPr>
            <w:tcW w:type="dxa" w:w="960"/>
          </w:tcPr>
          <w:p>
            <w:r>
              <w:t>081700</w:t>
            </w:r>
          </w:p>
        </w:tc>
        <w:tc>
          <w:tcPr>
            <w:tcW w:type="dxa" w:w="960"/>
          </w:tcPr>
          <w:p>
            <w:r>
              <w:t>化学工程与技术</w:t>
            </w:r>
          </w:p>
        </w:tc>
        <w:tc>
          <w:tcPr>
            <w:tcW w:type="dxa" w:w="960"/>
          </w:tcPr>
          <w:p>
            <w:r>
              <w:t>(00)不区分研究方向</w:t>
            </w:r>
          </w:p>
        </w:tc>
        <w:tc>
          <w:tcPr>
            <w:tcW w:type="dxa" w:w="960"/>
          </w:tcPr>
          <w:p>
            <w:r>
              <w:t>70.4</w:t>
            </w:r>
          </w:p>
        </w:tc>
        <w:tc>
          <w:tcPr>
            <w:tcW w:type="dxa" w:w="960"/>
          </w:tcPr>
          <w:p>
            <w:r>
              <w:t>硕士</w:t>
            </w:r>
          </w:p>
        </w:tc>
        <w:tc>
          <w:tcPr>
            <w:tcW w:type="dxa" w:w="960"/>
          </w:tcPr>
          <w:p>
            <w:r>
              <w:t>是</w:t>
            </w:r>
          </w:p>
        </w:tc>
      </w:tr>
      <w:tr>
        <w:tc>
          <w:tcPr>
            <w:tcW w:type="dxa" w:w="960"/>
          </w:tcPr>
          <w:p>
            <w:r>
              <w:t>24</w:t>
            </w:r>
          </w:p>
        </w:tc>
        <w:tc>
          <w:tcPr>
            <w:tcW w:type="dxa" w:w="960"/>
          </w:tcPr>
          <w:p>
            <w:r>
              <w:t>熊梦茹</w:t>
            </w:r>
          </w:p>
        </w:tc>
        <w:tc>
          <w:tcPr>
            <w:tcW w:type="dxa" w:w="960"/>
          </w:tcPr>
          <w:p>
            <w:r>
              <w:t>4115***7027</w:t>
            </w:r>
          </w:p>
        </w:tc>
        <w:tc>
          <w:tcPr>
            <w:tcW w:type="dxa" w:w="960"/>
          </w:tcPr>
          <w:p>
            <w:r>
              <w:t>081700</w:t>
            </w:r>
          </w:p>
        </w:tc>
        <w:tc>
          <w:tcPr>
            <w:tcW w:type="dxa" w:w="960"/>
          </w:tcPr>
          <w:p>
            <w:r>
              <w:t>化学工程与技术</w:t>
            </w:r>
          </w:p>
        </w:tc>
        <w:tc>
          <w:tcPr>
            <w:tcW w:type="dxa" w:w="960"/>
          </w:tcPr>
          <w:p>
            <w:r>
              <w:t>(00)不区分研究方向</w:t>
            </w:r>
          </w:p>
        </w:tc>
        <w:tc>
          <w:tcPr>
            <w:tcW w:type="dxa" w:w="960"/>
          </w:tcPr>
          <w:p>
            <w:r>
              <w:t>70</w:t>
            </w:r>
          </w:p>
        </w:tc>
        <w:tc>
          <w:tcPr>
            <w:tcW w:type="dxa" w:w="960"/>
          </w:tcPr>
          <w:p>
            <w:r>
              <w:t>直博</w:t>
            </w:r>
          </w:p>
        </w:tc>
        <w:tc>
          <w:tcPr>
            <w:tcW w:type="dxa" w:w="960"/>
          </w:tcPr>
          <w:p>
            <w:r>
              <w:t>是</w:t>
            </w:r>
          </w:p>
        </w:tc>
      </w:tr>
      <w:tr>
        <w:tc>
          <w:tcPr>
            <w:tcW w:type="dxa" w:w="960"/>
          </w:tcPr>
          <w:p>
            <w:r>
              <w:t>25</w:t>
            </w:r>
          </w:p>
        </w:tc>
        <w:tc>
          <w:tcPr>
            <w:tcW w:type="dxa" w:w="960"/>
          </w:tcPr>
          <w:p>
            <w:r>
              <w:t>王灿</w:t>
            </w:r>
          </w:p>
        </w:tc>
        <w:tc>
          <w:tcPr>
            <w:tcW w:type="dxa" w:w="960"/>
          </w:tcPr>
          <w:p>
            <w:r>
              <w:t>4104***0549</w:t>
            </w:r>
          </w:p>
        </w:tc>
        <w:tc>
          <w:tcPr>
            <w:tcW w:type="dxa" w:w="960"/>
          </w:tcPr>
          <w:p>
            <w:r>
              <w:t>081700</w:t>
            </w:r>
          </w:p>
        </w:tc>
        <w:tc>
          <w:tcPr>
            <w:tcW w:type="dxa" w:w="960"/>
          </w:tcPr>
          <w:p>
            <w:r>
              <w:t>化学工程与技术</w:t>
            </w:r>
          </w:p>
        </w:tc>
        <w:tc>
          <w:tcPr>
            <w:tcW w:type="dxa" w:w="960"/>
          </w:tcPr>
          <w:p>
            <w:r>
              <w:t>(00)不区分研究方向</w:t>
            </w:r>
          </w:p>
        </w:tc>
        <w:tc>
          <w:tcPr>
            <w:tcW w:type="dxa" w:w="960"/>
          </w:tcPr>
          <w:p>
            <w:r>
              <w:t>70</w:t>
            </w:r>
          </w:p>
        </w:tc>
        <w:tc>
          <w:tcPr>
            <w:tcW w:type="dxa" w:w="960"/>
          </w:tcPr>
          <w:p>
            <w:r>
              <w:t>直博</w:t>
            </w:r>
          </w:p>
        </w:tc>
        <w:tc>
          <w:tcPr>
            <w:tcW w:type="dxa" w:w="960"/>
          </w:tcPr>
          <w:p>
            <w:r>
              <w:t>是</w:t>
            </w:r>
          </w:p>
        </w:tc>
      </w:tr>
      <w:tr>
        <w:tc>
          <w:tcPr>
            <w:tcW w:type="dxa" w:w="960"/>
          </w:tcPr>
          <w:p>
            <w:r>
              <w:t>26</w:t>
            </w:r>
          </w:p>
        </w:tc>
        <w:tc>
          <w:tcPr>
            <w:tcW w:type="dxa" w:w="960"/>
          </w:tcPr>
          <w:p>
            <w:r>
              <w:t>梁瑞</w:t>
            </w:r>
          </w:p>
        </w:tc>
        <w:tc>
          <w:tcPr>
            <w:tcW w:type="dxa" w:w="960"/>
          </w:tcPr>
          <w:p>
            <w:r>
              <w:t>3213***0034</w:t>
            </w:r>
          </w:p>
        </w:tc>
        <w:tc>
          <w:tcPr>
            <w:tcW w:type="dxa" w:w="960"/>
          </w:tcPr>
          <w:p>
            <w:r>
              <w:t>081700</w:t>
            </w:r>
          </w:p>
        </w:tc>
        <w:tc>
          <w:tcPr>
            <w:tcW w:type="dxa" w:w="960"/>
          </w:tcPr>
          <w:p>
            <w:r>
              <w:t>化学工程与技术</w:t>
            </w:r>
          </w:p>
        </w:tc>
        <w:tc>
          <w:tcPr>
            <w:tcW w:type="dxa" w:w="960"/>
          </w:tcPr>
          <w:p>
            <w:r>
              <w:t>(00)不区分研究方向</w:t>
            </w:r>
          </w:p>
        </w:tc>
        <w:tc>
          <w:tcPr>
            <w:tcW w:type="dxa" w:w="960"/>
          </w:tcPr>
          <w:p>
            <w:r>
              <w:t>70</w:t>
            </w:r>
          </w:p>
        </w:tc>
        <w:tc>
          <w:tcPr>
            <w:tcW w:type="dxa" w:w="960"/>
          </w:tcPr>
          <w:p>
            <w:r>
              <w:t>直博</w:t>
            </w:r>
          </w:p>
        </w:tc>
        <w:tc>
          <w:tcPr>
            <w:tcW w:type="dxa" w:w="960"/>
          </w:tcPr>
          <w:p>
            <w:r>
              <w:t>是</w:t>
            </w:r>
          </w:p>
        </w:tc>
      </w:tr>
      <w:tr>
        <w:tc>
          <w:tcPr>
            <w:tcW w:type="dxa" w:w="960"/>
          </w:tcPr>
          <w:p>
            <w:r>
              <w:t>27</w:t>
            </w:r>
          </w:p>
        </w:tc>
        <w:tc>
          <w:tcPr>
            <w:tcW w:type="dxa" w:w="960"/>
          </w:tcPr>
          <w:p>
            <w:r>
              <w:t>张涵</w:t>
            </w:r>
          </w:p>
        </w:tc>
        <w:tc>
          <w:tcPr>
            <w:tcW w:type="dxa" w:w="960"/>
          </w:tcPr>
          <w:p>
            <w:r>
              <w:t>1201***0129</w:t>
            </w:r>
          </w:p>
        </w:tc>
        <w:tc>
          <w:tcPr>
            <w:tcW w:type="dxa" w:w="960"/>
          </w:tcPr>
          <w:p>
            <w:r>
              <w:t>081700</w:t>
            </w:r>
          </w:p>
        </w:tc>
        <w:tc>
          <w:tcPr>
            <w:tcW w:type="dxa" w:w="960"/>
          </w:tcPr>
          <w:p>
            <w:r>
              <w:t>化学工程与技术</w:t>
            </w:r>
          </w:p>
        </w:tc>
        <w:tc>
          <w:tcPr>
            <w:tcW w:type="dxa" w:w="960"/>
          </w:tcPr>
          <w:p>
            <w:r>
              <w:t>(00)不区分研究方向</w:t>
            </w:r>
          </w:p>
        </w:tc>
        <w:tc>
          <w:tcPr>
            <w:tcW w:type="dxa" w:w="960"/>
          </w:tcPr>
          <w:p>
            <w:r>
              <w:t>70</w:t>
            </w:r>
          </w:p>
        </w:tc>
        <w:tc>
          <w:tcPr>
            <w:tcW w:type="dxa" w:w="960"/>
          </w:tcPr>
          <w:p>
            <w:r>
              <w:t>直博</w:t>
            </w:r>
          </w:p>
        </w:tc>
        <w:tc>
          <w:tcPr>
            <w:tcW w:type="dxa" w:w="960"/>
          </w:tcPr>
          <w:p>
            <w:r>
              <w:t>是</w:t>
            </w:r>
          </w:p>
        </w:tc>
      </w:tr>
      <w:tr>
        <w:tc>
          <w:tcPr>
            <w:tcW w:type="dxa" w:w="960"/>
          </w:tcPr>
          <w:p>
            <w:r>
              <w:t>28</w:t>
            </w:r>
          </w:p>
        </w:tc>
        <w:tc>
          <w:tcPr>
            <w:tcW w:type="dxa" w:w="960"/>
          </w:tcPr>
          <w:p>
            <w:r>
              <w:t>吴庆升</w:t>
            </w:r>
          </w:p>
        </w:tc>
        <w:tc>
          <w:tcPr>
            <w:tcW w:type="dxa" w:w="960"/>
          </w:tcPr>
          <w:p>
            <w:r>
              <w:t>3602***2110</w:t>
            </w:r>
          </w:p>
        </w:tc>
        <w:tc>
          <w:tcPr>
            <w:tcW w:type="dxa" w:w="960"/>
          </w:tcPr>
          <w:p>
            <w:r>
              <w:t>081700</w:t>
            </w:r>
          </w:p>
        </w:tc>
        <w:tc>
          <w:tcPr>
            <w:tcW w:type="dxa" w:w="960"/>
          </w:tcPr>
          <w:p>
            <w:r>
              <w:t>化学工程与技术</w:t>
            </w:r>
          </w:p>
        </w:tc>
        <w:tc>
          <w:tcPr>
            <w:tcW w:type="dxa" w:w="960"/>
          </w:tcPr>
          <w:p>
            <w:r>
              <w:t>(00)不区分研究方向</w:t>
            </w:r>
          </w:p>
        </w:tc>
        <w:tc>
          <w:tcPr>
            <w:tcW w:type="dxa" w:w="960"/>
          </w:tcPr>
          <w:p>
            <w:r>
              <w:t>70</w:t>
            </w:r>
          </w:p>
        </w:tc>
        <w:tc>
          <w:tcPr>
            <w:tcW w:type="dxa" w:w="960"/>
          </w:tcPr>
          <w:p>
            <w:r>
              <w:t>直博</w:t>
            </w:r>
          </w:p>
        </w:tc>
        <w:tc>
          <w:tcPr>
            <w:tcW w:type="dxa" w:w="960"/>
          </w:tcPr>
          <w:p>
            <w:r>
              <w:t>是</w:t>
            </w:r>
          </w:p>
        </w:tc>
      </w:tr>
      <w:tr>
        <w:tc>
          <w:tcPr>
            <w:tcW w:type="dxa" w:w="960"/>
          </w:tcPr>
          <w:p>
            <w:r>
              <w:t>29</w:t>
            </w:r>
          </w:p>
        </w:tc>
        <w:tc>
          <w:tcPr>
            <w:tcW w:type="dxa" w:w="960"/>
          </w:tcPr>
          <w:p>
            <w:r>
              <w:t>张梦茹</w:t>
            </w:r>
          </w:p>
        </w:tc>
        <w:tc>
          <w:tcPr>
            <w:tcW w:type="dxa" w:w="960"/>
          </w:tcPr>
          <w:p>
            <w:r>
              <w:t>3715***2042</w:t>
            </w:r>
          </w:p>
        </w:tc>
        <w:tc>
          <w:tcPr>
            <w:tcW w:type="dxa" w:w="960"/>
          </w:tcPr>
          <w:p>
            <w:r>
              <w:t>081700</w:t>
            </w:r>
          </w:p>
        </w:tc>
        <w:tc>
          <w:tcPr>
            <w:tcW w:type="dxa" w:w="960"/>
          </w:tcPr>
          <w:p>
            <w:r>
              <w:t>化学工程与技术</w:t>
            </w:r>
          </w:p>
        </w:tc>
        <w:tc>
          <w:tcPr>
            <w:tcW w:type="dxa" w:w="960"/>
          </w:tcPr>
          <w:p>
            <w:r>
              <w:t>(00)不区分研究方向</w:t>
            </w:r>
          </w:p>
        </w:tc>
        <w:tc>
          <w:tcPr>
            <w:tcW w:type="dxa" w:w="960"/>
          </w:tcPr>
          <w:p>
            <w:r>
              <w:t>70</w:t>
            </w:r>
          </w:p>
        </w:tc>
        <w:tc>
          <w:tcPr>
            <w:tcW w:type="dxa" w:w="960"/>
          </w:tcPr>
          <w:p>
            <w:r>
              <w:t>硕士</w:t>
            </w:r>
          </w:p>
        </w:tc>
        <w:tc>
          <w:tcPr>
            <w:tcW w:type="dxa" w:w="960"/>
          </w:tcPr>
          <w:p>
            <w:r>
              <w:t>是</w:t>
            </w:r>
          </w:p>
        </w:tc>
      </w:tr>
      <w:tr>
        <w:tc>
          <w:tcPr>
            <w:tcW w:type="dxa" w:w="960"/>
          </w:tcPr>
          <w:p>
            <w:r>
              <w:t>30</w:t>
            </w:r>
          </w:p>
        </w:tc>
        <w:tc>
          <w:tcPr>
            <w:tcW w:type="dxa" w:w="960"/>
          </w:tcPr>
          <w:p>
            <w:r>
              <w:t>刘梦</w:t>
            </w:r>
          </w:p>
        </w:tc>
        <w:tc>
          <w:tcPr>
            <w:tcW w:type="dxa" w:w="960"/>
          </w:tcPr>
          <w:p>
            <w:r>
              <w:t>3717***5127</w:t>
            </w:r>
          </w:p>
        </w:tc>
        <w:tc>
          <w:tcPr>
            <w:tcW w:type="dxa" w:w="960"/>
          </w:tcPr>
          <w:p>
            <w:r>
              <w:t>085600</w:t>
            </w:r>
          </w:p>
        </w:tc>
        <w:tc>
          <w:tcPr>
            <w:tcW w:type="dxa" w:w="960"/>
          </w:tcPr>
          <w:p>
            <w:r>
              <w:t>材料与化工</w:t>
            </w:r>
          </w:p>
        </w:tc>
        <w:tc>
          <w:tcPr>
            <w:tcW w:type="dxa" w:w="960"/>
          </w:tcPr>
          <w:p>
            <w:r>
              <w:t>(00)不区分研究方向</w:t>
            </w:r>
          </w:p>
        </w:tc>
        <w:tc>
          <w:tcPr>
            <w:tcW w:type="dxa" w:w="960"/>
          </w:tcPr>
          <w:p>
            <w:r>
              <w:t>70</w:t>
            </w:r>
          </w:p>
        </w:tc>
        <w:tc>
          <w:tcPr>
            <w:tcW w:type="dxa" w:w="960"/>
          </w:tcPr>
          <w:p>
            <w:r>
              <w:t>硕士</w:t>
            </w:r>
          </w:p>
        </w:tc>
        <w:tc>
          <w:tcPr>
            <w:tcW w:type="dxa" w:w="960"/>
          </w:tcPr>
          <w:p>
            <w:r>
              <w:t>是</w:t>
            </w:r>
          </w:p>
        </w:tc>
      </w:tr>
      <w:tr>
        <w:tc>
          <w:tcPr>
            <w:tcW w:type="dxa" w:w="960"/>
          </w:tcPr>
          <w:p>
            <w:r>
              <w:t>31</w:t>
            </w:r>
          </w:p>
        </w:tc>
        <w:tc>
          <w:tcPr>
            <w:tcW w:type="dxa" w:w="960"/>
          </w:tcPr>
          <w:p>
            <w:r>
              <w:t>张熙佑</w:t>
            </w:r>
          </w:p>
        </w:tc>
        <w:tc>
          <w:tcPr>
            <w:tcW w:type="dxa" w:w="960"/>
          </w:tcPr>
          <w:p>
            <w:r>
              <w:t>3201***4657</w:t>
            </w:r>
          </w:p>
        </w:tc>
        <w:tc>
          <w:tcPr>
            <w:tcW w:type="dxa" w:w="960"/>
          </w:tcPr>
          <w:p>
            <w:r>
              <w:t>081700</w:t>
            </w:r>
          </w:p>
        </w:tc>
        <w:tc>
          <w:tcPr>
            <w:tcW w:type="dxa" w:w="960"/>
          </w:tcPr>
          <w:p>
            <w:r>
              <w:t>化学工程与技术</w:t>
            </w:r>
          </w:p>
        </w:tc>
        <w:tc>
          <w:tcPr>
            <w:tcW w:type="dxa" w:w="960"/>
          </w:tcPr>
          <w:p>
            <w:r>
              <w:t>(00)不区分研究方向</w:t>
            </w:r>
          </w:p>
        </w:tc>
        <w:tc>
          <w:tcPr>
            <w:tcW w:type="dxa" w:w="960"/>
          </w:tcPr>
          <w:p>
            <w:r>
              <w:t>70</w:t>
            </w:r>
          </w:p>
        </w:tc>
        <w:tc>
          <w:tcPr>
            <w:tcW w:type="dxa" w:w="960"/>
          </w:tcPr>
          <w:p>
            <w:r>
              <w:t>硕士</w:t>
            </w:r>
          </w:p>
        </w:tc>
        <w:tc>
          <w:tcPr>
            <w:tcW w:type="dxa" w:w="960"/>
          </w:tcPr>
          <w:p>
            <w:r>
              <w:t>是</w:t>
            </w:r>
          </w:p>
        </w:tc>
      </w:tr>
      <w:tr>
        <w:tc>
          <w:tcPr>
            <w:tcW w:type="dxa" w:w="960"/>
          </w:tcPr>
          <w:p>
            <w:r>
              <w:t>32</w:t>
            </w:r>
          </w:p>
        </w:tc>
        <w:tc>
          <w:tcPr>
            <w:tcW w:type="dxa" w:w="960"/>
          </w:tcPr>
          <w:p>
            <w:r>
              <w:t>侯寒雪</w:t>
            </w:r>
          </w:p>
        </w:tc>
        <w:tc>
          <w:tcPr>
            <w:tcW w:type="dxa" w:w="960"/>
          </w:tcPr>
          <w:p>
            <w:r>
              <w:t>4109***3021</w:t>
            </w:r>
          </w:p>
        </w:tc>
        <w:tc>
          <w:tcPr>
            <w:tcW w:type="dxa" w:w="960"/>
          </w:tcPr>
          <w:p>
            <w:r>
              <w:t>085600</w:t>
            </w:r>
          </w:p>
        </w:tc>
        <w:tc>
          <w:tcPr>
            <w:tcW w:type="dxa" w:w="960"/>
          </w:tcPr>
          <w:p>
            <w:r>
              <w:t>材料与化工</w:t>
            </w:r>
          </w:p>
        </w:tc>
        <w:tc>
          <w:tcPr>
            <w:tcW w:type="dxa" w:w="960"/>
          </w:tcPr>
          <w:p>
            <w:r>
              <w:t>(00)不区分研究方向</w:t>
            </w:r>
          </w:p>
        </w:tc>
        <w:tc>
          <w:tcPr>
            <w:tcW w:type="dxa" w:w="960"/>
          </w:tcPr>
          <w:p>
            <w:r>
              <w:t>70</w:t>
            </w:r>
          </w:p>
        </w:tc>
        <w:tc>
          <w:tcPr>
            <w:tcW w:type="dxa" w:w="960"/>
          </w:tcPr>
          <w:p>
            <w:r>
              <w:t>硕士</w:t>
            </w:r>
          </w:p>
        </w:tc>
        <w:tc>
          <w:tcPr>
            <w:tcW w:type="dxa" w:w="960"/>
          </w:tcPr>
          <w:p>
            <w:r>
              <w:t>是</w:t>
            </w:r>
          </w:p>
        </w:tc>
      </w:tr>
      <w:tr>
        <w:tc>
          <w:tcPr>
            <w:tcW w:type="dxa" w:w="960"/>
          </w:tcPr>
          <w:p>
            <w:r>
              <w:t>33</w:t>
            </w:r>
          </w:p>
        </w:tc>
        <w:tc>
          <w:tcPr>
            <w:tcW w:type="dxa" w:w="960"/>
          </w:tcPr>
          <w:p>
            <w:r>
              <w:t>金典</w:t>
            </w:r>
          </w:p>
        </w:tc>
        <w:tc>
          <w:tcPr>
            <w:tcW w:type="dxa" w:w="960"/>
          </w:tcPr>
          <w:p>
            <w:r>
              <w:t>3206***005X</w:t>
            </w:r>
          </w:p>
        </w:tc>
        <w:tc>
          <w:tcPr>
            <w:tcW w:type="dxa" w:w="960"/>
          </w:tcPr>
          <w:p>
            <w:r>
              <w:t>081700</w:t>
            </w:r>
          </w:p>
        </w:tc>
        <w:tc>
          <w:tcPr>
            <w:tcW w:type="dxa" w:w="960"/>
          </w:tcPr>
          <w:p>
            <w:r>
              <w:t>化学工程与技术</w:t>
            </w:r>
          </w:p>
        </w:tc>
        <w:tc>
          <w:tcPr>
            <w:tcW w:type="dxa" w:w="960"/>
          </w:tcPr>
          <w:p>
            <w:r>
              <w:t>(00)不区分研究方向</w:t>
            </w:r>
          </w:p>
        </w:tc>
        <w:tc>
          <w:tcPr>
            <w:tcW w:type="dxa" w:w="960"/>
          </w:tcPr>
          <w:p>
            <w:r>
              <w:t>70</w:t>
            </w:r>
          </w:p>
        </w:tc>
        <w:tc>
          <w:tcPr>
            <w:tcW w:type="dxa" w:w="960"/>
          </w:tcPr>
          <w:p>
            <w:r>
              <w:t>硕士</w:t>
            </w:r>
          </w:p>
        </w:tc>
        <w:tc>
          <w:tcPr>
            <w:tcW w:type="dxa" w:w="960"/>
          </w:tcPr>
          <w:p>
            <w:r>
              <w:t>是</w:t>
            </w:r>
          </w:p>
        </w:tc>
      </w:tr>
      <w:tr>
        <w:tc>
          <w:tcPr>
            <w:tcW w:type="dxa" w:w="960"/>
          </w:tcPr>
          <w:p>
            <w:r>
              <w:t>34</w:t>
            </w:r>
          </w:p>
        </w:tc>
        <w:tc>
          <w:tcPr>
            <w:tcW w:type="dxa" w:w="960"/>
          </w:tcPr>
          <w:p>
            <w:r>
              <w:t>董轩宇</w:t>
            </w:r>
          </w:p>
        </w:tc>
        <w:tc>
          <w:tcPr>
            <w:tcW w:type="dxa" w:w="960"/>
          </w:tcPr>
          <w:p>
            <w:r>
              <w:t>3209***1212</w:t>
            </w:r>
          </w:p>
        </w:tc>
        <w:tc>
          <w:tcPr>
            <w:tcW w:type="dxa" w:w="960"/>
          </w:tcPr>
          <w:p>
            <w:r>
              <w:t>081700</w:t>
            </w:r>
          </w:p>
        </w:tc>
        <w:tc>
          <w:tcPr>
            <w:tcW w:type="dxa" w:w="960"/>
          </w:tcPr>
          <w:p>
            <w:r>
              <w:t>化学工程与技术</w:t>
            </w:r>
          </w:p>
        </w:tc>
        <w:tc>
          <w:tcPr>
            <w:tcW w:type="dxa" w:w="960"/>
          </w:tcPr>
          <w:p>
            <w:r>
              <w:t>(00)不区分研究方向</w:t>
            </w:r>
          </w:p>
        </w:tc>
        <w:tc>
          <w:tcPr>
            <w:tcW w:type="dxa" w:w="960"/>
          </w:tcPr>
          <w:p>
            <w:r>
              <w:t>70</w:t>
            </w:r>
          </w:p>
        </w:tc>
        <w:tc>
          <w:tcPr>
            <w:tcW w:type="dxa" w:w="960"/>
          </w:tcPr>
          <w:p>
            <w:r>
              <w:t>硕士</w:t>
            </w:r>
          </w:p>
        </w:tc>
        <w:tc>
          <w:tcPr>
            <w:tcW w:type="dxa" w:w="960"/>
          </w:tcPr>
          <w:p>
            <w:r>
              <w:t>是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