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化工学院2023年推荐优秀应届本科毕业生免试攻读硕士学位拟推荐人选名单公示</w:t>
      </w:r>
    </w:p>
    <w:p>
      <w:r>
        <w:t>根据学校《关于做好2023年推荐优秀应届本科毕业生免试攻读研究生工作的通知》和《化工学院2023年推荐优秀应届本科毕业生免试攻读硕士学位研究生办法》,经学生本人申请，学院专家审核小组审定、推免生遴选工作小组讨论，2023年我院拟推荐优秀应届本科毕业生免试攻读硕士学位研究生名单现予以公示。公示期：2022年9月12日-9月15日，如有异议者请于公示期内向学院反映。学院电话：025-83587770，邮箱hgxy@njtech.edu.cn。</w:t>
      </w:r>
    </w:p>
    <w:tbl>
      <w:tblPr>
        <w:tblStyle w:val="TableGrid"/>
        <w:tblW w:type="auto" w:w="0"/>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tcPr>
          <w:p>
            <w:r>
              <w:t>序号</w:t>
            </w:r>
          </w:p>
        </w:tc>
        <w:tc>
          <w:tcPr>
            <w:tcW w:type="dxa" w:w="864"/>
          </w:tcPr>
          <w:p>
            <w:r>
              <w:t>本科专业名称</w:t>
            </w:r>
          </w:p>
        </w:tc>
        <w:tc>
          <w:tcPr>
            <w:tcW w:type="dxa" w:w="864"/>
          </w:tcPr>
          <w:p>
            <w:r>
              <w:t>姓名</w:t>
            </w:r>
          </w:p>
        </w:tc>
        <w:tc>
          <w:tcPr>
            <w:tcW w:type="dxa" w:w="864"/>
          </w:tcPr>
          <w:p>
            <w:r>
              <w:t>课程平均绩点</w:t>
            </w:r>
          </w:p>
        </w:tc>
        <w:tc>
          <w:tcPr>
            <w:tcW w:type="dxa" w:w="864"/>
          </w:tcPr>
          <w:p>
            <w:r>
              <w:t>平均绩点排名</w:t>
            </w:r>
          </w:p>
        </w:tc>
        <w:tc>
          <w:tcPr>
            <w:tcW w:type="dxa" w:w="864"/>
          </w:tcPr>
          <w:p>
            <w:r>
              <w:t>全面发展综合成绩</w:t>
            </w:r>
          </w:p>
        </w:tc>
        <w:tc>
          <w:tcPr>
            <w:tcW w:type="dxa" w:w="864"/>
          </w:tcPr>
          <w:p>
            <w:r>
              <w:t>总成绩</w:t>
            </w:r>
          </w:p>
        </w:tc>
        <w:tc>
          <w:tcPr>
            <w:tcW w:type="dxa" w:w="864"/>
          </w:tcPr>
          <w:p>
            <w:r>
              <w:t>综合名次</w:t>
            </w:r>
          </w:p>
        </w:tc>
        <w:tc>
          <w:tcPr>
            <w:tcW w:type="dxa" w:w="864"/>
          </w:tcPr>
          <w:p>
            <w:r>
              <w:t>全面发展综合成绩备注</w:t>
            </w:r>
          </w:p>
        </w:tc>
        <w:tc>
          <w:tcPr>
            <w:tcW w:type="dxa" w:w="864"/>
          </w:tcPr>
          <w:p>
            <w:r>
              <w:t>备注</w:t>
            </w:r>
          </w:p>
        </w:tc>
      </w:tr>
      <w:tr>
        <w:tc>
          <w:tcPr>
            <w:tcW w:type="dxa" w:w="864"/>
          </w:tcPr>
          <w:p>
            <w:r>
              <w:t>1</w:t>
            </w:r>
          </w:p>
        </w:tc>
        <w:tc>
          <w:tcPr>
            <w:tcW w:type="dxa" w:w="864"/>
          </w:tcPr>
          <w:p>
            <w:r>
              <w:t>资源循环科学与工程</w:t>
            </w:r>
          </w:p>
        </w:tc>
        <w:tc>
          <w:tcPr>
            <w:tcW w:type="dxa" w:w="864"/>
          </w:tcPr>
          <w:p>
            <w:r>
              <w:t>杨一鸣</w:t>
            </w:r>
          </w:p>
        </w:tc>
        <w:tc>
          <w:tcPr>
            <w:tcW w:type="dxa" w:w="864"/>
          </w:tcPr>
          <w:p>
            <w:r>
              <w:t>3.67</w:t>
            </w:r>
          </w:p>
        </w:tc>
        <w:tc>
          <w:tcPr>
            <w:tcW w:type="dxa" w:w="864"/>
          </w:tcPr>
          <w:p>
            <w:r>
              <w:t>1</w:t>
            </w:r>
          </w:p>
        </w:tc>
        <w:tc>
          <w:tcPr>
            <w:tcW w:type="dxa" w:w="864"/>
          </w:tcPr>
          <w:p>
            <w:r>
              <w:t>0</w:t>
            </w:r>
          </w:p>
        </w:tc>
        <w:tc>
          <w:tcPr>
            <w:tcW w:type="dxa" w:w="864"/>
          </w:tcPr>
          <w:p>
            <w:r>
              <w:t>3.1195</w:t>
            </w:r>
          </w:p>
        </w:tc>
        <w:tc>
          <w:tcPr>
            <w:tcW w:type="dxa" w:w="864"/>
          </w:tcPr>
          <w:p>
            <w:r>
              <w:t>1</w:t>
            </w:r>
          </w:p>
        </w:tc>
        <w:tc>
          <w:tcPr>
            <w:tcW w:type="dxa" w:w="864"/>
          </w:tcPr>
          <w:p>
            <w:r>
              <w:t>/</w:t>
            </w:r>
          </w:p>
        </w:tc>
        <w:tc>
          <w:tcPr>
            <w:tcW w:type="dxa" w:w="864"/>
          </w:tcPr>
          <w:p>
            <w:r/>
          </w:p>
        </w:tc>
      </w:tr>
      <w:tr>
        <w:tc>
          <w:tcPr>
            <w:tcW w:type="dxa" w:w="864"/>
          </w:tcPr>
          <w:p>
            <w:r>
              <w:t>2</w:t>
            </w:r>
          </w:p>
        </w:tc>
        <w:tc>
          <w:tcPr>
            <w:tcW w:type="dxa" w:w="864"/>
          </w:tcPr>
          <w:p>
            <w:r>
              <w:t>资源循环科学与工程</w:t>
            </w:r>
          </w:p>
        </w:tc>
        <w:tc>
          <w:tcPr>
            <w:tcW w:type="dxa" w:w="864"/>
          </w:tcPr>
          <w:p>
            <w:r>
              <w:t>李明鸿</w:t>
            </w:r>
          </w:p>
        </w:tc>
        <w:tc>
          <w:tcPr>
            <w:tcW w:type="dxa" w:w="864"/>
          </w:tcPr>
          <w:p>
            <w:r>
              <w:t>3.56</w:t>
            </w:r>
          </w:p>
        </w:tc>
        <w:tc>
          <w:tcPr>
            <w:tcW w:type="dxa" w:w="864"/>
          </w:tcPr>
          <w:p>
            <w:r>
              <w:t>2</w:t>
            </w:r>
          </w:p>
        </w:tc>
        <w:tc>
          <w:tcPr>
            <w:tcW w:type="dxa" w:w="864"/>
          </w:tcPr>
          <w:p>
            <w:r>
              <w:t>8</w:t>
            </w:r>
          </w:p>
        </w:tc>
        <w:tc>
          <w:tcPr>
            <w:tcW w:type="dxa" w:w="864"/>
          </w:tcPr>
          <w:p>
            <w:r>
              <w:t>3.0740</w:t>
            </w:r>
          </w:p>
        </w:tc>
        <w:tc>
          <w:tcPr>
            <w:tcW w:type="dxa" w:w="864"/>
          </w:tcPr>
          <w:p>
            <w:r>
              <w:t>2</w:t>
            </w:r>
          </w:p>
        </w:tc>
        <w:tc>
          <w:tcPr>
            <w:tcW w:type="dxa" w:w="864"/>
          </w:tcPr>
          <w:p>
            <w:r>
              <w:t>省级志愿服务加8分</w:t>
            </w:r>
          </w:p>
        </w:tc>
        <w:tc>
          <w:tcPr>
            <w:tcW w:type="dxa" w:w="864"/>
          </w:tcPr>
          <w:p>
            <w:r/>
          </w:p>
        </w:tc>
      </w:tr>
      <w:tr>
        <w:tc>
          <w:tcPr>
            <w:tcW w:type="dxa" w:w="864"/>
          </w:tcPr>
          <w:p>
            <w:r>
              <w:t>3</w:t>
            </w:r>
          </w:p>
        </w:tc>
        <w:tc>
          <w:tcPr>
            <w:tcW w:type="dxa" w:w="864"/>
          </w:tcPr>
          <w:p>
            <w:r>
              <w:t>化学工程与工艺(英才班)</w:t>
            </w:r>
          </w:p>
        </w:tc>
        <w:tc>
          <w:tcPr>
            <w:tcW w:type="dxa" w:w="864"/>
          </w:tcPr>
          <w:p>
            <w:r>
              <w:t>左宇豪</w:t>
            </w:r>
          </w:p>
        </w:tc>
        <w:tc>
          <w:tcPr>
            <w:tcW w:type="dxa" w:w="864"/>
          </w:tcPr>
          <w:p>
            <w:r>
              <w:t>3.92</w:t>
            </w:r>
          </w:p>
        </w:tc>
        <w:tc>
          <w:tcPr>
            <w:tcW w:type="dxa" w:w="864"/>
          </w:tcPr>
          <w:p>
            <w:r>
              <w:t>1</w:t>
            </w:r>
          </w:p>
        </w:tc>
        <w:tc>
          <w:tcPr>
            <w:tcW w:type="dxa" w:w="864"/>
          </w:tcPr>
          <w:p>
            <w:r>
              <w:t>25</w:t>
            </w:r>
          </w:p>
        </w:tc>
        <w:tc>
          <w:tcPr>
            <w:tcW w:type="dxa" w:w="864"/>
          </w:tcPr>
          <w:p>
            <w:r>
              <w:t>3.4820</w:t>
            </w:r>
          </w:p>
        </w:tc>
        <w:tc>
          <w:tcPr>
            <w:tcW w:type="dxa" w:w="864"/>
          </w:tcPr>
          <w:p>
            <w:r>
              <w:t>1</w:t>
            </w:r>
          </w:p>
        </w:tc>
        <w:tc>
          <w:tcPr>
            <w:tcW w:type="dxa" w:w="864"/>
          </w:tcPr>
          <w:p>
            <w:r>
              <w:t>化工设计大赛全国特等奖（队长）加25分</w:t>
            </w:r>
          </w:p>
        </w:tc>
        <w:tc>
          <w:tcPr>
            <w:tcW w:type="dxa" w:w="864"/>
          </w:tcPr>
          <w:p>
            <w:r/>
          </w:p>
        </w:tc>
      </w:tr>
      <w:tr>
        <w:tc>
          <w:tcPr>
            <w:tcW w:type="dxa" w:w="864"/>
          </w:tcPr>
          <w:p>
            <w:r>
              <w:t>4</w:t>
            </w:r>
          </w:p>
        </w:tc>
        <w:tc>
          <w:tcPr>
            <w:tcW w:type="dxa" w:w="864"/>
          </w:tcPr>
          <w:p>
            <w:r>
              <w:t>化学工程与工艺(英才班)</w:t>
            </w:r>
          </w:p>
        </w:tc>
        <w:tc>
          <w:tcPr>
            <w:tcW w:type="dxa" w:w="864"/>
          </w:tcPr>
          <w:p>
            <w:r>
              <w:t>罗子淇</w:t>
            </w:r>
          </w:p>
        </w:tc>
        <w:tc>
          <w:tcPr>
            <w:tcW w:type="dxa" w:w="864"/>
          </w:tcPr>
          <w:p>
            <w:r>
              <w:t>3.88</w:t>
            </w:r>
          </w:p>
        </w:tc>
        <w:tc>
          <w:tcPr>
            <w:tcW w:type="dxa" w:w="864"/>
          </w:tcPr>
          <w:p>
            <w:r>
              <w:t>3</w:t>
            </w:r>
          </w:p>
        </w:tc>
        <w:tc>
          <w:tcPr>
            <w:tcW w:type="dxa" w:w="864"/>
          </w:tcPr>
          <w:p>
            <w:r>
              <w:t>28</w:t>
            </w:r>
          </w:p>
        </w:tc>
        <w:tc>
          <w:tcPr>
            <w:tcW w:type="dxa" w:w="864"/>
          </w:tcPr>
          <w:p>
            <w:r>
              <w:t>3.4660</w:t>
            </w:r>
          </w:p>
        </w:tc>
        <w:tc>
          <w:tcPr>
            <w:tcW w:type="dxa" w:w="864"/>
          </w:tcPr>
          <w:p>
            <w:r>
              <w:t>2</w:t>
            </w:r>
          </w:p>
        </w:tc>
        <w:tc>
          <w:tcPr>
            <w:tcW w:type="dxa" w:w="864"/>
          </w:tcPr>
          <w:p>
            <w:r>
              <w:t>省级志愿服务加8分，化工设计大赛全国特等奖加25分*0.8</w:t>
            </w:r>
          </w:p>
        </w:tc>
        <w:tc>
          <w:tcPr>
            <w:tcW w:type="dxa" w:w="864"/>
          </w:tcPr>
          <w:p>
            <w:r/>
          </w:p>
        </w:tc>
      </w:tr>
      <w:tr>
        <w:tc>
          <w:tcPr>
            <w:tcW w:type="dxa" w:w="864"/>
          </w:tcPr>
          <w:p>
            <w:r>
              <w:t>5</w:t>
            </w:r>
          </w:p>
        </w:tc>
        <w:tc>
          <w:tcPr>
            <w:tcW w:type="dxa" w:w="864"/>
          </w:tcPr>
          <w:p>
            <w:r>
              <w:t>化学工程与工艺(英才班)</w:t>
            </w:r>
          </w:p>
        </w:tc>
        <w:tc>
          <w:tcPr>
            <w:tcW w:type="dxa" w:w="864"/>
          </w:tcPr>
          <w:p>
            <w:r>
              <w:t>赵振艺</w:t>
            </w:r>
          </w:p>
        </w:tc>
        <w:tc>
          <w:tcPr>
            <w:tcW w:type="dxa" w:w="864"/>
          </w:tcPr>
          <w:p>
            <w:r>
              <w:t>3.86</w:t>
            </w:r>
          </w:p>
        </w:tc>
        <w:tc>
          <w:tcPr>
            <w:tcW w:type="dxa" w:w="864"/>
          </w:tcPr>
          <w:p>
            <w:r>
              <w:t>6</w:t>
            </w:r>
          </w:p>
        </w:tc>
        <w:tc>
          <w:tcPr>
            <w:tcW w:type="dxa" w:w="864"/>
          </w:tcPr>
          <w:p>
            <w:r>
              <w:t>20</w:t>
            </w:r>
          </w:p>
        </w:tc>
        <w:tc>
          <w:tcPr>
            <w:tcW w:type="dxa" w:w="864"/>
          </w:tcPr>
          <w:p>
            <w:r>
              <w:t>3.4010</w:t>
            </w:r>
          </w:p>
        </w:tc>
        <w:tc>
          <w:tcPr>
            <w:tcW w:type="dxa" w:w="864"/>
          </w:tcPr>
          <w:p>
            <w:r>
              <w:t>3</w:t>
            </w:r>
          </w:p>
        </w:tc>
        <w:tc>
          <w:tcPr>
            <w:tcW w:type="dxa" w:w="864"/>
          </w:tcPr>
          <w:p>
            <w:r>
              <w:t>化工设计大赛全国特等奖加25分*0.8</w:t>
            </w:r>
          </w:p>
        </w:tc>
        <w:tc>
          <w:tcPr>
            <w:tcW w:type="dxa" w:w="864"/>
          </w:tcPr>
          <w:p>
            <w:r/>
          </w:p>
        </w:tc>
      </w:tr>
      <w:tr>
        <w:tc>
          <w:tcPr>
            <w:tcW w:type="dxa" w:w="864"/>
          </w:tcPr>
          <w:p>
            <w:r>
              <w:t>6</w:t>
            </w:r>
          </w:p>
        </w:tc>
        <w:tc>
          <w:tcPr>
            <w:tcW w:type="dxa" w:w="864"/>
          </w:tcPr>
          <w:p>
            <w:r>
              <w:t>化学工程与工艺(英才班)</w:t>
            </w:r>
          </w:p>
        </w:tc>
        <w:tc>
          <w:tcPr>
            <w:tcW w:type="dxa" w:w="864"/>
          </w:tcPr>
          <w:p>
            <w:r>
              <w:t>刘星辰</w:t>
            </w:r>
          </w:p>
        </w:tc>
        <w:tc>
          <w:tcPr>
            <w:tcW w:type="dxa" w:w="864"/>
          </w:tcPr>
          <w:p>
            <w:r>
              <w:t>3.92</w:t>
            </w:r>
          </w:p>
        </w:tc>
        <w:tc>
          <w:tcPr>
            <w:tcW w:type="dxa" w:w="864"/>
          </w:tcPr>
          <w:p>
            <w:r>
              <w:t>1</w:t>
            </w:r>
          </w:p>
        </w:tc>
        <w:tc>
          <w:tcPr>
            <w:tcW w:type="dxa" w:w="864"/>
          </w:tcPr>
          <w:p>
            <w:r>
              <w:t>0</w:t>
            </w:r>
          </w:p>
        </w:tc>
        <w:tc>
          <w:tcPr>
            <w:tcW w:type="dxa" w:w="864"/>
          </w:tcPr>
          <w:p>
            <w:r>
              <w:t>3.3320</w:t>
            </w:r>
          </w:p>
        </w:tc>
        <w:tc>
          <w:tcPr>
            <w:tcW w:type="dxa" w:w="864"/>
          </w:tcPr>
          <w:p>
            <w:r>
              <w:t>4</w:t>
            </w:r>
          </w:p>
        </w:tc>
        <w:tc>
          <w:tcPr>
            <w:tcW w:type="dxa" w:w="864"/>
          </w:tcPr>
          <w:p>
            <w:r>
              <w:t>/</w:t>
            </w:r>
          </w:p>
        </w:tc>
        <w:tc>
          <w:tcPr>
            <w:tcW w:type="dxa" w:w="864"/>
          </w:tcPr>
          <w:p>
            <w:r/>
          </w:p>
        </w:tc>
      </w:tr>
      <w:tr>
        <w:tc>
          <w:tcPr>
            <w:tcW w:type="dxa" w:w="864"/>
          </w:tcPr>
          <w:p>
            <w:r>
              <w:t>7</w:t>
            </w:r>
          </w:p>
        </w:tc>
        <w:tc>
          <w:tcPr>
            <w:tcW w:type="dxa" w:w="864"/>
          </w:tcPr>
          <w:p>
            <w:r>
              <w:t>化学工程与工艺</w:t>
            </w:r>
          </w:p>
        </w:tc>
        <w:tc>
          <w:tcPr>
            <w:tcW w:type="dxa" w:w="864"/>
          </w:tcPr>
          <w:p>
            <w:r>
              <w:t>吴佳豪</w:t>
            </w:r>
          </w:p>
        </w:tc>
        <w:tc>
          <w:tcPr>
            <w:tcW w:type="dxa" w:w="864"/>
          </w:tcPr>
          <w:p>
            <w:r>
              <w:t>3.85</w:t>
            </w:r>
          </w:p>
        </w:tc>
        <w:tc>
          <w:tcPr>
            <w:tcW w:type="dxa" w:w="864"/>
          </w:tcPr>
          <w:p>
            <w:r>
              <w:t>2</w:t>
            </w:r>
          </w:p>
        </w:tc>
        <w:tc>
          <w:tcPr>
            <w:tcW w:type="dxa" w:w="864"/>
          </w:tcPr>
          <w:p>
            <w:r>
              <w:t>8</w:t>
            </w:r>
          </w:p>
        </w:tc>
        <w:tc>
          <w:tcPr>
            <w:tcW w:type="dxa" w:w="864"/>
          </w:tcPr>
          <w:p>
            <w:r>
              <w:t>3.3205</w:t>
            </w:r>
          </w:p>
        </w:tc>
        <w:tc>
          <w:tcPr>
            <w:tcW w:type="dxa" w:w="864"/>
          </w:tcPr>
          <w:p>
            <w:r>
              <w:t>5</w:t>
            </w:r>
          </w:p>
        </w:tc>
        <w:tc>
          <w:tcPr>
            <w:tcW w:type="dxa" w:w="864"/>
          </w:tcPr>
          <w:p>
            <w:r>
              <w:t>全国大学生化工实验大赛全国一等奖加10分*0.8</w:t>
            </w:r>
          </w:p>
        </w:tc>
        <w:tc>
          <w:tcPr>
            <w:tcW w:type="dxa" w:w="864"/>
          </w:tcPr>
          <w:p>
            <w:r/>
          </w:p>
        </w:tc>
      </w:tr>
      <w:tr>
        <w:tc>
          <w:tcPr>
            <w:tcW w:type="dxa" w:w="864"/>
          </w:tcPr>
          <w:p>
            <w:r>
              <w:t>8</w:t>
            </w:r>
          </w:p>
        </w:tc>
        <w:tc>
          <w:tcPr>
            <w:tcW w:type="dxa" w:w="864"/>
          </w:tcPr>
          <w:p>
            <w:r>
              <w:t>化学工程与工艺(英才班)</w:t>
            </w:r>
          </w:p>
        </w:tc>
        <w:tc>
          <w:tcPr>
            <w:tcW w:type="dxa" w:w="864"/>
          </w:tcPr>
          <w:p>
            <w:r>
              <w:t>刘德龙</w:t>
            </w:r>
          </w:p>
        </w:tc>
        <w:tc>
          <w:tcPr>
            <w:tcW w:type="dxa" w:w="864"/>
          </w:tcPr>
          <w:p>
            <w:r>
              <w:t>3.88</w:t>
            </w:r>
          </w:p>
        </w:tc>
        <w:tc>
          <w:tcPr>
            <w:tcW w:type="dxa" w:w="864"/>
          </w:tcPr>
          <w:p>
            <w:r>
              <w:t>3</w:t>
            </w:r>
          </w:p>
        </w:tc>
        <w:tc>
          <w:tcPr>
            <w:tcW w:type="dxa" w:w="864"/>
          </w:tcPr>
          <w:p>
            <w:r>
              <w:t>0</w:t>
            </w:r>
          </w:p>
        </w:tc>
        <w:tc>
          <w:tcPr>
            <w:tcW w:type="dxa" w:w="864"/>
          </w:tcPr>
          <w:p>
            <w:r>
              <w:t>3.2980</w:t>
            </w:r>
          </w:p>
        </w:tc>
        <w:tc>
          <w:tcPr>
            <w:tcW w:type="dxa" w:w="864"/>
          </w:tcPr>
          <w:p>
            <w:r>
              <w:t>6</w:t>
            </w:r>
          </w:p>
        </w:tc>
        <w:tc>
          <w:tcPr>
            <w:tcW w:type="dxa" w:w="864"/>
          </w:tcPr>
          <w:p>
            <w:r>
              <w:t>/</w:t>
            </w:r>
          </w:p>
        </w:tc>
        <w:tc>
          <w:tcPr>
            <w:tcW w:type="dxa" w:w="864"/>
          </w:tcPr>
          <w:p>
            <w:r/>
          </w:p>
        </w:tc>
      </w:tr>
      <w:tr>
        <w:tc>
          <w:tcPr>
            <w:tcW w:type="dxa" w:w="864"/>
          </w:tcPr>
          <w:p>
            <w:r>
              <w:t>9</w:t>
            </w:r>
          </w:p>
        </w:tc>
        <w:tc>
          <w:tcPr>
            <w:tcW w:type="dxa" w:w="864"/>
          </w:tcPr>
          <w:p>
            <w:r>
              <w:t>化学工程与工艺(英才班)</w:t>
            </w:r>
          </w:p>
        </w:tc>
        <w:tc>
          <w:tcPr>
            <w:tcW w:type="dxa" w:w="864"/>
          </w:tcPr>
          <w:p>
            <w:r>
              <w:t>陈唯业</w:t>
            </w:r>
          </w:p>
        </w:tc>
        <w:tc>
          <w:tcPr>
            <w:tcW w:type="dxa" w:w="864"/>
          </w:tcPr>
          <w:p>
            <w:r>
              <w:t>3.84</w:t>
            </w:r>
          </w:p>
        </w:tc>
        <w:tc>
          <w:tcPr>
            <w:tcW w:type="dxa" w:w="864"/>
          </w:tcPr>
          <w:p>
            <w:r>
              <w:t>7</w:t>
            </w:r>
          </w:p>
        </w:tc>
        <w:tc>
          <w:tcPr>
            <w:tcW w:type="dxa" w:w="864"/>
          </w:tcPr>
          <w:p>
            <w:r>
              <w:t>4.8</w:t>
            </w:r>
          </w:p>
        </w:tc>
        <w:tc>
          <w:tcPr>
            <w:tcW w:type="dxa" w:w="864"/>
          </w:tcPr>
          <w:p>
            <w:r>
              <w:t>3.2928</w:t>
            </w:r>
          </w:p>
        </w:tc>
        <w:tc>
          <w:tcPr>
            <w:tcW w:type="dxa" w:w="864"/>
          </w:tcPr>
          <w:p>
            <w:r>
              <w:t>7</w:t>
            </w:r>
          </w:p>
        </w:tc>
        <w:tc>
          <w:tcPr>
            <w:tcW w:type="dxa" w:w="864"/>
          </w:tcPr>
          <w:p>
            <w:r>
              <w:t>化工设计大赛全国二等奖加6分*0.8</w:t>
            </w:r>
          </w:p>
        </w:tc>
        <w:tc>
          <w:tcPr>
            <w:tcW w:type="dxa" w:w="864"/>
          </w:tcPr>
          <w:p>
            <w:r/>
          </w:p>
        </w:tc>
      </w:tr>
      <w:tr>
        <w:tc>
          <w:tcPr>
            <w:tcW w:type="dxa" w:w="864"/>
          </w:tcPr>
          <w:p>
            <w:r>
              <w:t>10</w:t>
            </w:r>
          </w:p>
        </w:tc>
        <w:tc>
          <w:tcPr>
            <w:tcW w:type="dxa" w:w="864"/>
          </w:tcPr>
          <w:p>
            <w:r>
              <w:t>化学工程与工艺(英才班)</w:t>
            </w:r>
          </w:p>
        </w:tc>
        <w:tc>
          <w:tcPr>
            <w:tcW w:type="dxa" w:w="864"/>
          </w:tcPr>
          <w:p>
            <w:r>
              <w:t>姜娇娇</w:t>
            </w:r>
          </w:p>
        </w:tc>
        <w:tc>
          <w:tcPr>
            <w:tcW w:type="dxa" w:w="864"/>
          </w:tcPr>
          <w:p>
            <w:r>
              <w:t>3.87</w:t>
            </w:r>
          </w:p>
        </w:tc>
        <w:tc>
          <w:tcPr>
            <w:tcW w:type="dxa" w:w="864"/>
          </w:tcPr>
          <w:p>
            <w:r>
              <w:t>5</w:t>
            </w:r>
          </w:p>
        </w:tc>
        <w:tc>
          <w:tcPr>
            <w:tcW w:type="dxa" w:w="864"/>
          </w:tcPr>
          <w:p>
            <w:r>
              <w:t>0</w:t>
            </w:r>
          </w:p>
        </w:tc>
        <w:tc>
          <w:tcPr>
            <w:tcW w:type="dxa" w:w="864"/>
          </w:tcPr>
          <w:p>
            <w:r>
              <w:t>3.2895</w:t>
            </w:r>
          </w:p>
        </w:tc>
        <w:tc>
          <w:tcPr>
            <w:tcW w:type="dxa" w:w="864"/>
          </w:tcPr>
          <w:p>
            <w:r>
              <w:t>8</w:t>
            </w:r>
          </w:p>
        </w:tc>
        <w:tc>
          <w:tcPr>
            <w:tcW w:type="dxa" w:w="864"/>
          </w:tcPr>
          <w:p>
            <w:r>
              <w:t>/</w:t>
            </w:r>
          </w:p>
        </w:tc>
        <w:tc>
          <w:tcPr>
            <w:tcW w:type="dxa" w:w="864"/>
          </w:tcPr>
          <w:p>
            <w:r/>
          </w:p>
        </w:tc>
      </w:tr>
      <w:tr>
        <w:tc>
          <w:tcPr>
            <w:tcW w:type="dxa" w:w="864"/>
          </w:tcPr>
          <w:p>
            <w:r>
              <w:t>11</w:t>
            </w:r>
          </w:p>
        </w:tc>
        <w:tc>
          <w:tcPr>
            <w:tcW w:type="dxa" w:w="864"/>
          </w:tcPr>
          <w:p>
            <w:r>
              <w:t>化学工程与工艺</w:t>
            </w:r>
          </w:p>
        </w:tc>
        <w:tc>
          <w:tcPr>
            <w:tcW w:type="dxa" w:w="864"/>
          </w:tcPr>
          <w:p>
            <w:r>
              <w:t>寻之宇</w:t>
            </w:r>
          </w:p>
        </w:tc>
        <w:tc>
          <w:tcPr>
            <w:tcW w:type="dxa" w:w="864"/>
          </w:tcPr>
          <w:p>
            <w:r>
              <w:t>3.86</w:t>
            </w:r>
          </w:p>
        </w:tc>
        <w:tc>
          <w:tcPr>
            <w:tcW w:type="dxa" w:w="864"/>
          </w:tcPr>
          <w:p>
            <w:r>
              <w:t>1</w:t>
            </w:r>
          </w:p>
        </w:tc>
        <w:tc>
          <w:tcPr>
            <w:tcW w:type="dxa" w:w="864"/>
          </w:tcPr>
          <w:p>
            <w:r>
              <w:t>0</w:t>
            </w:r>
          </w:p>
        </w:tc>
        <w:tc>
          <w:tcPr>
            <w:tcW w:type="dxa" w:w="864"/>
          </w:tcPr>
          <w:p>
            <w:r>
              <w:t>3.2810</w:t>
            </w:r>
          </w:p>
        </w:tc>
        <w:tc>
          <w:tcPr>
            <w:tcW w:type="dxa" w:w="864"/>
          </w:tcPr>
          <w:p>
            <w:r>
              <w:t>9</w:t>
            </w:r>
          </w:p>
        </w:tc>
        <w:tc>
          <w:tcPr>
            <w:tcW w:type="dxa" w:w="864"/>
          </w:tcPr>
          <w:p>
            <w:r>
              <w:t>/</w:t>
            </w:r>
          </w:p>
        </w:tc>
        <w:tc>
          <w:tcPr>
            <w:tcW w:type="dxa" w:w="864"/>
          </w:tcPr>
          <w:p>
            <w:r/>
          </w:p>
        </w:tc>
      </w:tr>
      <w:tr>
        <w:tc>
          <w:tcPr>
            <w:tcW w:type="dxa" w:w="864"/>
          </w:tcPr>
          <w:p>
            <w:r>
              <w:t>12</w:t>
            </w:r>
          </w:p>
        </w:tc>
        <w:tc>
          <w:tcPr>
            <w:tcW w:type="dxa" w:w="864"/>
          </w:tcPr>
          <w:p>
            <w:r>
              <w:t>化学工程与工艺(英才班)</w:t>
            </w:r>
          </w:p>
        </w:tc>
        <w:tc>
          <w:tcPr>
            <w:tcW w:type="dxa" w:w="864"/>
          </w:tcPr>
          <w:p>
            <w:r>
              <w:t>吴心蕾</w:t>
            </w:r>
          </w:p>
        </w:tc>
        <w:tc>
          <w:tcPr>
            <w:tcW w:type="dxa" w:w="864"/>
          </w:tcPr>
          <w:p>
            <w:r>
              <w:t>3.70</w:t>
            </w:r>
          </w:p>
        </w:tc>
        <w:tc>
          <w:tcPr>
            <w:tcW w:type="dxa" w:w="864"/>
          </w:tcPr>
          <w:p>
            <w:r>
              <w:t>11</w:t>
            </w:r>
          </w:p>
        </w:tc>
        <w:tc>
          <w:tcPr>
            <w:tcW w:type="dxa" w:w="864"/>
          </w:tcPr>
          <w:p>
            <w:r>
              <w:t>20</w:t>
            </w:r>
          </w:p>
        </w:tc>
        <w:tc>
          <w:tcPr>
            <w:tcW w:type="dxa" w:w="864"/>
          </w:tcPr>
          <w:p>
            <w:r>
              <w:t>3.2650</w:t>
            </w:r>
          </w:p>
        </w:tc>
        <w:tc>
          <w:tcPr>
            <w:tcW w:type="dxa" w:w="864"/>
          </w:tcPr>
          <w:p>
            <w:r>
              <w:t>10</w:t>
            </w:r>
          </w:p>
        </w:tc>
        <w:tc>
          <w:tcPr>
            <w:tcW w:type="dxa" w:w="864"/>
          </w:tcPr>
          <w:p>
            <w:r>
              <w:t>化工设计大赛全国特等奖加25分*0.8</w:t>
            </w:r>
          </w:p>
        </w:tc>
        <w:tc>
          <w:tcPr>
            <w:tcW w:type="dxa" w:w="864"/>
          </w:tcPr>
          <w:p>
            <w:r/>
          </w:p>
        </w:tc>
      </w:tr>
      <w:tr>
        <w:tc>
          <w:tcPr>
            <w:tcW w:type="dxa" w:w="864"/>
          </w:tcPr>
          <w:p>
            <w:r>
              <w:t>13</w:t>
            </w:r>
          </w:p>
        </w:tc>
        <w:tc>
          <w:tcPr>
            <w:tcW w:type="dxa" w:w="864"/>
          </w:tcPr>
          <w:p>
            <w:r>
              <w:t>化学工程与工艺</w:t>
            </w:r>
          </w:p>
        </w:tc>
        <w:tc>
          <w:tcPr>
            <w:tcW w:type="dxa" w:w="864"/>
          </w:tcPr>
          <w:p>
            <w:r>
              <w:t>路青霖</w:t>
            </w:r>
          </w:p>
        </w:tc>
        <w:tc>
          <w:tcPr>
            <w:tcW w:type="dxa" w:w="864"/>
          </w:tcPr>
          <w:p>
            <w:r>
              <w:t>3.84</w:t>
            </w:r>
          </w:p>
        </w:tc>
        <w:tc>
          <w:tcPr>
            <w:tcW w:type="dxa" w:w="864"/>
          </w:tcPr>
          <w:p>
            <w:r>
              <w:t>3</w:t>
            </w:r>
          </w:p>
        </w:tc>
        <w:tc>
          <w:tcPr>
            <w:tcW w:type="dxa" w:w="864"/>
          </w:tcPr>
          <w:p>
            <w:r>
              <w:t>0</w:t>
            </w:r>
          </w:p>
        </w:tc>
        <w:tc>
          <w:tcPr>
            <w:tcW w:type="dxa" w:w="864"/>
          </w:tcPr>
          <w:p>
            <w:r>
              <w:t>3.2640</w:t>
            </w:r>
          </w:p>
        </w:tc>
        <w:tc>
          <w:tcPr>
            <w:tcW w:type="dxa" w:w="864"/>
          </w:tcPr>
          <w:p>
            <w:r>
              <w:t>11</w:t>
            </w:r>
          </w:p>
        </w:tc>
        <w:tc>
          <w:tcPr>
            <w:tcW w:type="dxa" w:w="864"/>
          </w:tcPr>
          <w:p>
            <w:r>
              <w:t>/</w:t>
            </w:r>
          </w:p>
        </w:tc>
        <w:tc>
          <w:tcPr>
            <w:tcW w:type="dxa" w:w="864"/>
          </w:tcPr>
          <w:p>
            <w:r/>
          </w:p>
        </w:tc>
      </w:tr>
      <w:tr>
        <w:tc>
          <w:tcPr>
            <w:tcW w:type="dxa" w:w="864"/>
          </w:tcPr>
          <w:p>
            <w:r>
              <w:t>14</w:t>
            </w:r>
          </w:p>
        </w:tc>
        <w:tc>
          <w:tcPr>
            <w:tcW w:type="dxa" w:w="864"/>
          </w:tcPr>
          <w:p>
            <w:r>
              <w:t>化学工程与工艺(英才班)</w:t>
            </w:r>
          </w:p>
        </w:tc>
        <w:tc>
          <w:tcPr>
            <w:tcW w:type="dxa" w:w="864"/>
          </w:tcPr>
          <w:p>
            <w:r>
              <w:t>赵雪宁</w:t>
            </w:r>
          </w:p>
        </w:tc>
        <w:tc>
          <w:tcPr>
            <w:tcW w:type="dxa" w:w="864"/>
          </w:tcPr>
          <w:p>
            <w:r>
              <w:t>3.79</w:t>
            </w:r>
          </w:p>
        </w:tc>
        <w:tc>
          <w:tcPr>
            <w:tcW w:type="dxa" w:w="864"/>
          </w:tcPr>
          <w:p>
            <w:r>
              <w:t>9</w:t>
            </w:r>
          </w:p>
        </w:tc>
        <w:tc>
          <w:tcPr>
            <w:tcW w:type="dxa" w:w="864"/>
          </w:tcPr>
          <w:p>
            <w:r>
              <w:t>6</w:t>
            </w:r>
          </w:p>
        </w:tc>
        <w:tc>
          <w:tcPr>
            <w:tcW w:type="dxa" w:w="864"/>
          </w:tcPr>
          <w:p>
            <w:r>
              <w:t>3.2575</w:t>
            </w:r>
          </w:p>
        </w:tc>
        <w:tc>
          <w:tcPr>
            <w:tcW w:type="dxa" w:w="864"/>
          </w:tcPr>
          <w:p>
            <w:r>
              <w:t>12</w:t>
            </w:r>
          </w:p>
        </w:tc>
        <w:tc>
          <w:tcPr>
            <w:tcW w:type="dxa" w:w="864"/>
          </w:tcPr>
          <w:p>
            <w:r>
              <w:t>市级志愿服务加6分</w:t>
            </w:r>
          </w:p>
        </w:tc>
        <w:tc>
          <w:tcPr>
            <w:tcW w:type="dxa" w:w="864"/>
          </w:tcPr>
          <w:p>
            <w:r/>
          </w:p>
        </w:tc>
      </w:tr>
      <w:tr>
        <w:tc>
          <w:tcPr>
            <w:tcW w:type="dxa" w:w="864"/>
          </w:tcPr>
          <w:p>
            <w:r>
              <w:t>15</w:t>
            </w:r>
          </w:p>
        </w:tc>
        <w:tc>
          <w:tcPr>
            <w:tcW w:type="dxa" w:w="864"/>
          </w:tcPr>
          <w:p>
            <w:r>
              <w:t>化学工程与工艺</w:t>
            </w:r>
          </w:p>
        </w:tc>
        <w:tc>
          <w:tcPr>
            <w:tcW w:type="dxa" w:w="864"/>
          </w:tcPr>
          <w:p>
            <w:r>
              <w:t>李逸凡</w:t>
            </w:r>
          </w:p>
        </w:tc>
        <w:tc>
          <w:tcPr>
            <w:tcW w:type="dxa" w:w="864"/>
          </w:tcPr>
          <w:p>
            <w:r>
              <w:t>3.68</w:t>
            </w:r>
          </w:p>
        </w:tc>
        <w:tc>
          <w:tcPr>
            <w:tcW w:type="dxa" w:w="864"/>
          </w:tcPr>
          <w:p>
            <w:r>
              <w:t>11</w:t>
            </w:r>
          </w:p>
        </w:tc>
        <w:tc>
          <w:tcPr>
            <w:tcW w:type="dxa" w:w="864"/>
          </w:tcPr>
          <w:p>
            <w:r>
              <w:t>20</w:t>
            </w:r>
          </w:p>
        </w:tc>
        <w:tc>
          <w:tcPr>
            <w:tcW w:type="dxa" w:w="864"/>
          </w:tcPr>
          <w:p>
            <w:r>
              <w:t>3.2480</w:t>
            </w:r>
          </w:p>
        </w:tc>
        <w:tc>
          <w:tcPr>
            <w:tcW w:type="dxa" w:w="864"/>
          </w:tcPr>
          <w:p>
            <w:r>
              <w:t>13</w:t>
            </w:r>
          </w:p>
        </w:tc>
        <w:tc>
          <w:tcPr>
            <w:tcW w:type="dxa" w:w="864"/>
          </w:tcPr>
          <w:p>
            <w:r>
              <w:t>化工设计大赛全国特等奖加25分*0.8</w:t>
            </w:r>
          </w:p>
        </w:tc>
        <w:tc>
          <w:tcPr>
            <w:tcW w:type="dxa" w:w="864"/>
          </w:tcPr>
          <w:p>
            <w:r/>
          </w:p>
        </w:tc>
      </w:tr>
      <w:tr>
        <w:tc>
          <w:tcPr>
            <w:tcW w:type="dxa" w:w="864"/>
          </w:tcPr>
          <w:p>
            <w:r>
              <w:t>16</w:t>
            </w:r>
          </w:p>
        </w:tc>
        <w:tc>
          <w:tcPr>
            <w:tcW w:type="dxa" w:w="864"/>
          </w:tcPr>
          <w:p>
            <w:r>
              <w:t>化学工程与工艺(英才班)</w:t>
            </w:r>
          </w:p>
        </w:tc>
        <w:tc>
          <w:tcPr>
            <w:tcW w:type="dxa" w:w="864"/>
          </w:tcPr>
          <w:p>
            <w:r>
              <w:t>王岩</w:t>
            </w:r>
          </w:p>
        </w:tc>
        <w:tc>
          <w:tcPr>
            <w:tcW w:type="dxa" w:w="864"/>
          </w:tcPr>
          <w:p>
            <w:r>
              <w:t>3.82</w:t>
            </w:r>
          </w:p>
        </w:tc>
        <w:tc>
          <w:tcPr>
            <w:tcW w:type="dxa" w:w="864"/>
          </w:tcPr>
          <w:p>
            <w:r>
              <w:t>8</w:t>
            </w:r>
          </w:p>
        </w:tc>
        <w:tc>
          <w:tcPr>
            <w:tcW w:type="dxa" w:w="864"/>
          </w:tcPr>
          <w:p>
            <w:r>
              <w:t>0</w:t>
            </w:r>
          </w:p>
        </w:tc>
        <w:tc>
          <w:tcPr>
            <w:tcW w:type="dxa" w:w="864"/>
          </w:tcPr>
          <w:p>
            <w:r>
              <w:t>3.2470</w:t>
            </w:r>
          </w:p>
        </w:tc>
        <w:tc>
          <w:tcPr>
            <w:tcW w:type="dxa" w:w="864"/>
          </w:tcPr>
          <w:p>
            <w:r>
              <w:t>14</w:t>
            </w:r>
          </w:p>
        </w:tc>
        <w:tc>
          <w:tcPr>
            <w:tcW w:type="dxa" w:w="864"/>
          </w:tcPr>
          <w:p>
            <w:r>
              <w:t>/</w:t>
            </w:r>
          </w:p>
        </w:tc>
        <w:tc>
          <w:tcPr>
            <w:tcW w:type="dxa" w:w="864"/>
          </w:tcPr>
          <w:p>
            <w:r/>
          </w:p>
        </w:tc>
      </w:tr>
      <w:tr>
        <w:tc>
          <w:tcPr>
            <w:tcW w:type="dxa" w:w="864"/>
          </w:tcPr>
          <w:p>
            <w:r>
              <w:t>17</w:t>
            </w:r>
          </w:p>
        </w:tc>
        <w:tc>
          <w:tcPr>
            <w:tcW w:type="dxa" w:w="864"/>
          </w:tcPr>
          <w:p>
            <w:r>
              <w:t>化学工程与工艺</w:t>
            </w:r>
          </w:p>
        </w:tc>
        <w:tc>
          <w:tcPr>
            <w:tcW w:type="dxa" w:w="864"/>
          </w:tcPr>
          <w:p>
            <w:r>
              <w:t>吴俊琳</w:t>
            </w:r>
          </w:p>
        </w:tc>
        <w:tc>
          <w:tcPr>
            <w:tcW w:type="dxa" w:w="864"/>
          </w:tcPr>
          <w:p>
            <w:r>
              <w:t>3.82</w:t>
            </w:r>
          </w:p>
        </w:tc>
        <w:tc>
          <w:tcPr>
            <w:tcW w:type="dxa" w:w="864"/>
          </w:tcPr>
          <w:p>
            <w:r>
              <w:t>4</w:t>
            </w:r>
          </w:p>
        </w:tc>
        <w:tc>
          <w:tcPr>
            <w:tcW w:type="dxa" w:w="864"/>
          </w:tcPr>
          <w:p>
            <w:r>
              <w:t>0</w:t>
            </w:r>
          </w:p>
        </w:tc>
        <w:tc>
          <w:tcPr>
            <w:tcW w:type="dxa" w:w="864"/>
          </w:tcPr>
          <w:p>
            <w:r>
              <w:t>3.2470</w:t>
            </w:r>
          </w:p>
        </w:tc>
        <w:tc>
          <w:tcPr>
            <w:tcW w:type="dxa" w:w="864"/>
          </w:tcPr>
          <w:p>
            <w:r>
              <w:t>15</w:t>
            </w:r>
          </w:p>
        </w:tc>
        <w:tc>
          <w:tcPr>
            <w:tcW w:type="dxa" w:w="864"/>
          </w:tcPr>
          <w:p>
            <w:r>
              <w:t>/</w:t>
            </w:r>
          </w:p>
        </w:tc>
        <w:tc>
          <w:tcPr>
            <w:tcW w:type="dxa" w:w="864"/>
          </w:tcPr>
          <w:p>
            <w:r/>
          </w:p>
        </w:tc>
      </w:tr>
      <w:tr>
        <w:tc>
          <w:tcPr>
            <w:tcW w:type="dxa" w:w="864"/>
          </w:tcPr>
          <w:p>
            <w:r>
              <w:t>18</w:t>
            </w:r>
          </w:p>
        </w:tc>
        <w:tc>
          <w:tcPr>
            <w:tcW w:type="dxa" w:w="864"/>
          </w:tcPr>
          <w:p>
            <w:r>
              <w:t>化学工程与工艺</w:t>
            </w:r>
          </w:p>
        </w:tc>
        <w:tc>
          <w:tcPr>
            <w:tcW w:type="dxa" w:w="864"/>
          </w:tcPr>
          <w:p>
            <w:r>
              <w:t>董雨奥</w:t>
            </w:r>
          </w:p>
        </w:tc>
        <w:tc>
          <w:tcPr>
            <w:tcW w:type="dxa" w:w="864"/>
          </w:tcPr>
          <w:p>
            <w:r>
              <w:t>3.66</w:t>
            </w:r>
          </w:p>
        </w:tc>
        <w:tc>
          <w:tcPr>
            <w:tcW w:type="dxa" w:w="864"/>
          </w:tcPr>
          <w:p>
            <w:r>
              <w:t>14</w:t>
            </w:r>
          </w:p>
        </w:tc>
        <w:tc>
          <w:tcPr>
            <w:tcW w:type="dxa" w:w="864"/>
          </w:tcPr>
          <w:p>
            <w:r>
              <w:t>21</w:t>
            </w:r>
          </w:p>
        </w:tc>
        <w:tc>
          <w:tcPr>
            <w:tcW w:type="dxa" w:w="864"/>
          </w:tcPr>
          <w:p>
            <w:r>
              <w:t>3.2370</w:t>
            </w:r>
          </w:p>
        </w:tc>
        <w:tc>
          <w:tcPr>
            <w:tcW w:type="dxa" w:w="864"/>
          </w:tcPr>
          <w:p>
            <w:r>
              <w:t>16</w:t>
            </w:r>
          </w:p>
        </w:tc>
        <w:tc>
          <w:tcPr>
            <w:tcW w:type="dxa" w:w="864"/>
          </w:tcPr>
          <w:p>
            <w:r>
              <w:t>市级志愿服务加6分；SCI四区论文一作加15分</w:t>
            </w:r>
          </w:p>
        </w:tc>
        <w:tc>
          <w:tcPr>
            <w:tcW w:type="dxa" w:w="864"/>
          </w:tcPr>
          <w:p>
            <w:r/>
          </w:p>
        </w:tc>
      </w:tr>
      <w:tr>
        <w:tc>
          <w:tcPr>
            <w:tcW w:type="dxa" w:w="864"/>
          </w:tcPr>
          <w:p>
            <w:r>
              <w:t>19</w:t>
            </w:r>
          </w:p>
        </w:tc>
        <w:tc>
          <w:tcPr>
            <w:tcW w:type="dxa" w:w="864"/>
          </w:tcPr>
          <w:p>
            <w:r>
              <w:t>化学工程与工艺</w:t>
            </w:r>
          </w:p>
        </w:tc>
        <w:tc>
          <w:tcPr>
            <w:tcW w:type="dxa" w:w="864"/>
          </w:tcPr>
          <w:p>
            <w:r>
              <w:t>黄子恩</w:t>
            </w:r>
          </w:p>
        </w:tc>
        <w:tc>
          <w:tcPr>
            <w:tcW w:type="dxa" w:w="864"/>
          </w:tcPr>
          <w:p>
            <w:r>
              <w:t>3.76</w:t>
            </w:r>
          </w:p>
        </w:tc>
        <w:tc>
          <w:tcPr>
            <w:tcW w:type="dxa" w:w="864"/>
          </w:tcPr>
          <w:p>
            <w:r>
              <w:t>5</w:t>
            </w:r>
          </w:p>
        </w:tc>
        <w:tc>
          <w:tcPr>
            <w:tcW w:type="dxa" w:w="864"/>
          </w:tcPr>
          <w:p>
            <w:r>
              <w:t>6</w:t>
            </w:r>
          </w:p>
        </w:tc>
        <w:tc>
          <w:tcPr>
            <w:tcW w:type="dxa" w:w="864"/>
          </w:tcPr>
          <w:p>
            <w:r>
              <w:t>3.2320</w:t>
            </w:r>
          </w:p>
        </w:tc>
        <w:tc>
          <w:tcPr>
            <w:tcW w:type="dxa" w:w="864"/>
          </w:tcPr>
          <w:p>
            <w:r>
              <w:t>17</w:t>
            </w:r>
          </w:p>
        </w:tc>
        <w:tc>
          <w:tcPr>
            <w:tcW w:type="dxa" w:w="864"/>
          </w:tcPr>
          <w:p>
            <w:r>
              <w:t>市级志愿服务加6分</w:t>
            </w:r>
          </w:p>
        </w:tc>
        <w:tc>
          <w:tcPr>
            <w:tcW w:type="dxa" w:w="864"/>
          </w:tcPr>
          <w:p>
            <w:r/>
          </w:p>
        </w:tc>
      </w:tr>
      <w:tr>
        <w:tc>
          <w:tcPr>
            <w:tcW w:type="dxa" w:w="864"/>
          </w:tcPr>
          <w:p>
            <w:r>
              <w:t>20</w:t>
            </w:r>
          </w:p>
        </w:tc>
        <w:tc>
          <w:tcPr>
            <w:tcW w:type="dxa" w:w="864"/>
          </w:tcPr>
          <w:p>
            <w:r>
              <w:t>化学工程与工艺</w:t>
            </w:r>
          </w:p>
        </w:tc>
        <w:tc>
          <w:tcPr>
            <w:tcW w:type="dxa" w:w="864"/>
          </w:tcPr>
          <w:p>
            <w:r>
              <w:t>王珊</w:t>
            </w:r>
          </w:p>
        </w:tc>
        <w:tc>
          <w:tcPr>
            <w:tcW w:type="dxa" w:w="864"/>
          </w:tcPr>
          <w:p>
            <w:r>
              <w:t>3.76</w:t>
            </w:r>
          </w:p>
        </w:tc>
        <w:tc>
          <w:tcPr>
            <w:tcW w:type="dxa" w:w="864"/>
          </w:tcPr>
          <w:p>
            <w:r>
              <w:t>5</w:t>
            </w:r>
          </w:p>
        </w:tc>
        <w:tc>
          <w:tcPr>
            <w:tcW w:type="dxa" w:w="864"/>
          </w:tcPr>
          <w:p>
            <w:r>
              <w:t>6</w:t>
            </w:r>
          </w:p>
        </w:tc>
        <w:tc>
          <w:tcPr>
            <w:tcW w:type="dxa" w:w="864"/>
          </w:tcPr>
          <w:p>
            <w:r>
              <w:t>3.2320</w:t>
            </w:r>
          </w:p>
        </w:tc>
        <w:tc>
          <w:tcPr>
            <w:tcW w:type="dxa" w:w="864"/>
          </w:tcPr>
          <w:p>
            <w:r>
              <w:t>18</w:t>
            </w:r>
          </w:p>
        </w:tc>
        <w:tc>
          <w:tcPr>
            <w:tcW w:type="dxa" w:w="864"/>
          </w:tcPr>
          <w:p>
            <w:r>
              <w:t>市级志愿服务加6分</w:t>
            </w:r>
          </w:p>
        </w:tc>
        <w:tc>
          <w:tcPr>
            <w:tcW w:type="dxa" w:w="864"/>
          </w:tcPr>
          <w:p>
            <w:r/>
          </w:p>
        </w:tc>
      </w:tr>
      <w:tr>
        <w:tc>
          <w:tcPr>
            <w:tcW w:type="dxa" w:w="864"/>
          </w:tcPr>
          <w:p>
            <w:r>
              <w:t>21</w:t>
            </w:r>
          </w:p>
        </w:tc>
        <w:tc>
          <w:tcPr>
            <w:tcW w:type="dxa" w:w="864"/>
          </w:tcPr>
          <w:p>
            <w:r>
              <w:t>化学工程与工艺</w:t>
            </w:r>
          </w:p>
        </w:tc>
        <w:tc>
          <w:tcPr>
            <w:tcW w:type="dxa" w:w="864"/>
          </w:tcPr>
          <w:p>
            <w:r>
              <w:t>周伟林</w:t>
            </w:r>
          </w:p>
        </w:tc>
        <w:tc>
          <w:tcPr>
            <w:tcW w:type="dxa" w:w="864"/>
          </w:tcPr>
          <w:p>
            <w:r>
              <w:t>3.75</w:t>
            </w:r>
          </w:p>
        </w:tc>
        <w:tc>
          <w:tcPr>
            <w:tcW w:type="dxa" w:w="864"/>
          </w:tcPr>
          <w:p>
            <w:r>
              <w:t>7</w:t>
            </w:r>
          </w:p>
        </w:tc>
        <w:tc>
          <w:tcPr>
            <w:tcW w:type="dxa" w:w="864"/>
          </w:tcPr>
          <w:p>
            <w:r>
              <w:t>6</w:t>
            </w:r>
          </w:p>
        </w:tc>
        <w:tc>
          <w:tcPr>
            <w:tcW w:type="dxa" w:w="864"/>
          </w:tcPr>
          <w:p>
            <w:r>
              <w:t>3.2235</w:t>
            </w:r>
          </w:p>
        </w:tc>
        <w:tc>
          <w:tcPr>
            <w:tcW w:type="dxa" w:w="864"/>
          </w:tcPr>
          <w:p>
            <w:r>
              <w:t>19</w:t>
            </w:r>
          </w:p>
        </w:tc>
        <w:tc>
          <w:tcPr>
            <w:tcW w:type="dxa" w:w="864"/>
          </w:tcPr>
          <w:p>
            <w:r>
              <w:t>市级志愿服务加6分</w:t>
            </w:r>
          </w:p>
        </w:tc>
        <w:tc>
          <w:tcPr>
            <w:tcW w:type="dxa" w:w="864"/>
          </w:tcPr>
          <w:p>
            <w:r/>
          </w:p>
        </w:tc>
      </w:tr>
      <w:tr>
        <w:tc>
          <w:tcPr>
            <w:tcW w:type="dxa" w:w="864"/>
          </w:tcPr>
          <w:p>
            <w:r>
              <w:t>22</w:t>
            </w:r>
          </w:p>
        </w:tc>
        <w:tc>
          <w:tcPr>
            <w:tcW w:type="dxa" w:w="864"/>
          </w:tcPr>
          <w:p>
            <w:r>
              <w:t>化学工程与工艺(英才班)</w:t>
            </w:r>
          </w:p>
        </w:tc>
        <w:tc>
          <w:tcPr>
            <w:tcW w:type="dxa" w:w="864"/>
          </w:tcPr>
          <w:p>
            <w:r>
              <w:t>汪雨</w:t>
            </w:r>
          </w:p>
        </w:tc>
        <w:tc>
          <w:tcPr>
            <w:tcW w:type="dxa" w:w="864"/>
          </w:tcPr>
          <w:p>
            <w:r>
              <w:t>3.79</w:t>
            </w:r>
          </w:p>
        </w:tc>
        <w:tc>
          <w:tcPr>
            <w:tcW w:type="dxa" w:w="864"/>
          </w:tcPr>
          <w:p>
            <w:r>
              <w:t>9</w:t>
            </w:r>
          </w:p>
        </w:tc>
        <w:tc>
          <w:tcPr>
            <w:tcW w:type="dxa" w:w="864"/>
          </w:tcPr>
          <w:p>
            <w:r>
              <w:t>0</w:t>
            </w:r>
          </w:p>
        </w:tc>
        <w:tc>
          <w:tcPr>
            <w:tcW w:type="dxa" w:w="864"/>
          </w:tcPr>
          <w:p>
            <w:r>
              <w:t>3.2215</w:t>
            </w:r>
          </w:p>
        </w:tc>
        <w:tc>
          <w:tcPr>
            <w:tcW w:type="dxa" w:w="864"/>
          </w:tcPr>
          <w:p>
            <w:r>
              <w:t>20</w:t>
            </w:r>
          </w:p>
        </w:tc>
        <w:tc>
          <w:tcPr>
            <w:tcW w:type="dxa" w:w="864"/>
          </w:tcPr>
          <w:p>
            <w:r>
              <w:t>/</w:t>
            </w:r>
          </w:p>
        </w:tc>
        <w:tc>
          <w:tcPr>
            <w:tcW w:type="dxa" w:w="864"/>
          </w:tcPr>
          <w:p>
            <w:r/>
          </w:p>
        </w:tc>
      </w:tr>
      <w:tr>
        <w:tc>
          <w:tcPr>
            <w:tcW w:type="dxa" w:w="864"/>
          </w:tcPr>
          <w:p>
            <w:r>
              <w:t>23</w:t>
            </w:r>
          </w:p>
        </w:tc>
        <w:tc>
          <w:tcPr>
            <w:tcW w:type="dxa" w:w="864"/>
          </w:tcPr>
          <w:p>
            <w:r>
              <w:t>化学工程与工艺</w:t>
            </w:r>
          </w:p>
        </w:tc>
        <w:tc>
          <w:tcPr>
            <w:tcW w:type="dxa" w:w="864"/>
          </w:tcPr>
          <w:p>
            <w:r>
              <w:t>杨钰涵</w:t>
            </w:r>
          </w:p>
        </w:tc>
        <w:tc>
          <w:tcPr>
            <w:tcW w:type="dxa" w:w="864"/>
          </w:tcPr>
          <w:p>
            <w:r>
              <w:t>3.73</w:t>
            </w:r>
          </w:p>
        </w:tc>
        <w:tc>
          <w:tcPr>
            <w:tcW w:type="dxa" w:w="864"/>
          </w:tcPr>
          <w:p>
            <w:r>
              <w:t>8</w:t>
            </w:r>
          </w:p>
        </w:tc>
        <w:tc>
          <w:tcPr>
            <w:tcW w:type="dxa" w:w="864"/>
          </w:tcPr>
          <w:p>
            <w:r>
              <w:t>4.8</w:t>
            </w:r>
          </w:p>
        </w:tc>
        <w:tc>
          <w:tcPr>
            <w:tcW w:type="dxa" w:w="864"/>
          </w:tcPr>
          <w:p>
            <w:r>
              <w:t>3.1993</w:t>
            </w:r>
          </w:p>
        </w:tc>
        <w:tc>
          <w:tcPr>
            <w:tcW w:type="dxa" w:w="864"/>
          </w:tcPr>
          <w:p>
            <w:r>
              <w:t>21</w:t>
            </w:r>
          </w:p>
        </w:tc>
        <w:tc>
          <w:tcPr>
            <w:tcW w:type="dxa" w:w="864"/>
          </w:tcPr>
          <w:p>
            <w:r>
              <w:t>化工设计大赛全国二等奖加6分*0.8</w:t>
            </w:r>
          </w:p>
        </w:tc>
        <w:tc>
          <w:tcPr>
            <w:tcW w:type="dxa" w:w="864"/>
          </w:tcPr>
          <w:p>
            <w:r/>
          </w:p>
        </w:tc>
      </w:tr>
      <w:tr>
        <w:tc>
          <w:tcPr>
            <w:tcW w:type="dxa" w:w="864"/>
          </w:tcPr>
          <w:p>
            <w:r>
              <w:t>24</w:t>
            </w:r>
          </w:p>
        </w:tc>
        <w:tc>
          <w:tcPr>
            <w:tcW w:type="dxa" w:w="864"/>
          </w:tcPr>
          <w:p>
            <w:r>
              <w:t>化学工程与工艺</w:t>
            </w:r>
          </w:p>
        </w:tc>
        <w:tc>
          <w:tcPr>
            <w:tcW w:type="dxa" w:w="864"/>
          </w:tcPr>
          <w:p>
            <w:r>
              <w:t>曾畅</w:t>
            </w:r>
          </w:p>
        </w:tc>
        <w:tc>
          <w:tcPr>
            <w:tcW w:type="dxa" w:w="864"/>
          </w:tcPr>
          <w:p>
            <w:r>
              <w:t>3.68</w:t>
            </w:r>
          </w:p>
        </w:tc>
        <w:tc>
          <w:tcPr>
            <w:tcW w:type="dxa" w:w="864"/>
          </w:tcPr>
          <w:p>
            <w:r>
              <w:t>11</w:t>
            </w:r>
          </w:p>
        </w:tc>
        <w:tc>
          <w:tcPr>
            <w:tcW w:type="dxa" w:w="864"/>
          </w:tcPr>
          <w:p>
            <w:r>
              <w:t>8</w:t>
            </w:r>
          </w:p>
        </w:tc>
        <w:tc>
          <w:tcPr>
            <w:tcW w:type="dxa" w:w="864"/>
          </w:tcPr>
          <w:p>
            <w:r>
              <w:t>3.1760</w:t>
            </w:r>
          </w:p>
        </w:tc>
        <w:tc>
          <w:tcPr>
            <w:tcW w:type="dxa" w:w="864"/>
          </w:tcPr>
          <w:p>
            <w:r>
              <w:t>22</w:t>
            </w:r>
          </w:p>
        </w:tc>
        <w:tc>
          <w:tcPr>
            <w:tcW w:type="dxa" w:w="864"/>
          </w:tcPr>
          <w:p>
            <w:r>
              <w:t>省级志愿服务加8分</w:t>
            </w:r>
          </w:p>
        </w:tc>
        <w:tc>
          <w:tcPr>
            <w:tcW w:type="dxa" w:w="864"/>
          </w:tcPr>
          <w:p>
            <w:r/>
          </w:p>
        </w:tc>
      </w:tr>
      <w:tr>
        <w:tc>
          <w:tcPr>
            <w:tcW w:type="dxa" w:w="864"/>
          </w:tcPr>
          <w:p>
            <w:r>
              <w:t>25</w:t>
            </w:r>
          </w:p>
        </w:tc>
        <w:tc>
          <w:tcPr>
            <w:tcW w:type="dxa" w:w="864"/>
          </w:tcPr>
          <w:p>
            <w:r>
              <w:t>化学工程与工艺</w:t>
            </w:r>
          </w:p>
        </w:tc>
        <w:tc>
          <w:tcPr>
            <w:tcW w:type="dxa" w:w="864"/>
          </w:tcPr>
          <w:p>
            <w:r>
              <w:t>关佳新</w:t>
            </w:r>
          </w:p>
        </w:tc>
        <w:tc>
          <w:tcPr>
            <w:tcW w:type="dxa" w:w="864"/>
          </w:tcPr>
          <w:p>
            <w:r>
              <w:t>3.68</w:t>
            </w:r>
          </w:p>
        </w:tc>
        <w:tc>
          <w:tcPr>
            <w:tcW w:type="dxa" w:w="864"/>
          </w:tcPr>
          <w:p>
            <w:r>
              <w:t>11</w:t>
            </w:r>
          </w:p>
        </w:tc>
        <w:tc>
          <w:tcPr>
            <w:tcW w:type="dxa" w:w="864"/>
          </w:tcPr>
          <w:p>
            <w:r>
              <w:t>8</w:t>
            </w:r>
          </w:p>
        </w:tc>
        <w:tc>
          <w:tcPr>
            <w:tcW w:type="dxa" w:w="864"/>
          </w:tcPr>
          <w:p>
            <w:r>
              <w:t>3.1760</w:t>
            </w:r>
          </w:p>
        </w:tc>
        <w:tc>
          <w:tcPr>
            <w:tcW w:type="dxa" w:w="864"/>
          </w:tcPr>
          <w:p>
            <w:r>
              <w:t>23</w:t>
            </w:r>
          </w:p>
        </w:tc>
        <w:tc>
          <w:tcPr>
            <w:tcW w:type="dxa" w:w="864"/>
          </w:tcPr>
          <w:p>
            <w:r>
              <w:t>省级志愿服务加8分</w:t>
            </w:r>
          </w:p>
        </w:tc>
        <w:tc>
          <w:tcPr>
            <w:tcW w:type="dxa" w:w="864"/>
          </w:tcPr>
          <w:p>
            <w:r/>
          </w:p>
        </w:tc>
      </w:tr>
      <w:tr>
        <w:tc>
          <w:tcPr>
            <w:tcW w:type="dxa" w:w="864"/>
          </w:tcPr>
          <w:p>
            <w:r>
              <w:t>26</w:t>
            </w:r>
          </w:p>
        </w:tc>
        <w:tc>
          <w:tcPr>
            <w:tcW w:type="dxa" w:w="864"/>
          </w:tcPr>
          <w:p>
            <w:r>
              <w:t>化学工程与工艺</w:t>
            </w:r>
          </w:p>
        </w:tc>
        <w:tc>
          <w:tcPr>
            <w:tcW w:type="dxa" w:w="864"/>
          </w:tcPr>
          <w:p>
            <w:r>
              <w:t>毛时贤</w:t>
            </w:r>
          </w:p>
        </w:tc>
        <w:tc>
          <w:tcPr>
            <w:tcW w:type="dxa" w:w="864"/>
          </w:tcPr>
          <w:p>
            <w:r>
              <w:t>3.66</w:t>
            </w:r>
          </w:p>
        </w:tc>
        <w:tc>
          <w:tcPr>
            <w:tcW w:type="dxa" w:w="864"/>
          </w:tcPr>
          <w:p>
            <w:r>
              <w:t>14</w:t>
            </w:r>
          </w:p>
        </w:tc>
        <w:tc>
          <w:tcPr>
            <w:tcW w:type="dxa" w:w="864"/>
          </w:tcPr>
          <w:p>
            <w:r>
              <w:t>10</w:t>
            </w:r>
          </w:p>
        </w:tc>
        <w:tc>
          <w:tcPr>
            <w:tcW w:type="dxa" w:w="864"/>
          </w:tcPr>
          <w:p>
            <w:r>
              <w:t>3.1710</w:t>
            </w:r>
          </w:p>
        </w:tc>
        <w:tc>
          <w:tcPr>
            <w:tcW w:type="dxa" w:w="864"/>
          </w:tcPr>
          <w:p>
            <w:r>
              <w:t>24</w:t>
            </w:r>
          </w:p>
        </w:tc>
        <w:tc>
          <w:tcPr>
            <w:tcW w:type="dxa" w:w="864"/>
          </w:tcPr>
          <w:p>
            <w:r>
              <w:t>化工实验大赛全国一等奖（队长）加10分</w:t>
            </w:r>
          </w:p>
        </w:tc>
        <w:tc>
          <w:tcPr>
            <w:tcW w:type="dxa" w:w="864"/>
          </w:tcPr>
          <w:p>
            <w:r/>
          </w:p>
        </w:tc>
      </w:tr>
      <w:tr>
        <w:tc>
          <w:tcPr>
            <w:tcW w:type="dxa" w:w="864"/>
          </w:tcPr>
          <w:p>
            <w:r>
              <w:t>27</w:t>
            </w:r>
          </w:p>
        </w:tc>
        <w:tc>
          <w:tcPr>
            <w:tcW w:type="dxa" w:w="864"/>
          </w:tcPr>
          <w:p>
            <w:r>
              <w:t>化学工程与工艺</w:t>
            </w:r>
          </w:p>
        </w:tc>
        <w:tc>
          <w:tcPr>
            <w:tcW w:type="dxa" w:w="864"/>
          </w:tcPr>
          <w:p>
            <w:r>
              <w:t>任颖鹏</w:t>
            </w:r>
          </w:p>
        </w:tc>
        <w:tc>
          <w:tcPr>
            <w:tcW w:type="dxa" w:w="864"/>
          </w:tcPr>
          <w:p>
            <w:r>
              <w:t>3.73</w:t>
            </w:r>
          </w:p>
        </w:tc>
        <w:tc>
          <w:tcPr>
            <w:tcW w:type="dxa" w:w="864"/>
          </w:tcPr>
          <w:p>
            <w:r>
              <w:t>9</w:t>
            </w:r>
          </w:p>
        </w:tc>
        <w:tc>
          <w:tcPr>
            <w:tcW w:type="dxa" w:w="864"/>
          </w:tcPr>
          <w:p>
            <w:r>
              <w:t>0</w:t>
            </w:r>
          </w:p>
        </w:tc>
        <w:tc>
          <w:tcPr>
            <w:tcW w:type="dxa" w:w="864"/>
          </w:tcPr>
          <w:p>
            <w:r>
              <w:t>3.1705</w:t>
            </w:r>
          </w:p>
        </w:tc>
        <w:tc>
          <w:tcPr>
            <w:tcW w:type="dxa" w:w="864"/>
          </w:tcPr>
          <w:p>
            <w:r>
              <w:t>25</w:t>
            </w:r>
          </w:p>
        </w:tc>
        <w:tc>
          <w:tcPr>
            <w:tcW w:type="dxa" w:w="864"/>
          </w:tcPr>
          <w:p>
            <w:r>
              <w:t>/</w:t>
            </w:r>
          </w:p>
        </w:tc>
        <w:tc>
          <w:tcPr>
            <w:tcW w:type="dxa" w:w="864"/>
          </w:tcPr>
          <w:p>
            <w:r/>
          </w:p>
        </w:tc>
      </w:tr>
      <w:tr>
        <w:tc>
          <w:tcPr>
            <w:tcW w:type="dxa" w:w="864"/>
          </w:tcPr>
          <w:p>
            <w:r>
              <w:t>28</w:t>
            </w:r>
          </w:p>
        </w:tc>
        <w:tc>
          <w:tcPr>
            <w:tcW w:type="dxa" w:w="864"/>
          </w:tcPr>
          <w:p>
            <w:r>
              <w:t>化学工程与工艺</w:t>
            </w:r>
          </w:p>
        </w:tc>
        <w:tc>
          <w:tcPr>
            <w:tcW w:type="dxa" w:w="864"/>
          </w:tcPr>
          <w:p>
            <w:r>
              <w:t>刘瑞宁</w:t>
            </w:r>
          </w:p>
        </w:tc>
        <w:tc>
          <w:tcPr>
            <w:tcW w:type="dxa" w:w="864"/>
          </w:tcPr>
          <w:p>
            <w:r>
              <w:t>3.70</w:t>
            </w:r>
          </w:p>
        </w:tc>
        <w:tc>
          <w:tcPr>
            <w:tcW w:type="dxa" w:w="864"/>
          </w:tcPr>
          <w:p>
            <w:r>
              <w:t>10</w:t>
            </w:r>
          </w:p>
        </w:tc>
        <w:tc>
          <w:tcPr>
            <w:tcW w:type="dxa" w:w="864"/>
          </w:tcPr>
          <w:p>
            <w:r>
              <w:t>0</w:t>
            </w:r>
          </w:p>
        </w:tc>
        <w:tc>
          <w:tcPr>
            <w:tcW w:type="dxa" w:w="864"/>
          </w:tcPr>
          <w:p>
            <w:r>
              <w:t>3.1450</w:t>
            </w:r>
          </w:p>
        </w:tc>
        <w:tc>
          <w:tcPr>
            <w:tcW w:type="dxa" w:w="864"/>
          </w:tcPr>
          <w:p>
            <w:r>
              <w:t>26</w:t>
            </w:r>
          </w:p>
        </w:tc>
        <w:tc>
          <w:tcPr>
            <w:tcW w:type="dxa" w:w="864"/>
          </w:tcPr>
          <w:p>
            <w:r>
              <w:t>/</w:t>
            </w:r>
          </w:p>
        </w:tc>
        <w:tc>
          <w:tcPr>
            <w:tcW w:type="dxa" w:w="864"/>
          </w:tcPr>
          <w:p>
            <w:r/>
          </w:p>
        </w:tc>
      </w:tr>
      <w:tr>
        <w:tc>
          <w:tcPr>
            <w:tcW w:type="dxa" w:w="864"/>
          </w:tcPr>
          <w:p>
            <w:r>
              <w:t>29</w:t>
            </w:r>
          </w:p>
        </w:tc>
        <w:tc>
          <w:tcPr>
            <w:tcW w:type="dxa" w:w="864"/>
          </w:tcPr>
          <w:p>
            <w:r>
              <w:t>化学工程与工艺</w:t>
            </w:r>
          </w:p>
        </w:tc>
        <w:tc>
          <w:tcPr>
            <w:tcW w:type="dxa" w:w="864"/>
          </w:tcPr>
          <w:p>
            <w:r>
              <w:t>仲慧</w:t>
            </w:r>
          </w:p>
        </w:tc>
        <w:tc>
          <w:tcPr>
            <w:tcW w:type="dxa" w:w="864"/>
          </w:tcPr>
          <w:p>
            <w:r>
              <w:t>3.64</w:t>
            </w:r>
          </w:p>
        </w:tc>
        <w:tc>
          <w:tcPr>
            <w:tcW w:type="dxa" w:w="864"/>
          </w:tcPr>
          <w:p>
            <w:r>
              <w:t>17</w:t>
            </w:r>
          </w:p>
        </w:tc>
        <w:tc>
          <w:tcPr>
            <w:tcW w:type="dxa" w:w="864"/>
          </w:tcPr>
          <w:p>
            <w:r>
              <w:t>6.4</w:t>
            </w:r>
          </w:p>
        </w:tc>
        <w:tc>
          <w:tcPr>
            <w:tcW w:type="dxa" w:w="864"/>
          </w:tcPr>
          <w:p>
            <w:r>
              <w:t>3.1324</w:t>
            </w:r>
          </w:p>
        </w:tc>
        <w:tc>
          <w:tcPr>
            <w:tcW w:type="dxa" w:w="864"/>
          </w:tcPr>
          <w:p>
            <w:r>
              <w:t>27</w:t>
            </w:r>
          </w:p>
        </w:tc>
        <w:tc>
          <w:tcPr>
            <w:tcW w:type="dxa" w:w="864"/>
          </w:tcPr>
          <w:p>
            <w:r>
              <w:t>"挑战杯"全国大学生课外学术科技作品竞赛二等奖加8分*0.8</w:t>
            </w:r>
          </w:p>
        </w:tc>
        <w:tc>
          <w:tcPr>
            <w:tcW w:type="dxa" w:w="864"/>
          </w:tcPr>
          <w:p>
            <w:r/>
          </w:p>
        </w:tc>
      </w:tr>
      <w:tr>
        <w:tc>
          <w:tcPr>
            <w:tcW w:type="dxa" w:w="864"/>
          </w:tcPr>
          <w:p>
            <w:r>
              <w:t>30</w:t>
            </w:r>
          </w:p>
        </w:tc>
        <w:tc>
          <w:tcPr>
            <w:tcW w:type="dxa" w:w="864"/>
          </w:tcPr>
          <w:p>
            <w:r>
              <w:t>化学工程与工艺(英才班)</w:t>
            </w:r>
          </w:p>
        </w:tc>
        <w:tc>
          <w:tcPr>
            <w:tcW w:type="dxa" w:w="864"/>
          </w:tcPr>
          <w:p>
            <w:r>
              <w:t>毛嘉媛</w:t>
            </w:r>
          </w:p>
        </w:tc>
        <w:tc>
          <w:tcPr>
            <w:tcW w:type="dxa" w:w="864"/>
          </w:tcPr>
          <w:p>
            <w:r>
              <w:t>3.68</w:t>
            </w:r>
          </w:p>
        </w:tc>
        <w:tc>
          <w:tcPr>
            <w:tcW w:type="dxa" w:w="864"/>
          </w:tcPr>
          <w:p>
            <w:r>
              <w:t>12</w:t>
            </w:r>
          </w:p>
        </w:tc>
        <w:tc>
          <w:tcPr>
            <w:tcW w:type="dxa" w:w="864"/>
          </w:tcPr>
          <w:p>
            <w:r>
              <w:t>0</w:t>
            </w:r>
          </w:p>
        </w:tc>
        <w:tc>
          <w:tcPr>
            <w:tcW w:type="dxa" w:w="864"/>
          </w:tcPr>
          <w:p>
            <w:r>
              <w:t>3.1280</w:t>
            </w:r>
          </w:p>
        </w:tc>
        <w:tc>
          <w:tcPr>
            <w:tcW w:type="dxa" w:w="864"/>
          </w:tcPr>
          <w:p>
            <w:r>
              <w:t>28</w:t>
            </w:r>
          </w:p>
        </w:tc>
        <w:tc>
          <w:tcPr>
            <w:tcW w:type="dxa" w:w="864"/>
          </w:tcPr>
          <w:p>
            <w:r>
              <w:t>/</w:t>
            </w:r>
          </w:p>
        </w:tc>
        <w:tc>
          <w:tcPr>
            <w:tcW w:type="dxa" w:w="864"/>
          </w:tcPr>
          <w:p>
            <w:r/>
          </w:p>
        </w:tc>
      </w:tr>
      <w:tr>
        <w:tc>
          <w:tcPr>
            <w:tcW w:type="dxa" w:w="864"/>
          </w:tcPr>
          <w:p>
            <w:r>
              <w:t>31</w:t>
            </w:r>
          </w:p>
        </w:tc>
        <w:tc>
          <w:tcPr>
            <w:tcW w:type="dxa" w:w="864"/>
          </w:tcPr>
          <w:p>
            <w:r>
              <w:t>化学工程与工艺(英才班)</w:t>
            </w:r>
          </w:p>
        </w:tc>
        <w:tc>
          <w:tcPr>
            <w:tcW w:type="dxa" w:w="864"/>
          </w:tcPr>
          <w:p>
            <w:r>
              <w:t>肖逸文</w:t>
            </w:r>
          </w:p>
        </w:tc>
        <w:tc>
          <w:tcPr>
            <w:tcW w:type="dxa" w:w="864"/>
          </w:tcPr>
          <w:p>
            <w:r>
              <w:t>3.67</w:t>
            </w:r>
          </w:p>
        </w:tc>
        <w:tc>
          <w:tcPr>
            <w:tcW w:type="dxa" w:w="864"/>
          </w:tcPr>
          <w:p>
            <w:r>
              <w:t>13</w:t>
            </w:r>
          </w:p>
        </w:tc>
        <w:tc>
          <w:tcPr>
            <w:tcW w:type="dxa" w:w="864"/>
          </w:tcPr>
          <w:p>
            <w:r>
              <w:t>0</w:t>
            </w:r>
          </w:p>
        </w:tc>
        <w:tc>
          <w:tcPr>
            <w:tcW w:type="dxa" w:w="864"/>
          </w:tcPr>
          <w:p>
            <w:r>
              <w:t>3.1195</w:t>
            </w:r>
          </w:p>
        </w:tc>
        <w:tc>
          <w:tcPr>
            <w:tcW w:type="dxa" w:w="864"/>
          </w:tcPr>
          <w:p>
            <w:r>
              <w:t>29</w:t>
            </w:r>
          </w:p>
        </w:tc>
        <w:tc>
          <w:tcPr>
            <w:tcW w:type="dxa" w:w="864"/>
          </w:tcPr>
          <w:p>
            <w:r>
              <w:t>/</w:t>
            </w:r>
          </w:p>
        </w:tc>
        <w:tc>
          <w:tcPr>
            <w:tcW w:type="dxa" w:w="864"/>
          </w:tcPr>
          <w:p>
            <w:r/>
          </w:p>
        </w:tc>
      </w:tr>
      <w:tr>
        <w:tc>
          <w:tcPr>
            <w:tcW w:type="dxa" w:w="864"/>
          </w:tcPr>
          <w:p>
            <w:r>
              <w:t>32</w:t>
            </w:r>
          </w:p>
        </w:tc>
        <w:tc>
          <w:tcPr>
            <w:tcW w:type="dxa" w:w="864"/>
          </w:tcPr>
          <w:p>
            <w:r>
              <w:t>化学工程与工艺(英才班)</w:t>
            </w:r>
          </w:p>
        </w:tc>
        <w:tc>
          <w:tcPr>
            <w:tcW w:type="dxa" w:w="864"/>
          </w:tcPr>
          <w:p>
            <w:r>
              <w:t>李逸川</w:t>
            </w:r>
          </w:p>
        </w:tc>
        <w:tc>
          <w:tcPr>
            <w:tcW w:type="dxa" w:w="864"/>
          </w:tcPr>
          <w:p>
            <w:r>
              <w:t>3.67</w:t>
            </w:r>
          </w:p>
        </w:tc>
        <w:tc>
          <w:tcPr>
            <w:tcW w:type="dxa" w:w="864"/>
          </w:tcPr>
          <w:p>
            <w:r>
              <w:t>13</w:t>
            </w:r>
          </w:p>
        </w:tc>
        <w:tc>
          <w:tcPr>
            <w:tcW w:type="dxa" w:w="864"/>
          </w:tcPr>
          <w:p>
            <w:r>
              <w:t>0</w:t>
            </w:r>
          </w:p>
        </w:tc>
        <w:tc>
          <w:tcPr>
            <w:tcW w:type="dxa" w:w="864"/>
          </w:tcPr>
          <w:p>
            <w:r>
              <w:t>3.1195</w:t>
            </w:r>
          </w:p>
        </w:tc>
        <w:tc>
          <w:tcPr>
            <w:tcW w:type="dxa" w:w="864"/>
          </w:tcPr>
          <w:p>
            <w:r>
              <w:t>30</w:t>
            </w:r>
          </w:p>
        </w:tc>
        <w:tc>
          <w:tcPr>
            <w:tcW w:type="dxa" w:w="864"/>
          </w:tcPr>
          <w:p>
            <w:r>
              <w:t>/</w:t>
            </w:r>
          </w:p>
        </w:tc>
        <w:tc>
          <w:tcPr>
            <w:tcW w:type="dxa" w:w="864"/>
          </w:tcPr>
          <w:p>
            <w:r/>
          </w:p>
        </w:tc>
      </w:tr>
      <w:tr>
        <w:tc>
          <w:tcPr>
            <w:tcW w:type="dxa" w:w="864"/>
          </w:tcPr>
          <w:p>
            <w:r>
              <w:t>33</w:t>
            </w:r>
          </w:p>
        </w:tc>
        <w:tc>
          <w:tcPr>
            <w:tcW w:type="dxa" w:w="864"/>
          </w:tcPr>
          <w:p>
            <w:r>
              <w:t>化学工程与工艺(英才班)</w:t>
            </w:r>
          </w:p>
        </w:tc>
        <w:tc>
          <w:tcPr>
            <w:tcW w:type="dxa" w:w="864"/>
          </w:tcPr>
          <w:p>
            <w:r>
              <w:t>贾楷烜</w:t>
            </w:r>
          </w:p>
        </w:tc>
        <w:tc>
          <w:tcPr>
            <w:tcW w:type="dxa" w:w="864"/>
          </w:tcPr>
          <w:p>
            <w:r>
              <w:t>3.62</w:t>
            </w:r>
          </w:p>
        </w:tc>
        <w:tc>
          <w:tcPr>
            <w:tcW w:type="dxa" w:w="864"/>
          </w:tcPr>
          <w:p>
            <w:r>
              <w:t>15</w:t>
            </w:r>
          </w:p>
        </w:tc>
        <w:tc>
          <w:tcPr>
            <w:tcW w:type="dxa" w:w="864"/>
          </w:tcPr>
          <w:p>
            <w:r>
              <w:t>6</w:t>
            </w:r>
          </w:p>
        </w:tc>
        <w:tc>
          <w:tcPr>
            <w:tcW w:type="dxa" w:w="864"/>
          </w:tcPr>
          <w:p>
            <w:r>
              <w:t>3.1130</w:t>
            </w:r>
          </w:p>
        </w:tc>
        <w:tc>
          <w:tcPr>
            <w:tcW w:type="dxa" w:w="864"/>
          </w:tcPr>
          <w:p>
            <w:r>
              <w:t>31</w:t>
            </w:r>
          </w:p>
        </w:tc>
        <w:tc>
          <w:tcPr>
            <w:tcW w:type="dxa" w:w="864"/>
          </w:tcPr>
          <w:p>
            <w:r>
              <w:t>市级志愿服务加6分</w:t>
            </w:r>
          </w:p>
        </w:tc>
        <w:tc>
          <w:tcPr>
            <w:tcW w:type="dxa" w:w="864"/>
          </w:tcPr>
          <w:p>
            <w:r/>
          </w:p>
        </w:tc>
      </w:tr>
      <w:tr>
        <w:tc>
          <w:tcPr>
            <w:tcW w:type="dxa" w:w="864"/>
          </w:tcPr>
          <w:p>
            <w:r>
              <w:t>34</w:t>
            </w:r>
          </w:p>
        </w:tc>
        <w:tc>
          <w:tcPr>
            <w:tcW w:type="dxa" w:w="864"/>
          </w:tcPr>
          <w:p>
            <w:r>
              <w:t>化学工程与工艺</w:t>
            </w:r>
          </w:p>
        </w:tc>
        <w:tc>
          <w:tcPr>
            <w:tcW w:type="dxa" w:w="864"/>
          </w:tcPr>
          <w:p>
            <w:r>
              <w:t>庄冉</w:t>
            </w:r>
          </w:p>
        </w:tc>
        <w:tc>
          <w:tcPr>
            <w:tcW w:type="dxa" w:w="864"/>
          </w:tcPr>
          <w:p>
            <w:r>
              <w:t>3.66</w:t>
            </w:r>
          </w:p>
        </w:tc>
        <w:tc>
          <w:tcPr>
            <w:tcW w:type="dxa" w:w="864"/>
          </w:tcPr>
          <w:p>
            <w:r>
              <w:t>14</w:t>
            </w:r>
          </w:p>
        </w:tc>
        <w:tc>
          <w:tcPr>
            <w:tcW w:type="dxa" w:w="864"/>
          </w:tcPr>
          <w:p>
            <w:r>
              <w:t>0</w:t>
            </w:r>
          </w:p>
        </w:tc>
        <w:tc>
          <w:tcPr>
            <w:tcW w:type="dxa" w:w="864"/>
          </w:tcPr>
          <w:p>
            <w:r>
              <w:t>3.1110</w:t>
            </w:r>
          </w:p>
        </w:tc>
        <w:tc>
          <w:tcPr>
            <w:tcW w:type="dxa" w:w="864"/>
          </w:tcPr>
          <w:p>
            <w:r>
              <w:t>32</w:t>
            </w:r>
          </w:p>
        </w:tc>
        <w:tc>
          <w:tcPr>
            <w:tcW w:type="dxa" w:w="864"/>
          </w:tcPr>
          <w:p>
            <w:r>
              <w:t>/</w:t>
            </w:r>
          </w:p>
        </w:tc>
        <w:tc>
          <w:tcPr>
            <w:tcW w:type="dxa" w:w="864"/>
          </w:tcPr>
          <w:p>
            <w:r/>
          </w:p>
        </w:tc>
      </w:tr>
      <w:tr>
        <w:tc>
          <w:tcPr>
            <w:tcW w:type="dxa" w:w="864"/>
          </w:tcPr>
          <w:p>
            <w:r>
              <w:t>35</w:t>
            </w:r>
          </w:p>
        </w:tc>
        <w:tc>
          <w:tcPr>
            <w:tcW w:type="dxa" w:w="864"/>
          </w:tcPr>
          <w:p>
            <w:r>
              <w:t>化学工程与工艺</w:t>
            </w:r>
          </w:p>
        </w:tc>
        <w:tc>
          <w:tcPr>
            <w:tcW w:type="dxa" w:w="864"/>
          </w:tcPr>
          <w:p>
            <w:r>
              <w:t>苏隽奕</w:t>
            </w:r>
          </w:p>
        </w:tc>
        <w:tc>
          <w:tcPr>
            <w:tcW w:type="dxa" w:w="864"/>
          </w:tcPr>
          <w:p>
            <w:r>
              <w:t>3.60</w:t>
            </w:r>
          </w:p>
        </w:tc>
        <w:tc>
          <w:tcPr>
            <w:tcW w:type="dxa" w:w="864"/>
          </w:tcPr>
          <w:p>
            <w:r>
              <w:t>21</w:t>
            </w:r>
          </w:p>
        </w:tc>
        <w:tc>
          <w:tcPr>
            <w:tcW w:type="dxa" w:w="864"/>
          </w:tcPr>
          <w:p>
            <w:r>
              <w:t>8</w:t>
            </w:r>
          </w:p>
        </w:tc>
        <w:tc>
          <w:tcPr>
            <w:tcW w:type="dxa" w:w="864"/>
          </w:tcPr>
          <w:p>
            <w:r>
              <w:t>3.1080</w:t>
            </w:r>
          </w:p>
        </w:tc>
        <w:tc>
          <w:tcPr>
            <w:tcW w:type="dxa" w:w="864"/>
          </w:tcPr>
          <w:p>
            <w:r>
              <w:t>33</w:t>
            </w:r>
          </w:p>
        </w:tc>
        <w:tc>
          <w:tcPr>
            <w:tcW w:type="dxa" w:w="864"/>
          </w:tcPr>
          <w:p>
            <w:r>
              <w:t>全国大学生化工实验大赛全国一等奖加10分*0.8</w:t>
            </w:r>
          </w:p>
        </w:tc>
        <w:tc>
          <w:tcPr>
            <w:tcW w:type="dxa" w:w="864"/>
          </w:tcPr>
          <w:p>
            <w:r/>
          </w:p>
        </w:tc>
      </w:tr>
      <w:tr>
        <w:tc>
          <w:tcPr>
            <w:tcW w:type="dxa" w:w="864"/>
          </w:tcPr>
          <w:p>
            <w:r>
              <w:t>36</w:t>
            </w:r>
          </w:p>
        </w:tc>
        <w:tc>
          <w:tcPr>
            <w:tcW w:type="dxa" w:w="864"/>
          </w:tcPr>
          <w:p>
            <w:r>
              <w:t>化学工程与工艺</w:t>
            </w:r>
          </w:p>
        </w:tc>
        <w:tc>
          <w:tcPr>
            <w:tcW w:type="dxa" w:w="864"/>
          </w:tcPr>
          <w:p>
            <w:r>
              <w:t>李晓丽</w:t>
            </w:r>
          </w:p>
        </w:tc>
        <w:tc>
          <w:tcPr>
            <w:tcW w:type="dxa" w:w="864"/>
          </w:tcPr>
          <w:p>
            <w:r>
              <w:t>3.60</w:t>
            </w:r>
          </w:p>
        </w:tc>
        <w:tc>
          <w:tcPr>
            <w:tcW w:type="dxa" w:w="864"/>
          </w:tcPr>
          <w:p>
            <w:r>
              <w:t>21</w:t>
            </w:r>
          </w:p>
        </w:tc>
        <w:tc>
          <w:tcPr>
            <w:tcW w:type="dxa" w:w="864"/>
          </w:tcPr>
          <w:p>
            <w:r>
              <w:t>6</w:t>
            </w:r>
          </w:p>
        </w:tc>
        <w:tc>
          <w:tcPr>
            <w:tcW w:type="dxa" w:w="864"/>
          </w:tcPr>
          <w:p>
            <w:r>
              <w:t>3.0960</w:t>
            </w:r>
          </w:p>
        </w:tc>
        <w:tc>
          <w:tcPr>
            <w:tcW w:type="dxa" w:w="864"/>
          </w:tcPr>
          <w:p>
            <w:r>
              <w:t>34</w:t>
            </w:r>
          </w:p>
        </w:tc>
        <w:tc>
          <w:tcPr>
            <w:tcW w:type="dxa" w:w="864"/>
          </w:tcPr>
          <w:p>
            <w:r>
              <w:t>市级志愿服务加6分</w:t>
            </w:r>
          </w:p>
        </w:tc>
        <w:tc>
          <w:tcPr>
            <w:tcW w:type="dxa" w:w="864"/>
          </w:tcPr>
          <w:p>
            <w:r/>
          </w:p>
        </w:tc>
      </w:tr>
      <w:tr>
        <w:tc>
          <w:tcPr>
            <w:tcW w:type="dxa" w:w="864"/>
          </w:tcPr>
          <w:p>
            <w:r>
              <w:t>37</w:t>
            </w:r>
          </w:p>
        </w:tc>
        <w:tc>
          <w:tcPr>
            <w:tcW w:type="dxa" w:w="864"/>
          </w:tcPr>
          <w:p>
            <w:r>
              <w:t>化学工程与工艺</w:t>
            </w:r>
          </w:p>
        </w:tc>
        <w:tc>
          <w:tcPr>
            <w:tcW w:type="dxa" w:w="864"/>
          </w:tcPr>
          <w:p>
            <w:r>
              <w:t>杨慧</w:t>
            </w:r>
          </w:p>
        </w:tc>
        <w:tc>
          <w:tcPr>
            <w:tcW w:type="dxa" w:w="864"/>
          </w:tcPr>
          <w:p>
            <w:r>
              <w:t>3.64</w:t>
            </w:r>
          </w:p>
        </w:tc>
        <w:tc>
          <w:tcPr>
            <w:tcW w:type="dxa" w:w="864"/>
          </w:tcPr>
          <w:p>
            <w:r>
              <w:t>17</w:t>
            </w:r>
          </w:p>
        </w:tc>
        <w:tc>
          <w:tcPr>
            <w:tcW w:type="dxa" w:w="864"/>
          </w:tcPr>
          <w:p>
            <w:r>
              <w:t>0</w:t>
            </w:r>
          </w:p>
        </w:tc>
        <w:tc>
          <w:tcPr>
            <w:tcW w:type="dxa" w:w="864"/>
          </w:tcPr>
          <w:p>
            <w:r>
              <w:t>3.0940</w:t>
            </w:r>
          </w:p>
        </w:tc>
        <w:tc>
          <w:tcPr>
            <w:tcW w:type="dxa" w:w="864"/>
          </w:tcPr>
          <w:p>
            <w:r>
              <w:t>35</w:t>
            </w:r>
          </w:p>
        </w:tc>
        <w:tc>
          <w:tcPr>
            <w:tcW w:type="dxa" w:w="864"/>
          </w:tcPr>
          <w:p>
            <w:r>
              <w:t>/</w:t>
            </w:r>
          </w:p>
        </w:tc>
        <w:tc>
          <w:tcPr>
            <w:tcW w:type="dxa" w:w="864"/>
          </w:tcPr>
          <w:p>
            <w:r>
              <w:t>候补</w:t>
            </w:r>
          </w:p>
        </w:tc>
      </w:tr>
      <w:tr>
        <w:tc>
          <w:tcPr>
            <w:tcW w:type="dxa" w:w="864"/>
          </w:tcPr>
          <w:p>
            <w:r>
              <w:t>38</w:t>
            </w:r>
          </w:p>
        </w:tc>
        <w:tc>
          <w:tcPr>
            <w:tcW w:type="dxa" w:w="864"/>
          </w:tcPr>
          <w:p>
            <w:r>
              <w:t>化学工程与工艺(英才班）</w:t>
            </w:r>
          </w:p>
        </w:tc>
        <w:tc>
          <w:tcPr>
            <w:tcW w:type="dxa" w:w="864"/>
          </w:tcPr>
          <w:p>
            <w:r>
              <w:t>朱晓晓</w:t>
            </w:r>
          </w:p>
        </w:tc>
        <w:tc>
          <w:tcPr>
            <w:tcW w:type="dxa" w:w="864"/>
          </w:tcPr>
          <w:p>
            <w:r>
              <w:t>3.55</w:t>
            </w:r>
          </w:p>
        </w:tc>
        <w:tc>
          <w:tcPr>
            <w:tcW w:type="dxa" w:w="864"/>
          </w:tcPr>
          <w:p>
            <w:r>
              <w:t>20</w:t>
            </w:r>
          </w:p>
        </w:tc>
        <w:tc>
          <w:tcPr>
            <w:tcW w:type="dxa" w:w="864"/>
          </w:tcPr>
          <w:p>
            <w:r>
              <w:t>12.4</w:t>
            </w:r>
          </w:p>
        </w:tc>
        <w:tc>
          <w:tcPr>
            <w:tcW w:type="dxa" w:w="864"/>
          </w:tcPr>
          <w:p>
            <w:r>
              <w:t>3.0919</w:t>
            </w:r>
          </w:p>
        </w:tc>
        <w:tc>
          <w:tcPr>
            <w:tcW w:type="dxa" w:w="864"/>
          </w:tcPr>
          <w:p>
            <w:r>
              <w:t>36</w:t>
            </w:r>
          </w:p>
        </w:tc>
        <w:tc>
          <w:tcPr>
            <w:tcW w:type="dxa" w:w="864"/>
          </w:tcPr>
          <w:p>
            <w:r>
              <w:t>“挑战杯”全国大学生课外学术科技作品竞赛二等奖加8分*0.8，市级志愿服务加6分</w:t>
            </w:r>
          </w:p>
        </w:tc>
        <w:tc>
          <w:tcPr>
            <w:tcW w:type="dxa" w:w="864"/>
          </w:tcPr>
          <w:p>
            <w:r>
              <w:t>候补</w:t>
            </w:r>
          </w:p>
        </w:tc>
      </w:tr>
    </w:tbl>
    <w:p>
      <w:r>
        <w:t>南京工业大学化工学院</w:t>
      </w:r>
    </w:p>
    <w:p>
      <w:r>
        <w:t>2022年9月12日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