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2009届外校推免生面试通知</w:t>
      </w:r>
    </w:p>
    <w:p>
      <w:r>
        <w:t>2009届外校推免生面试情况如下</w:t>
      </w:r>
    </w:p>
    <w:p>
      <w:r>
        <w:t>时间：10月7日</w:t>
      </w:r>
    </w:p>
    <w:p>
      <w:r>
        <w:t>上午8点20</w:t>
      </w:r>
    </w:p>
    <w:p>
      <w:r>
        <w:t>下午1点50</w:t>
      </w:r>
    </w:p>
    <w:p>
      <w:r>
        <w:t>地点：蒙民伟楼311</w:t>
      </w:r>
    </w:p>
    <w:p>
      <w:r>
        <w:t>上午组：李红梅叶海波章菲倩尹强何玮殷慧子贺志宏林勇赖攀杨善敏黄群杨琦</w:t>
      </w:r>
    </w:p>
    <w:p>
      <w:r>
        <w:t>下午组：陈翰聂礼强孙征石宝前刘志丹张磊苏姣林莹张合权黄虹玮杨克微周杰刘璇</w:t>
      </w:r>
    </w:p>
    <w:p>
      <w:r>
        <w:t>材料不全的面试时请补齐，要有所在院系和教务处的具有推免资格的签章</w:t>
      </w:r>
    </w:p>
    <w:p>
      <w:r>
        <w:t>请看到通知的同学发邮件到</w:t>
      </w:r>
    </w:p>
    <w:p>
      <w:r>
        <w:t>qiaoyh@nju.edu.cn</w:t>
      </w:r>
    </w:p>
    <w:p>
      <w:r>
        <w:t>邮件题目是我是××大学的××，确认是否参加面试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