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计算机学院-2026</w:t>
      </w:r>
    </w:p>
    <w:p>
      <w:r>
        <w:t>为深化教学改革，加大对创新人才的选拔力度，激励学生勤奋学习、全面发展，计算机学院在学校的总体精神指导下，充分考虑院系特点和培养方案的实施，现制定计算机学院本科生推荐免试攻读硕士/博士学位研究生的工作细则，将坚持“公平、公开、公正”的原则完成推荐免试研究生工作（简称“推免”工作）</w:t>
      </w:r>
    </w:p>
    <w:p>
      <w:r>
        <w:t>（注：拔尖计划推免管理单列，不在此实施细则管理范围内）</w:t>
      </w:r>
    </w:p>
    <w:p>
      <w:r>
        <w:t>二、学院推免生遴选工作小组</w:t>
      </w:r>
    </w:p>
    <w:p>
      <w:r>
        <w:t>组长：赵建华</w:t>
      </w:r>
    </w:p>
    <w:p>
      <w:r>
        <w:t>成员：路通、宫玲琳、钱柱中、吴楠、程龚</w:t>
      </w:r>
    </w:p>
    <w:p>
      <w:r>
        <w:t>秘书：苏贵珍、曹雨森</w:t>
      </w:r>
    </w:p>
    <w:p>
      <w:r>
        <w:t>三、推免对象及条件（此处仅针对本院系学生）</w:t>
      </w:r>
    </w:p>
    <w:p>
      <w:r>
        <w:t>1）通过普通高考（含保送方式）招生录取或面向港澳台华侨学生招生录取的2027年全日制应届本科毕业生，不含第二学士学位学生。热爱祖国，拥护中国共产党的领导，自觉践行社会主义核心价值观，理想信念坚定，社会责任感和历史使命感强。</w:t>
      </w:r>
    </w:p>
    <w:p>
      <w:r>
        <w:t>2）身心健康，品行端正，积极向上，遵纪守法，诚实守信，在校期间无任何考试作弊和剽窃他人学术成果记录，无任何受处分记录。</w:t>
      </w:r>
    </w:p>
    <w:p>
      <w:r>
        <w:t>3.勤奋学习，成绩优良，思想政治理论及实践课程学习情况良好，除总学分及毕业论文要求外，已具备《南京大学学士学位授予管理办法》规定的学士学位授予条件，即修完计算机学院计算机科学与技术专业培养方案中前三学年开课的所有通修课、学科基础课程及专业核心课程达到最低要求学分数/门数；</w:t>
      </w:r>
    </w:p>
    <w:p>
      <w:r>
        <w:t>4）除专项名额外，原则上学生所获学位课程学分绩（教务系统学分绩计算数据）排名处于所在专业前70%。按照教学计划进度，如学生当前尚有应修专业准入准出课程或通修课程未修或不及格，则不得申请。</w:t>
      </w:r>
    </w:p>
    <w:p>
      <w:r>
        <w:t>四、推免学分绩</w:t>
      </w:r>
    </w:p>
    <w:p>
      <w:r>
        <w:t>（一）纳入学分绩计算范围的课程学分认定规则与计算方式</w:t>
      </w:r>
    </w:p>
    <w:p>
      <w:r>
        <w:t>1）学分绩统一以学生首次参加课程考试的成绩计算（如第一次考试不及格者，按不及格原始成绩计算学分绩），返校未满一年的交换生以现有在本校修读的课程成绩计算。</w:t>
      </w:r>
    </w:p>
    <w:p>
      <w:r>
        <w:t>2）有替代或认定的课程，以学校公布的替代关系及培养方案中相关说明为准，符合条件的可由替代课程或认定课程参与计算。</w:t>
      </w:r>
    </w:p>
    <w:p>
      <w:r>
        <w:t>（二）纳入学分绩计算范围的课程清单（附件1）</w:t>
      </w:r>
    </w:p>
    <w:p>
      <w:r>
        <w:t>（三）学分绩加分项目补充说明</w:t>
      </w:r>
    </w:p>
    <w:p>
      <w:r>
        <w:t>本院系补充规定：</w:t>
      </w:r>
    </w:p>
    <w:p>
      <w:r>
        <w:t>1)符合学校规定的情况，严格按照学校规定执行。学生在论文、竞赛等加分类别中，同一类别内有多项成果的，原则上只取一项计入加分，学分绩总加分不超过0 .3。</w:t>
      </w:r>
    </w:p>
    <w:p>
      <w:r>
        <w:t>2)具有学科特点的竞赛获奖，按计算机学院竞赛加分细则（见附件）执行。联合组队参赛获奖需提供由指导教师或全体组员签字同意的情况说明，客观陈述学生实际贡献，由推免工作小组审议决定。</w:t>
      </w:r>
    </w:p>
    <w:p>
      <w:r>
        <w:t>（四）经学院认定允许学分绩加分的学术刊物目录（加分刊物级别及其对应加分值）</w:t>
      </w:r>
    </w:p>
    <w:p>
      <w:r>
        <w:t>第一作者发表学术期刊正刊论文和学术会议长文（regular paper）加分规定如下：</w:t>
      </w:r>
    </w:p>
    <w:p>
      <w:r>
        <w:t>CCF-A类国际期刊与会议加0.1分；</w:t>
      </w:r>
    </w:p>
    <w:p>
      <w:r>
        <w:t>CCF-B类国际期刊与会议加0.05分；</w:t>
      </w:r>
    </w:p>
    <w:p>
      <w:r>
        <w:t>CCF-T1类期刊加0.05分。</w:t>
      </w:r>
    </w:p>
    <w:p>
      <w:r>
        <w:t>注：</w:t>
      </w:r>
    </w:p>
    <w:p>
      <w:r>
        <w:t>1.提供202 6年8月31日前（含当天）论文正式录用通知或论文发表证明（论文集或期刊首页、目录与论文），并提供能支撑论文可复现性审查的代码和数据等完整原始材料，视为论文发表；</w:t>
      </w:r>
    </w:p>
    <w:p>
      <w:r>
        <w:t>2.发表共同第一作者论文，加分=上述加分/共同第一作者人数；</w:t>
      </w:r>
    </w:p>
    <w:p>
      <w:r>
        <w:t>3.作者按姓氏字母排序的论文、导师第一作者学生第二作者的论文等情况，认定第一作者或共同第一作者需提供由指导教师或全体作者签字同意的情况说明，客观陈述学生实际贡献，由推免工作小组审议决定；</w:t>
      </w:r>
    </w:p>
    <w:p>
      <w:r>
        <w:t>4.发表其他形式论文，由推免工作小组审议决定；</w:t>
      </w:r>
    </w:p>
    <w:p>
      <w:r>
        <w:t>5.其它未尽事宜，由推免工作小组解释执行。</w:t>
      </w:r>
    </w:p>
    <w:p>
      <w:r>
        <w:t>（五）综合学分绩计算规则</w:t>
      </w:r>
    </w:p>
    <w:p>
      <w:r>
        <w:t>推免综合学分绩＝推免课程学分绩＋学分绩总加分</w:t>
      </w:r>
    </w:p>
    <w:p>
      <w:r>
        <w:t>注：学生与其亲属或其他利益相关者（不含指导教师）合作的科研成果、竞赛奖项等，不纳入学生本人推免综合学分绩计算体系。</w:t>
      </w:r>
    </w:p>
    <w:p>
      <w:r>
        <w:t>五、专业排名规则</w:t>
      </w:r>
    </w:p>
    <w:p>
      <w:r>
        <w:t>所有具备推免候选资格的同学，在全院范围内按推免综合学分绩排序，参与推免竞争，确定推免资格。按照由高到低进行排序。</w:t>
      </w:r>
    </w:p>
    <w:p>
      <w:r>
        <w:t>六、本院系学生推免申报程序</w:t>
      </w:r>
    </w:p>
    <w:p>
      <w:r>
        <w:t>按照学校规定实施。</w:t>
      </w:r>
    </w:p>
    <w:p>
      <w:r>
        <w:t>七、注意事项</w:t>
      </w:r>
    </w:p>
    <w:p>
      <w:r>
        <w:t>在院系公示推免生名单期间，学生可以放弃推免资格。学生放弃推免资格必须提交书面申请并由本人签字，放弃名额由公示名单中候补学生依次递补。</w:t>
      </w:r>
    </w:p>
    <w:p>
      <w:r>
        <w:t>八、学院推免工作联系方式</w:t>
      </w:r>
    </w:p>
    <w:p>
      <w:r>
        <w:t>工作联系人：钱柱中</w:t>
      </w:r>
    </w:p>
    <w:p>
      <w:r>
        <w:t>咨询电话：89686292</w:t>
      </w:r>
    </w:p>
    <w:p>
      <w:r>
        <w:t>电子信箱：qzz @nju.edu.cn</w:t>
      </w:r>
    </w:p>
    <w:p>
      <w:r>
        <w:t>办公时间及地点：仙林校区计算机楼617</w:t>
      </w:r>
    </w:p>
    <w:p>
      <w:r>
        <w:t>院系：计算机学院（公章）</w:t>
      </w:r>
    </w:p>
    <w:p>
      <w:r>
        <w:t>日期：2026年9月4日</w:t>
      </w:r>
    </w:p>
    <w:p>
      <w:r>
        <w:t>（二）计算机科学（拔尖计划）</w:t>
      </w:r>
    </w:p>
    <w:p>
      <w:r>
        <w:t>一、推免生遴选工作总体要求</w:t>
      </w:r>
    </w:p>
    <w:p>
      <w:r>
        <w:t>为深化教学改革，加大对拔尖创新人才的选拔力度，激励学生勤奋学习、全面发展，计算机学院在学校的总体精神指导下，充分考虑院系特点，现制定计算机科学拔尖计划本科生推荐免试攻读硕士/博士学位研究生的工作细则，将坚持“公平、公开、公正”的原则完成相应年份的推荐免试研究生工作。</w:t>
      </w:r>
    </w:p>
    <w:p>
      <w:r>
        <w:t>二、学院推免生遴选工作小组</w:t>
      </w:r>
    </w:p>
    <w:p>
      <w:r>
        <w:t>组长：赵建华</w:t>
      </w:r>
    </w:p>
    <w:p>
      <w:r>
        <w:t>成员：路通、宫玲琳、钱柱中、吴楠、程龚</w:t>
      </w:r>
    </w:p>
    <w:p>
      <w:r>
        <w:t>秘书：苏贵珍、曹雨森</w:t>
      </w:r>
    </w:p>
    <w:p>
      <w:r>
        <w:t>三、推免对象及条件（此处仅针对本院系学生）</w:t>
      </w:r>
    </w:p>
    <w:p>
      <w:r>
        <w:t>1）通过普通高考（含保送方式）招生录取或面向港澳台华侨学生招生录取的2027年全日制应届本科毕业生，不含第二学士学位学生。热爱祖国，拥护中国共产党的领导，自觉践行社会主义核心价值观，理想信念坚定，社会责任感和历史使命感强。</w:t>
      </w:r>
    </w:p>
    <w:p>
      <w:r>
        <w:t>2）身心健康，品行端正，积极向上，遵纪守法，诚实守信，在校期间无任何考试作弊和剽窃他人学术成果记录，无任何受处分记录。</w:t>
      </w:r>
    </w:p>
    <w:p>
      <w:r>
        <w:t>3.勤奋学习，成绩优良，思想政治理论及实践课程学习情况良好，除总学分及毕业论文要求外，已具备《南京大学学士学位授予管理办法》规定的学士学位授予条件，即修完计算机学院计算机科学拔尖计划专业培养方案中前三学年开课的所有通修课、学科基础课程及专业核心课程达到最低要求学分数/门数；</w:t>
      </w:r>
    </w:p>
    <w:p>
      <w:r>
        <w:t>4）除专项名额外，原则上学生所获学位课程学分绩（教务系统学分绩计算数据）排名处于所在专业前70%。按照教学计划进度，如学生当前尚有应修专业准入准出课程或通修课程未修或不及格，则不得申请。</w:t>
      </w:r>
    </w:p>
    <w:p>
      <w:r>
        <w:t>四、推免学分绩</w:t>
      </w:r>
    </w:p>
    <w:p>
      <w:r>
        <w:t>（一）纳入学分绩计算范围的课程学分认定规则与计算方式</w:t>
      </w:r>
    </w:p>
    <w:p>
      <w:r>
        <w:t>1）学分绩统一以学生首次参加课程考试的成绩计算（如第一次考试不及格者，按不及格原始成绩计算学分绩），返校未满一年的交换生以现有在本校修读的课程成绩计算。</w:t>
      </w:r>
    </w:p>
    <w:p>
      <w:r>
        <w:t>2）有替代或认定的课程，以学校公布的替代关系及培养方案中相关说明为准，符合条件的可由替代课程或认定课程参与计算。</w:t>
      </w:r>
    </w:p>
    <w:p>
      <w:r>
        <w:t>（二）纳入学分绩计算范围的课程清单（附件1）</w:t>
      </w:r>
    </w:p>
    <w:p>
      <w:r>
        <w:t>（三）学分绩加分项目补充说明</w:t>
      </w:r>
    </w:p>
    <w:p>
      <w:r>
        <w:t>本院系补充规定：</w:t>
      </w:r>
    </w:p>
    <w:p>
      <w:r>
        <w:t>3)符合学校规定的情况，严格按照学校规定执行。学生在论文、竞赛等加分类别中，同一类别内有多项成果的，原则上只取一项计入加分，学分绩总加分不超过0 .3。</w:t>
      </w:r>
    </w:p>
    <w:p>
      <w:r>
        <w:t>4)具有学科特点的竞赛获奖，按计算机学院竞赛加分细则（见附件）执行。联合组队参赛获奖需提供由指导教师或全体组员签字同意的情况说明，客观陈述学生实际贡献，由推免工作小组审议决定。</w:t>
      </w:r>
    </w:p>
    <w:p>
      <w:r>
        <w:t>（四）经学院认定允许学分绩加分的学术刊物目录（加分刊物级别及其对应加分值）</w:t>
      </w:r>
    </w:p>
    <w:p>
      <w:r>
        <w:t>第一作者发表学术期刊正刊论文和学术会议长文（regular paper）加分规定如下：</w:t>
      </w:r>
    </w:p>
    <w:p>
      <w:r>
        <w:t>CCF-A类国际期刊与会议加0. 1分；</w:t>
      </w:r>
    </w:p>
    <w:p>
      <w:r>
        <w:t>CCF-B类国际期刊与会议加0. 05分；</w:t>
      </w:r>
    </w:p>
    <w:p>
      <w:r>
        <w:t>CCF- T1类期刊加0. 05分。</w:t>
      </w:r>
    </w:p>
    <w:p>
      <w:r>
        <w:t>注：</w:t>
      </w:r>
    </w:p>
    <w:p>
      <w:r>
        <w:t>6.提供202 6年8月31日前（含当天）论文正式录用通知或论文发表证明（论文集或期刊首页、目录与论文），并提供能支撑论文可复现性审查的代码和数据等完整原始材料，视为论文发表；</w:t>
      </w:r>
    </w:p>
    <w:p>
      <w:r>
        <w:t>7.发表共同第一作者论文，加分=上述加分/共同第一作者人数；</w:t>
      </w:r>
    </w:p>
    <w:p>
      <w:r>
        <w:t>8.作者按姓氏字母排序的论文、导师第一作者学生第二作者的论文等情况，认定第一作者或共同第一作者需提供由指导教师或全体作者签字同意的情况说明，客观陈述学生实际贡献，由推免工作小组审议决定；</w:t>
      </w:r>
    </w:p>
    <w:p>
      <w:r>
        <w:t>9.发表其他形式论文，由推免工作小组审议决定；</w:t>
      </w:r>
    </w:p>
    <w:p>
      <w:r>
        <w:t>10.其它未尽事宜，由推免工作小组解释执行。</w:t>
      </w:r>
    </w:p>
    <w:p>
      <w:r>
        <w:t>（五）综合学分绩计算规则</w:t>
      </w:r>
    </w:p>
    <w:p>
      <w:r>
        <w:t>推免综合学分绩＝推免课程学分绩＋学分绩总加分</w:t>
      </w:r>
    </w:p>
    <w:p>
      <w:r>
        <w:t>注：学生与其亲属或其他利益相关者（不含指导教师）合作的科研成果、竞赛奖项等，不纳入学生本人推免综合学分绩计算体系。</w:t>
      </w:r>
    </w:p>
    <w:p>
      <w:r>
        <w:t>五、专业排名规则</w:t>
      </w:r>
    </w:p>
    <w:p>
      <w:r>
        <w:t>所有可能具备推免资格的同学，在计算机科学拔尖班范围内按推免综合学分绩排序，按照由高到低进行排序参与竞争，确定推免资格。</w:t>
      </w:r>
    </w:p>
    <w:p>
      <w:r>
        <w:t>六、本学院学生推免申报程序</w:t>
      </w:r>
    </w:p>
    <w:p>
      <w:r>
        <w:t>按照学校规定实施。</w:t>
      </w:r>
    </w:p>
    <w:p>
      <w:r>
        <w:t>七、注意事项</w:t>
      </w:r>
    </w:p>
    <w:p>
      <w:r>
        <w:t>在院系公示推免生名单期间，学生可以放弃推免资格。学生放弃推免资格必须提交书面申请并由本人签字，放弃名额由公示名单中候补学生依次递补。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