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南京大学艺术学院2027年接收推荐免试研究生复试名单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20271028416829</w:t>
            </w:r>
          </w:p>
        </w:tc>
        <w:tc>
          <w:tcPr>
            <w:tcW w:type="dxa" w:w="2880"/>
          </w:tcPr>
          <w:p>
            <w:r>
              <w:t>刘浩然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20271028421386</w:t>
            </w:r>
          </w:p>
        </w:tc>
        <w:tc>
          <w:tcPr>
            <w:tcW w:type="dxa" w:w="2880"/>
          </w:tcPr>
          <w:p>
            <w:r>
              <w:t>杨云淇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20271028417670</w:t>
            </w:r>
          </w:p>
        </w:tc>
        <w:tc>
          <w:tcPr>
            <w:tcW w:type="dxa" w:w="2880"/>
          </w:tcPr>
          <w:p>
            <w:r>
              <w:t>田润境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20271028436934</w:t>
            </w:r>
          </w:p>
        </w:tc>
        <w:tc>
          <w:tcPr>
            <w:tcW w:type="dxa" w:w="2880"/>
          </w:tcPr>
          <w:p>
            <w:r>
              <w:t>梁嘉琪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20271028410629</w:t>
            </w:r>
          </w:p>
        </w:tc>
        <w:tc>
          <w:tcPr>
            <w:tcW w:type="dxa" w:w="2880"/>
          </w:tcPr>
          <w:p>
            <w:r>
              <w:t>潘乐煊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20271028427748</w:t>
            </w:r>
          </w:p>
        </w:tc>
        <w:tc>
          <w:tcPr>
            <w:tcW w:type="dxa" w:w="2880"/>
          </w:tcPr>
          <w:p>
            <w:r>
              <w:t>周怡晨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20271028444159</w:t>
            </w:r>
          </w:p>
        </w:tc>
        <w:tc>
          <w:tcPr>
            <w:tcW w:type="dxa" w:w="2880"/>
          </w:tcPr>
          <w:p>
            <w:r>
              <w:t>黄敬涵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20271028430960</w:t>
            </w:r>
          </w:p>
        </w:tc>
        <w:tc>
          <w:tcPr>
            <w:tcW w:type="dxa" w:w="2880"/>
          </w:tcPr>
          <w:p>
            <w:r>
              <w:t>黄淳纯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20271028426074</w:t>
            </w:r>
          </w:p>
        </w:tc>
        <w:tc>
          <w:tcPr>
            <w:tcW w:type="dxa" w:w="2880"/>
          </w:tcPr>
          <w:p>
            <w:r>
              <w:t>金怡廷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20271028407289</w:t>
            </w:r>
          </w:p>
        </w:tc>
        <w:tc>
          <w:tcPr>
            <w:tcW w:type="dxa" w:w="2880"/>
          </w:tcPr>
          <w:p>
            <w:r>
              <w:t>熊艺涵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20271028446212</w:t>
            </w:r>
          </w:p>
        </w:tc>
        <w:tc>
          <w:tcPr>
            <w:tcW w:type="dxa" w:w="2880"/>
          </w:tcPr>
          <w:p>
            <w:r>
              <w:t>李梦瑶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20271028426299</w:t>
            </w:r>
          </w:p>
        </w:tc>
        <w:tc>
          <w:tcPr>
            <w:tcW w:type="dxa" w:w="2880"/>
          </w:tcPr>
          <w:p>
            <w:r>
              <w:t>范予希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20271028423879</w:t>
            </w:r>
          </w:p>
        </w:tc>
        <w:tc>
          <w:tcPr>
            <w:tcW w:type="dxa" w:w="2880"/>
          </w:tcPr>
          <w:p>
            <w:r>
              <w:t>吴颖彤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20271028445886</w:t>
            </w:r>
          </w:p>
        </w:tc>
        <w:tc>
          <w:tcPr>
            <w:tcW w:type="dxa" w:w="2880"/>
          </w:tcPr>
          <w:p>
            <w:r>
              <w:t>李承鸿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20271028437284</w:t>
            </w:r>
          </w:p>
        </w:tc>
        <w:tc>
          <w:tcPr>
            <w:tcW w:type="dxa" w:w="2880"/>
          </w:tcPr>
          <w:p>
            <w:r>
              <w:t>钱苏瑶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20271028439900</w:t>
            </w:r>
          </w:p>
        </w:tc>
        <w:tc>
          <w:tcPr>
            <w:tcW w:type="dxa" w:w="2880"/>
          </w:tcPr>
          <w:p>
            <w:r>
              <w:t>陈嘉诺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20271028435864</w:t>
            </w:r>
          </w:p>
        </w:tc>
        <w:tc>
          <w:tcPr>
            <w:tcW w:type="dxa" w:w="2880"/>
          </w:tcPr>
          <w:p>
            <w:r>
              <w:t>陈雨萌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20271028408568</w:t>
            </w:r>
          </w:p>
        </w:tc>
        <w:tc>
          <w:tcPr>
            <w:tcW w:type="dxa" w:w="2880"/>
          </w:tcPr>
          <w:p>
            <w:r>
              <w:t>周宇轩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20271028400340</w:t>
            </w:r>
          </w:p>
        </w:tc>
        <w:tc>
          <w:tcPr>
            <w:tcW w:type="dxa" w:w="2880"/>
          </w:tcPr>
          <w:p>
            <w:r>
              <w:t>丁亦非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20271028400635</w:t>
            </w:r>
          </w:p>
        </w:tc>
        <w:tc>
          <w:tcPr>
            <w:tcW w:type="dxa" w:w="2880"/>
          </w:tcPr>
          <w:p>
            <w:r>
              <w:t>张润馨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20271028415842</w:t>
            </w:r>
          </w:p>
        </w:tc>
        <w:tc>
          <w:tcPr>
            <w:tcW w:type="dxa" w:w="2880"/>
          </w:tcPr>
          <w:p>
            <w:r>
              <w:t>吴箫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20271028428080</w:t>
            </w:r>
          </w:p>
        </w:tc>
        <w:tc>
          <w:tcPr>
            <w:tcW w:type="dxa" w:w="2880"/>
          </w:tcPr>
          <w:p>
            <w:r>
              <w:t>张琦筠</w:t>
            </w:r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20271028406455</w:t>
            </w:r>
          </w:p>
        </w:tc>
        <w:tc>
          <w:tcPr>
            <w:tcW w:type="dxa" w:w="2880"/>
          </w:tcPr>
          <w:p>
            <w:r>
              <w:t>张瑞航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20271028435107</w:t>
            </w:r>
          </w:p>
        </w:tc>
        <w:tc>
          <w:tcPr>
            <w:tcW w:type="dxa" w:w="2880"/>
          </w:tcPr>
          <w:p>
            <w:r>
              <w:t>曾诗焱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20271028444894</w:t>
            </w:r>
          </w:p>
        </w:tc>
        <w:tc>
          <w:tcPr>
            <w:tcW w:type="dxa" w:w="2880"/>
          </w:tcPr>
          <w:p>
            <w:r>
              <w:t>张木籽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20271028406249</w:t>
            </w:r>
          </w:p>
        </w:tc>
        <w:tc>
          <w:tcPr>
            <w:tcW w:type="dxa" w:w="2880"/>
          </w:tcPr>
          <w:p>
            <w:r>
              <w:t>黄卓然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20271028437969</w:t>
            </w:r>
          </w:p>
        </w:tc>
        <w:tc>
          <w:tcPr>
            <w:tcW w:type="dxa" w:w="2880"/>
          </w:tcPr>
          <w:p>
            <w:r>
              <w:t>黄智灵</w:t>
            </w:r>
          </w:p>
        </w:tc>
      </w:tr>
      <w:tr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20271028436902</w:t>
            </w:r>
          </w:p>
        </w:tc>
        <w:tc>
          <w:tcPr>
            <w:tcW w:type="dxa" w:w="2880"/>
          </w:tcPr>
          <w:p>
            <w:r>
              <w:t>黄宝伊</w:t>
            </w:r>
          </w:p>
        </w:tc>
      </w:tr>
      <w:tr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20271028403939</w:t>
            </w:r>
          </w:p>
        </w:tc>
        <w:tc>
          <w:tcPr>
            <w:tcW w:type="dxa" w:w="2880"/>
          </w:tcPr>
          <w:p>
            <w:r>
              <w:t>刘恩琦</w:t>
            </w:r>
          </w:p>
        </w:tc>
      </w:tr>
      <w:tr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20271028405877</w:t>
            </w:r>
          </w:p>
        </w:tc>
        <w:tc>
          <w:tcPr>
            <w:tcW w:type="dxa" w:w="2880"/>
          </w:tcPr>
          <w:p>
            <w:r>
              <w:t>张心怡</w:t>
            </w:r>
          </w:p>
        </w:tc>
      </w:tr>
      <w:tr>
        <w:tc>
          <w:tcPr>
            <w:tcW w:type="dxa" w:w="2880"/>
          </w:tcPr>
          <w:p>
            <w:r>
              <w:t>31</w:t>
            </w:r>
          </w:p>
        </w:tc>
        <w:tc>
          <w:tcPr>
            <w:tcW w:type="dxa" w:w="2880"/>
          </w:tcPr>
          <w:p>
            <w:r>
              <w:t>20271028411737</w:t>
            </w:r>
          </w:p>
        </w:tc>
        <w:tc>
          <w:tcPr>
            <w:tcW w:type="dxa" w:w="2880"/>
          </w:tcPr>
          <w:p>
            <w:r>
              <w:t>杨诗诺</w:t>
            </w:r>
          </w:p>
        </w:tc>
      </w:tr>
      <w:tr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20271028409082</w:t>
            </w:r>
          </w:p>
        </w:tc>
        <w:tc>
          <w:tcPr>
            <w:tcW w:type="dxa" w:w="2880"/>
          </w:tcPr>
          <w:p>
            <w:r>
              <w:t>陈佳怡</w:t>
            </w:r>
          </w:p>
        </w:tc>
      </w:tr>
      <w:tr>
        <w:tc>
          <w:tcPr>
            <w:tcW w:type="dxa" w:w="2880"/>
          </w:tcPr>
          <w:p>
            <w:r>
              <w:t>33</w:t>
            </w:r>
          </w:p>
        </w:tc>
        <w:tc>
          <w:tcPr>
            <w:tcW w:type="dxa" w:w="2880"/>
          </w:tcPr>
          <w:p>
            <w:r>
              <w:t>20271028400081</w:t>
            </w:r>
          </w:p>
        </w:tc>
        <w:tc>
          <w:tcPr>
            <w:tcW w:type="dxa" w:w="2880"/>
          </w:tcPr>
          <w:p>
            <w:r>
              <w:t>文梓婧</w:t>
            </w:r>
          </w:p>
        </w:tc>
      </w:tr>
      <w:tr>
        <w:tc>
          <w:tcPr>
            <w:tcW w:type="dxa" w:w="2880"/>
          </w:tcPr>
          <w:p>
            <w:r>
              <w:t>34</w:t>
            </w:r>
          </w:p>
        </w:tc>
        <w:tc>
          <w:tcPr>
            <w:tcW w:type="dxa" w:w="2880"/>
          </w:tcPr>
          <w:p>
            <w:r>
              <w:t>20271028446191</w:t>
            </w:r>
          </w:p>
        </w:tc>
        <w:tc>
          <w:tcPr>
            <w:tcW w:type="dxa" w:w="2880"/>
          </w:tcPr>
          <w:p>
            <w:r>
              <w:t>刘歆雨</w:t>
            </w:r>
          </w:p>
        </w:tc>
      </w:tr>
      <w:tr>
        <w:tc>
          <w:tcPr>
            <w:tcW w:type="dxa" w:w="2880"/>
          </w:tcPr>
          <w:p>
            <w:r>
              <w:t>35</w:t>
            </w:r>
          </w:p>
        </w:tc>
        <w:tc>
          <w:tcPr>
            <w:tcW w:type="dxa" w:w="2880"/>
          </w:tcPr>
          <w:p>
            <w:r>
              <w:t>20271028419120</w:t>
            </w:r>
          </w:p>
        </w:tc>
        <w:tc>
          <w:tcPr>
            <w:tcW w:type="dxa" w:w="2880"/>
          </w:tcPr>
          <w:p>
            <w:r>
              <w:t>黄琳惠</w:t>
            </w:r>
          </w:p>
        </w:tc>
      </w:tr>
      <w:tr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20271028412899</w:t>
            </w:r>
          </w:p>
        </w:tc>
        <w:tc>
          <w:tcPr>
            <w:tcW w:type="dxa" w:w="2880"/>
          </w:tcPr>
          <w:p>
            <w:r>
              <w:t>陈鹳月</w:t>
            </w:r>
          </w:p>
        </w:tc>
      </w:tr>
      <w:tr>
        <w:tc>
          <w:tcPr>
            <w:tcW w:type="dxa" w:w="2880"/>
          </w:tcPr>
          <w:p>
            <w:r>
              <w:t>37</w:t>
            </w:r>
          </w:p>
        </w:tc>
        <w:tc>
          <w:tcPr>
            <w:tcW w:type="dxa" w:w="2880"/>
          </w:tcPr>
          <w:p>
            <w:r>
              <w:t>20271028445875</w:t>
            </w:r>
          </w:p>
        </w:tc>
        <w:tc>
          <w:tcPr>
            <w:tcW w:type="dxa" w:w="2880"/>
          </w:tcPr>
          <w:p>
            <w:r>
              <w:t>陈泉灵</w:t>
            </w:r>
          </w:p>
        </w:tc>
      </w:tr>
      <w:tr>
        <w:tc>
          <w:tcPr>
            <w:tcW w:type="dxa" w:w="2880"/>
          </w:tcPr>
          <w:p>
            <w:r>
              <w:t>38</w:t>
            </w:r>
          </w:p>
        </w:tc>
        <w:tc>
          <w:tcPr>
            <w:tcW w:type="dxa" w:w="2880"/>
          </w:tcPr>
          <w:p>
            <w:r>
              <w:t>20271028442424</w:t>
            </w:r>
          </w:p>
        </w:tc>
        <w:tc>
          <w:tcPr>
            <w:tcW w:type="dxa" w:w="2880"/>
          </w:tcPr>
          <w:p>
            <w:r>
              <w:t>张可菲</w:t>
            </w:r>
          </w:p>
        </w:tc>
      </w:tr>
      <w:tr>
        <w:tc>
          <w:tcPr>
            <w:tcW w:type="dxa" w:w="2880"/>
          </w:tcPr>
          <w:p>
            <w:r>
              <w:t>39</w:t>
            </w:r>
          </w:p>
        </w:tc>
        <w:tc>
          <w:tcPr>
            <w:tcW w:type="dxa" w:w="2880"/>
          </w:tcPr>
          <w:p>
            <w:r>
              <w:t>20271028401818</w:t>
            </w:r>
          </w:p>
        </w:tc>
        <w:tc>
          <w:tcPr>
            <w:tcW w:type="dxa" w:w="2880"/>
          </w:tcPr>
          <w:p>
            <w:r>
              <w:t>李怡然</w:t>
            </w:r>
          </w:p>
        </w:tc>
      </w:tr>
      <w:tr>
        <w:tc>
          <w:tcPr>
            <w:tcW w:type="dxa" w:w="2880"/>
          </w:tcPr>
          <w:p>
            <w:r>
              <w:t>40</w:t>
            </w:r>
          </w:p>
        </w:tc>
        <w:tc>
          <w:tcPr>
            <w:tcW w:type="dxa" w:w="2880"/>
          </w:tcPr>
          <w:p>
            <w:r>
              <w:t>20271028403741</w:t>
            </w:r>
          </w:p>
        </w:tc>
        <w:tc>
          <w:tcPr>
            <w:tcW w:type="dxa" w:w="2880"/>
          </w:tcPr>
          <w:p>
            <w:r>
              <w:t>孙宁谦</w:t>
            </w:r>
          </w:p>
        </w:tc>
      </w:tr>
      <w:tr>
        <w:tc>
          <w:tcPr>
            <w:tcW w:type="dxa" w:w="2880"/>
          </w:tcPr>
          <w:p>
            <w:r>
              <w:t>41</w:t>
            </w:r>
          </w:p>
        </w:tc>
        <w:tc>
          <w:tcPr>
            <w:tcW w:type="dxa" w:w="2880"/>
          </w:tcPr>
          <w:p>
            <w:r>
              <w:t>20271028405872</w:t>
            </w:r>
          </w:p>
        </w:tc>
        <w:tc>
          <w:tcPr>
            <w:tcW w:type="dxa" w:w="2880"/>
          </w:tcPr>
          <w:p>
            <w:r>
              <w:t>李欣欣</w:t>
            </w:r>
          </w:p>
        </w:tc>
      </w:tr>
      <w:tr>
        <w:tc>
          <w:tcPr>
            <w:tcW w:type="dxa" w:w="2880"/>
          </w:tcPr>
          <w:p>
            <w:r>
              <w:t>42</w:t>
            </w:r>
          </w:p>
        </w:tc>
        <w:tc>
          <w:tcPr>
            <w:tcW w:type="dxa" w:w="2880"/>
          </w:tcPr>
          <w:p>
            <w:r>
              <w:t>20271028402046</w:t>
            </w:r>
          </w:p>
        </w:tc>
        <w:tc>
          <w:tcPr>
            <w:tcW w:type="dxa" w:w="2880"/>
          </w:tcPr>
          <w:p>
            <w:r>
              <w:t>袁颢桐</w:t>
            </w:r>
          </w:p>
        </w:tc>
      </w:tr>
      <w:tr>
        <w:tc>
          <w:tcPr>
            <w:tcW w:type="dxa" w:w="2880"/>
          </w:tcPr>
          <w:p>
            <w:r>
              <w:t>43</w:t>
            </w:r>
          </w:p>
        </w:tc>
        <w:tc>
          <w:tcPr>
            <w:tcW w:type="dxa" w:w="2880"/>
          </w:tcPr>
          <w:p>
            <w:r>
              <w:t>20271028412992</w:t>
            </w:r>
          </w:p>
        </w:tc>
        <w:tc>
          <w:tcPr>
            <w:tcW w:type="dxa" w:w="2880"/>
          </w:tcPr>
          <w:p>
            <w:r>
              <w:t>肖驰宇</w:t>
            </w:r>
          </w:p>
        </w:tc>
      </w:tr>
      <w:tr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20271028446757</w:t>
            </w:r>
          </w:p>
        </w:tc>
        <w:tc>
          <w:tcPr>
            <w:tcW w:type="dxa" w:w="2880"/>
          </w:tcPr>
          <w:p>
            <w:r>
              <w:t>赵静怡</w:t>
            </w:r>
          </w:p>
        </w:tc>
      </w:tr>
      <w:tr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20271028443374</w:t>
            </w:r>
          </w:p>
        </w:tc>
        <w:tc>
          <w:tcPr>
            <w:tcW w:type="dxa" w:w="2880"/>
          </w:tcPr>
          <w:p>
            <w:r>
              <w:t>乔虹惠</w:t>
            </w:r>
          </w:p>
        </w:tc>
      </w:tr>
      <w:tr>
        <w:tc>
          <w:tcPr>
            <w:tcW w:type="dxa" w:w="2880"/>
          </w:tcPr>
          <w:p>
            <w:r>
              <w:t>46</w:t>
            </w:r>
          </w:p>
        </w:tc>
        <w:tc>
          <w:tcPr>
            <w:tcW w:type="dxa" w:w="2880"/>
          </w:tcPr>
          <w:p>
            <w:r>
              <w:t>20271028417481</w:t>
            </w:r>
          </w:p>
        </w:tc>
        <w:tc>
          <w:tcPr>
            <w:tcW w:type="dxa" w:w="2880"/>
          </w:tcPr>
          <w:p>
            <w:r>
              <w:t>卢佳仪</w:t>
            </w:r>
          </w:p>
        </w:tc>
      </w:tr>
      <w:tr>
        <w:tc>
          <w:tcPr>
            <w:tcW w:type="dxa" w:w="2880"/>
          </w:tcPr>
          <w:p>
            <w:r>
              <w:t>47</w:t>
            </w:r>
          </w:p>
        </w:tc>
        <w:tc>
          <w:tcPr>
            <w:tcW w:type="dxa" w:w="2880"/>
          </w:tcPr>
          <w:p>
            <w:r>
              <w:t>20271028444145</w:t>
            </w:r>
          </w:p>
        </w:tc>
        <w:tc>
          <w:tcPr>
            <w:tcW w:type="dxa" w:w="2880"/>
          </w:tcPr>
          <w:p>
            <w:r>
              <w:t>辛昊恩</w:t>
            </w:r>
          </w:p>
        </w:tc>
      </w:tr>
      <w:tr>
        <w:tc>
          <w:tcPr>
            <w:tcW w:type="dxa" w:w="2880"/>
          </w:tcPr>
          <w:p>
            <w:r>
              <w:t>48</w:t>
            </w:r>
          </w:p>
        </w:tc>
        <w:tc>
          <w:tcPr>
            <w:tcW w:type="dxa" w:w="2880"/>
          </w:tcPr>
          <w:p>
            <w:r>
              <w:t>20271028403674</w:t>
            </w:r>
          </w:p>
        </w:tc>
        <w:tc>
          <w:tcPr>
            <w:tcW w:type="dxa" w:w="2880"/>
          </w:tcPr>
          <w:p>
            <w:r>
              <w:t>张芯蕊</w:t>
            </w:r>
          </w:p>
        </w:tc>
      </w:tr>
      <w:tr>
        <w:tc>
          <w:tcPr>
            <w:tcW w:type="dxa" w:w="2880"/>
          </w:tcPr>
          <w:p>
            <w:r>
              <w:t>49</w:t>
            </w:r>
          </w:p>
        </w:tc>
        <w:tc>
          <w:tcPr>
            <w:tcW w:type="dxa" w:w="2880"/>
          </w:tcPr>
          <w:p>
            <w:r>
              <w:t>20271028445085</w:t>
            </w:r>
          </w:p>
        </w:tc>
        <w:tc>
          <w:tcPr>
            <w:tcW w:type="dxa" w:w="2880"/>
          </w:tcPr>
          <w:p>
            <w:r>
              <w:t>姜芮杨</w:t>
            </w:r>
          </w:p>
        </w:tc>
      </w:tr>
      <w:tr>
        <w:tc>
          <w:tcPr>
            <w:tcW w:type="dxa" w:w="2880"/>
          </w:tcPr>
          <w:p>
            <w:r>
              <w:t>50</w:t>
            </w:r>
          </w:p>
        </w:tc>
        <w:tc>
          <w:tcPr>
            <w:tcW w:type="dxa" w:w="2880"/>
          </w:tcPr>
          <w:p>
            <w:r>
              <w:t>20271028437351</w:t>
            </w:r>
          </w:p>
        </w:tc>
        <w:tc>
          <w:tcPr>
            <w:tcW w:type="dxa" w:w="2880"/>
          </w:tcPr>
          <w:p>
            <w:r>
              <w:t>李思娴</w:t>
            </w:r>
          </w:p>
        </w:tc>
      </w:tr>
      <w:tr>
        <w:tc>
          <w:tcPr>
            <w:tcW w:type="dxa" w:w="2880"/>
          </w:tcPr>
          <w:p>
            <w:r>
              <w:t>51</w:t>
            </w:r>
          </w:p>
        </w:tc>
        <w:tc>
          <w:tcPr>
            <w:tcW w:type="dxa" w:w="2880"/>
          </w:tcPr>
          <w:p>
            <w:r>
              <w:t>20271028401868</w:t>
            </w:r>
          </w:p>
        </w:tc>
        <w:tc>
          <w:tcPr>
            <w:tcW w:type="dxa" w:w="2880"/>
          </w:tcPr>
          <w:p>
            <w:r>
              <w:t>王菁涵</w:t>
            </w:r>
          </w:p>
        </w:tc>
      </w:tr>
      <w:tr>
        <w:tc>
          <w:tcPr>
            <w:tcW w:type="dxa" w:w="2880"/>
          </w:tcPr>
          <w:p>
            <w:r>
              <w:t>52</w:t>
            </w:r>
          </w:p>
        </w:tc>
        <w:tc>
          <w:tcPr>
            <w:tcW w:type="dxa" w:w="2880"/>
          </w:tcPr>
          <w:p>
            <w:r>
              <w:t>20271028437658</w:t>
            </w:r>
          </w:p>
        </w:tc>
        <w:tc>
          <w:tcPr>
            <w:tcW w:type="dxa" w:w="2880"/>
          </w:tcPr>
          <w:p>
            <w:r>
              <w:t>张景棋</w:t>
            </w:r>
          </w:p>
        </w:tc>
      </w:tr>
      <w:tr>
        <w:tc>
          <w:tcPr>
            <w:tcW w:type="dxa" w:w="2880"/>
          </w:tcPr>
          <w:p>
            <w:r>
              <w:t>53</w:t>
            </w:r>
          </w:p>
        </w:tc>
        <w:tc>
          <w:tcPr>
            <w:tcW w:type="dxa" w:w="2880"/>
          </w:tcPr>
          <w:p>
            <w:r>
              <w:t>20271028425676</w:t>
            </w:r>
          </w:p>
        </w:tc>
        <w:tc>
          <w:tcPr>
            <w:tcW w:type="dxa" w:w="2880"/>
          </w:tcPr>
          <w:p>
            <w:r>
              <w:t>杨晨曦</w:t>
            </w:r>
          </w:p>
        </w:tc>
      </w:tr>
      <w:tr>
        <w:tc>
          <w:tcPr>
            <w:tcW w:type="dxa" w:w="2880"/>
          </w:tcPr>
          <w:p>
            <w:r>
              <w:t>54</w:t>
            </w:r>
          </w:p>
        </w:tc>
        <w:tc>
          <w:tcPr>
            <w:tcW w:type="dxa" w:w="2880"/>
          </w:tcPr>
          <w:p>
            <w:r>
              <w:t>20271028446968</w:t>
            </w:r>
          </w:p>
        </w:tc>
        <w:tc>
          <w:tcPr>
            <w:tcW w:type="dxa" w:w="2880"/>
          </w:tcPr>
          <w:p>
            <w:r>
              <w:t>周杭</w:t>
            </w:r>
          </w:p>
        </w:tc>
      </w:tr>
      <w:tr>
        <w:tc>
          <w:tcPr>
            <w:tcW w:type="dxa" w:w="2880"/>
          </w:tcPr>
          <w:p>
            <w:r>
              <w:t>55</w:t>
            </w:r>
          </w:p>
        </w:tc>
        <w:tc>
          <w:tcPr>
            <w:tcW w:type="dxa" w:w="2880"/>
          </w:tcPr>
          <w:p>
            <w:r>
              <w:t>20271028441950</w:t>
            </w:r>
          </w:p>
        </w:tc>
        <w:tc>
          <w:tcPr>
            <w:tcW w:type="dxa" w:w="2880"/>
          </w:tcPr>
          <w:p>
            <w:r>
              <w:t>李佳咛</w:t>
            </w:r>
          </w:p>
        </w:tc>
      </w:tr>
      <w:tr>
        <w:tc>
          <w:tcPr>
            <w:tcW w:type="dxa" w:w="2880"/>
          </w:tcPr>
          <w:p>
            <w:r>
              <w:t>56</w:t>
            </w:r>
          </w:p>
        </w:tc>
        <w:tc>
          <w:tcPr>
            <w:tcW w:type="dxa" w:w="2880"/>
          </w:tcPr>
          <w:p>
            <w:r>
              <w:t>20271028414328</w:t>
            </w:r>
          </w:p>
        </w:tc>
        <w:tc>
          <w:tcPr>
            <w:tcW w:type="dxa" w:w="2880"/>
          </w:tcPr>
          <w:p>
            <w:r>
              <w:t>田町</w:t>
            </w:r>
          </w:p>
        </w:tc>
      </w:tr>
      <w:tr>
        <w:tc>
          <w:tcPr>
            <w:tcW w:type="dxa" w:w="2880"/>
          </w:tcPr>
          <w:p>
            <w:r>
              <w:t>57</w:t>
            </w:r>
          </w:p>
        </w:tc>
        <w:tc>
          <w:tcPr>
            <w:tcW w:type="dxa" w:w="2880"/>
          </w:tcPr>
          <w:p>
            <w:r>
              <w:t>20271028433839</w:t>
            </w:r>
          </w:p>
        </w:tc>
        <w:tc>
          <w:tcPr>
            <w:tcW w:type="dxa" w:w="2880"/>
          </w:tcPr>
          <w:p>
            <w:r>
              <w:t>徐皖豫</w:t>
            </w:r>
          </w:p>
        </w:tc>
      </w:tr>
      <w:tr>
        <w:tc>
          <w:tcPr>
            <w:tcW w:type="dxa" w:w="2880"/>
          </w:tcPr>
          <w:p>
            <w:r>
              <w:t>58</w:t>
            </w:r>
          </w:p>
        </w:tc>
        <w:tc>
          <w:tcPr>
            <w:tcW w:type="dxa" w:w="2880"/>
          </w:tcPr>
          <w:p>
            <w:r>
              <w:t>20271028423248</w:t>
            </w:r>
          </w:p>
        </w:tc>
        <w:tc>
          <w:tcPr>
            <w:tcW w:type="dxa" w:w="2880"/>
          </w:tcPr>
          <w:p>
            <w:r>
              <w:t>翁刃荀</w:t>
            </w:r>
          </w:p>
        </w:tc>
      </w:tr>
      <w:tr>
        <w:tc>
          <w:tcPr>
            <w:tcW w:type="dxa" w:w="2880"/>
          </w:tcPr>
          <w:p>
            <w:r>
              <w:t>59</w:t>
            </w:r>
          </w:p>
        </w:tc>
        <w:tc>
          <w:tcPr>
            <w:tcW w:type="dxa" w:w="2880"/>
          </w:tcPr>
          <w:p>
            <w:r>
              <w:t>20271028444606</w:t>
            </w:r>
          </w:p>
        </w:tc>
        <w:tc>
          <w:tcPr>
            <w:tcW w:type="dxa" w:w="2880"/>
          </w:tcPr>
          <w:p>
            <w:r>
              <w:t>吴优</w:t>
            </w:r>
          </w:p>
        </w:tc>
      </w:tr>
      <w:tr>
        <w:tc>
          <w:tcPr>
            <w:tcW w:type="dxa" w:w="2880"/>
          </w:tcPr>
          <w:p>
            <w:r>
              <w:t>60</w:t>
            </w:r>
          </w:p>
        </w:tc>
        <w:tc>
          <w:tcPr>
            <w:tcW w:type="dxa" w:w="2880"/>
          </w:tcPr>
          <w:p>
            <w:r>
              <w:t>20271028415577</w:t>
            </w:r>
          </w:p>
        </w:tc>
        <w:tc>
          <w:tcPr>
            <w:tcW w:type="dxa" w:w="2880"/>
          </w:tcPr>
          <w:p>
            <w:r>
              <w:t>金钰程</w:t>
            </w:r>
          </w:p>
        </w:tc>
      </w:tr>
      <w:tr>
        <w:tc>
          <w:tcPr>
            <w:tcW w:type="dxa" w:w="2880"/>
          </w:tcPr>
          <w:p>
            <w:r>
              <w:t>61</w:t>
            </w:r>
          </w:p>
        </w:tc>
        <w:tc>
          <w:tcPr>
            <w:tcW w:type="dxa" w:w="2880"/>
          </w:tcPr>
          <w:p>
            <w:r>
              <w:t>20271028440828</w:t>
            </w:r>
          </w:p>
        </w:tc>
        <w:tc>
          <w:tcPr>
            <w:tcW w:type="dxa" w:w="2880"/>
          </w:tcPr>
          <w:p>
            <w:r>
              <w:t>陈若瑜</w:t>
            </w:r>
          </w:p>
        </w:tc>
      </w:tr>
      <w:tr>
        <w:tc>
          <w:tcPr>
            <w:tcW w:type="dxa" w:w="2880"/>
          </w:tcPr>
          <w:p>
            <w:r>
              <w:t>62</w:t>
            </w:r>
          </w:p>
        </w:tc>
        <w:tc>
          <w:tcPr>
            <w:tcW w:type="dxa" w:w="2880"/>
          </w:tcPr>
          <w:p>
            <w:r>
              <w:t>20271028430516</w:t>
            </w:r>
          </w:p>
        </w:tc>
        <w:tc>
          <w:tcPr>
            <w:tcW w:type="dxa" w:w="2880"/>
          </w:tcPr>
          <w:p>
            <w:r>
              <w:t>王瑾艺</w:t>
            </w:r>
          </w:p>
        </w:tc>
      </w:tr>
      <w:tr>
        <w:tc>
          <w:tcPr>
            <w:tcW w:type="dxa" w:w="2880"/>
          </w:tcPr>
          <w:p>
            <w:r>
              <w:t>63</w:t>
            </w:r>
          </w:p>
        </w:tc>
        <w:tc>
          <w:tcPr>
            <w:tcW w:type="dxa" w:w="2880"/>
          </w:tcPr>
          <w:p>
            <w:r>
              <w:t>20271028409461</w:t>
            </w:r>
          </w:p>
        </w:tc>
        <w:tc>
          <w:tcPr>
            <w:tcW w:type="dxa" w:w="2880"/>
          </w:tcPr>
          <w:p>
            <w:r>
              <w:t>于雯君</w:t>
            </w:r>
          </w:p>
        </w:tc>
      </w:tr>
      <w:tr>
        <w:tc>
          <w:tcPr>
            <w:tcW w:type="dxa" w:w="2880"/>
          </w:tcPr>
          <w:p>
            <w:r>
              <w:t>64</w:t>
            </w:r>
          </w:p>
        </w:tc>
        <w:tc>
          <w:tcPr>
            <w:tcW w:type="dxa" w:w="2880"/>
          </w:tcPr>
          <w:p>
            <w:r>
              <w:t>20271028434290</w:t>
            </w:r>
          </w:p>
        </w:tc>
        <w:tc>
          <w:tcPr>
            <w:tcW w:type="dxa" w:w="2880"/>
          </w:tcPr>
          <w:p>
            <w:r>
              <w:t>梁晓晨</w:t>
            </w:r>
          </w:p>
        </w:tc>
      </w:tr>
      <w:tr>
        <w:tc>
          <w:tcPr>
            <w:tcW w:type="dxa" w:w="2880"/>
          </w:tcPr>
          <w:p>
            <w:r>
              <w:t>65</w:t>
            </w:r>
          </w:p>
        </w:tc>
        <w:tc>
          <w:tcPr>
            <w:tcW w:type="dxa" w:w="2880"/>
          </w:tcPr>
          <w:p>
            <w:r>
              <w:t>20271028442898</w:t>
            </w:r>
          </w:p>
        </w:tc>
        <w:tc>
          <w:tcPr>
            <w:tcW w:type="dxa" w:w="2880"/>
          </w:tcPr>
          <w:p>
            <w:r>
              <w:t>李晓璐</w:t>
            </w:r>
          </w:p>
        </w:tc>
      </w:tr>
      <w:tr>
        <w:tc>
          <w:tcPr>
            <w:tcW w:type="dxa" w:w="2880"/>
          </w:tcPr>
          <w:p>
            <w:r>
              <w:t>66</w:t>
            </w:r>
          </w:p>
        </w:tc>
        <w:tc>
          <w:tcPr>
            <w:tcW w:type="dxa" w:w="2880"/>
          </w:tcPr>
          <w:p>
            <w:r>
              <w:t>20271028403940</w:t>
            </w:r>
          </w:p>
        </w:tc>
        <w:tc>
          <w:tcPr>
            <w:tcW w:type="dxa" w:w="2880"/>
          </w:tcPr>
          <w:p>
            <w:r>
              <w:t>陈仪珂</w:t>
            </w:r>
          </w:p>
        </w:tc>
      </w:tr>
      <w:tr>
        <w:tc>
          <w:tcPr>
            <w:tcW w:type="dxa" w:w="2880"/>
          </w:tcPr>
          <w:p>
            <w:r>
              <w:t>67</w:t>
            </w:r>
          </w:p>
        </w:tc>
        <w:tc>
          <w:tcPr>
            <w:tcW w:type="dxa" w:w="2880"/>
          </w:tcPr>
          <w:p>
            <w:r>
              <w:t>20271028422587</w:t>
            </w:r>
          </w:p>
        </w:tc>
        <w:tc>
          <w:tcPr>
            <w:tcW w:type="dxa" w:w="2880"/>
          </w:tcPr>
          <w:p>
            <w:r>
              <w:t>王子瑶</w:t>
            </w:r>
          </w:p>
        </w:tc>
      </w:tr>
      <w:tr>
        <w:tc>
          <w:tcPr>
            <w:tcW w:type="dxa" w:w="2880"/>
          </w:tcPr>
          <w:p>
            <w:r>
              <w:t>68</w:t>
            </w:r>
          </w:p>
        </w:tc>
        <w:tc>
          <w:tcPr>
            <w:tcW w:type="dxa" w:w="2880"/>
          </w:tcPr>
          <w:p>
            <w:r>
              <w:t>20271028426297</w:t>
            </w:r>
          </w:p>
        </w:tc>
        <w:tc>
          <w:tcPr>
            <w:tcW w:type="dxa" w:w="2880"/>
          </w:tcPr>
          <w:p>
            <w:r>
              <w:t>孙启桐</w:t>
            </w:r>
          </w:p>
        </w:tc>
      </w:tr>
      <w:tr>
        <w:tc>
          <w:tcPr>
            <w:tcW w:type="dxa" w:w="2880"/>
          </w:tcPr>
          <w:p>
            <w:r>
              <w:t>69</w:t>
            </w:r>
          </w:p>
        </w:tc>
        <w:tc>
          <w:tcPr>
            <w:tcW w:type="dxa" w:w="2880"/>
          </w:tcPr>
          <w:p>
            <w:r>
              <w:t>20271028430688</w:t>
            </w:r>
          </w:p>
        </w:tc>
        <w:tc>
          <w:tcPr>
            <w:tcW w:type="dxa" w:w="2880"/>
          </w:tcPr>
          <w:p>
            <w:r>
              <w:t>杨如星</w:t>
            </w:r>
          </w:p>
        </w:tc>
      </w:tr>
      <w:tr>
        <w:tc>
          <w:tcPr>
            <w:tcW w:type="dxa" w:w="2880"/>
          </w:tcPr>
          <w:p>
            <w:r>
              <w:t>70</w:t>
            </w:r>
          </w:p>
        </w:tc>
        <w:tc>
          <w:tcPr>
            <w:tcW w:type="dxa" w:w="2880"/>
          </w:tcPr>
          <w:p>
            <w:r>
              <w:t>20271028431365</w:t>
            </w:r>
          </w:p>
        </w:tc>
        <w:tc>
          <w:tcPr>
            <w:tcW w:type="dxa" w:w="2880"/>
          </w:tcPr>
          <w:p>
            <w:r>
              <w:t>骆宣辰</w:t>
            </w:r>
          </w:p>
        </w:tc>
      </w:tr>
      <w:tr>
        <w:tc>
          <w:tcPr>
            <w:tcW w:type="dxa" w:w="2880"/>
          </w:tcPr>
          <w:p>
            <w:r>
              <w:t>71</w:t>
            </w:r>
          </w:p>
        </w:tc>
        <w:tc>
          <w:tcPr>
            <w:tcW w:type="dxa" w:w="2880"/>
          </w:tcPr>
          <w:p>
            <w:r>
              <w:t>20271028440241</w:t>
            </w:r>
          </w:p>
        </w:tc>
        <w:tc>
          <w:tcPr>
            <w:tcW w:type="dxa" w:w="2880"/>
          </w:tcPr>
          <w:p>
            <w:r>
              <w:t>李家昕</w:t>
            </w:r>
          </w:p>
        </w:tc>
      </w:tr>
      <w:tr>
        <w:tc>
          <w:tcPr>
            <w:tcW w:type="dxa" w:w="2880"/>
          </w:tcPr>
          <w:p>
            <w:r>
              <w:t>72</w:t>
            </w:r>
          </w:p>
        </w:tc>
        <w:tc>
          <w:tcPr>
            <w:tcW w:type="dxa" w:w="2880"/>
          </w:tcPr>
          <w:p>
            <w:r>
              <w:t>20271028443062</w:t>
            </w:r>
          </w:p>
        </w:tc>
        <w:tc>
          <w:tcPr>
            <w:tcW w:type="dxa" w:w="2880"/>
          </w:tcPr>
          <w:p>
            <w:r>
              <w:t>胡馨月</w:t>
            </w:r>
          </w:p>
        </w:tc>
      </w:tr>
      <w:tr>
        <w:tc>
          <w:tcPr>
            <w:tcW w:type="dxa" w:w="2880"/>
          </w:tcPr>
          <w:p>
            <w:r>
              <w:t>73</w:t>
            </w:r>
          </w:p>
        </w:tc>
        <w:tc>
          <w:tcPr>
            <w:tcW w:type="dxa" w:w="2880"/>
          </w:tcPr>
          <w:p>
            <w:r>
              <w:t>20271028437483</w:t>
            </w:r>
          </w:p>
        </w:tc>
        <w:tc>
          <w:tcPr>
            <w:tcW w:type="dxa" w:w="2880"/>
          </w:tcPr>
          <w:p>
            <w:r>
              <w:t>陈靖瑶</w:t>
            </w:r>
          </w:p>
        </w:tc>
      </w:tr>
      <w:tr>
        <w:tc>
          <w:tcPr>
            <w:tcW w:type="dxa" w:w="2880"/>
          </w:tcPr>
          <w:p>
            <w:r>
              <w:t>74</w:t>
            </w:r>
          </w:p>
        </w:tc>
        <w:tc>
          <w:tcPr>
            <w:tcW w:type="dxa" w:w="2880"/>
          </w:tcPr>
          <w:p>
            <w:r>
              <w:t>20271028430070</w:t>
            </w:r>
          </w:p>
        </w:tc>
        <w:tc>
          <w:tcPr>
            <w:tcW w:type="dxa" w:w="2880"/>
          </w:tcPr>
          <w:p>
            <w:r>
              <w:t>伍忆</w:t>
            </w:r>
          </w:p>
        </w:tc>
      </w:tr>
      <w:tr>
        <w:tc>
          <w:tcPr>
            <w:tcW w:type="dxa" w:w="2880"/>
          </w:tcPr>
          <w:p>
            <w:r>
              <w:t>75</w:t>
            </w:r>
          </w:p>
        </w:tc>
        <w:tc>
          <w:tcPr>
            <w:tcW w:type="dxa" w:w="2880"/>
          </w:tcPr>
          <w:p>
            <w:r>
              <w:t>20271028419151</w:t>
            </w:r>
          </w:p>
        </w:tc>
        <w:tc>
          <w:tcPr>
            <w:tcW w:type="dxa" w:w="2880"/>
          </w:tcPr>
          <w:p>
            <w:r>
              <w:t>黄静怡</w:t>
            </w:r>
          </w:p>
        </w:tc>
      </w:tr>
      <w:tr>
        <w:tc>
          <w:tcPr>
            <w:tcW w:type="dxa" w:w="2880"/>
          </w:tcPr>
          <w:p>
            <w:r>
              <w:t>76</w:t>
            </w:r>
          </w:p>
        </w:tc>
        <w:tc>
          <w:tcPr>
            <w:tcW w:type="dxa" w:w="2880"/>
          </w:tcPr>
          <w:p>
            <w:r>
              <w:t>20271028436232</w:t>
            </w:r>
          </w:p>
        </w:tc>
        <w:tc>
          <w:tcPr>
            <w:tcW w:type="dxa" w:w="2880"/>
          </w:tcPr>
          <w:p>
            <w:r>
              <w:t>张家涵</w:t>
            </w:r>
          </w:p>
        </w:tc>
      </w:tr>
      <w:tr>
        <w:tc>
          <w:tcPr>
            <w:tcW w:type="dxa" w:w="2880"/>
          </w:tcPr>
          <w:p>
            <w:r>
              <w:t>77</w:t>
            </w:r>
          </w:p>
        </w:tc>
        <w:tc>
          <w:tcPr>
            <w:tcW w:type="dxa" w:w="2880"/>
          </w:tcPr>
          <w:p>
            <w:r>
              <w:t>20271028444988</w:t>
            </w:r>
          </w:p>
        </w:tc>
        <w:tc>
          <w:tcPr>
            <w:tcW w:type="dxa" w:w="2880"/>
          </w:tcPr>
          <w:p>
            <w:r>
              <w:t>樊浥城</w:t>
            </w:r>
          </w:p>
        </w:tc>
      </w:tr>
      <w:tr>
        <w:tc>
          <w:tcPr>
            <w:tcW w:type="dxa" w:w="2880"/>
          </w:tcPr>
          <w:p>
            <w:r>
              <w:t>78</w:t>
            </w:r>
          </w:p>
        </w:tc>
        <w:tc>
          <w:tcPr>
            <w:tcW w:type="dxa" w:w="2880"/>
          </w:tcPr>
          <w:p>
            <w:r>
              <w:t>20271028413610</w:t>
            </w:r>
          </w:p>
        </w:tc>
        <w:tc>
          <w:tcPr>
            <w:tcW w:type="dxa" w:w="2880"/>
          </w:tcPr>
          <w:p>
            <w:r>
              <w:t>高源</w:t>
            </w:r>
          </w:p>
        </w:tc>
      </w:tr>
      <w:tr>
        <w:tc>
          <w:tcPr>
            <w:tcW w:type="dxa" w:w="2880"/>
          </w:tcPr>
          <w:p>
            <w:r>
              <w:t>79</w:t>
            </w:r>
          </w:p>
        </w:tc>
        <w:tc>
          <w:tcPr>
            <w:tcW w:type="dxa" w:w="2880"/>
          </w:tcPr>
          <w:p>
            <w:r>
              <w:t>20271028416310</w:t>
            </w:r>
          </w:p>
        </w:tc>
        <w:tc>
          <w:tcPr>
            <w:tcW w:type="dxa" w:w="2880"/>
          </w:tcPr>
          <w:p>
            <w:r>
              <w:t>杨赟</w:t>
            </w:r>
          </w:p>
        </w:tc>
      </w:tr>
      <w:tr>
        <w:tc>
          <w:tcPr>
            <w:tcW w:type="dxa" w:w="2880"/>
          </w:tcPr>
          <w:p>
            <w:r>
              <w:t>80</w:t>
            </w:r>
          </w:p>
        </w:tc>
        <w:tc>
          <w:tcPr>
            <w:tcW w:type="dxa" w:w="2880"/>
          </w:tcPr>
          <w:p>
            <w:r>
              <w:t>20271028444465</w:t>
            </w:r>
          </w:p>
        </w:tc>
        <w:tc>
          <w:tcPr>
            <w:tcW w:type="dxa" w:w="2880"/>
          </w:tcPr>
          <w:p>
            <w:r>
              <w:t>曹晗煜</w:t>
            </w:r>
          </w:p>
        </w:tc>
      </w:tr>
      <w:tr>
        <w:tc>
          <w:tcPr>
            <w:tcW w:type="dxa" w:w="2880"/>
          </w:tcPr>
          <w:p>
            <w:r>
              <w:t>81</w:t>
            </w:r>
          </w:p>
        </w:tc>
        <w:tc>
          <w:tcPr>
            <w:tcW w:type="dxa" w:w="2880"/>
          </w:tcPr>
          <w:p>
            <w:r>
              <w:t>20271028431238</w:t>
            </w:r>
          </w:p>
        </w:tc>
        <w:tc>
          <w:tcPr>
            <w:tcW w:type="dxa" w:w="2880"/>
          </w:tcPr>
          <w:p>
            <w:r>
              <w:t>梁欣橙</w:t>
            </w:r>
          </w:p>
        </w:tc>
      </w:tr>
      <w:tr>
        <w:tc>
          <w:tcPr>
            <w:tcW w:type="dxa" w:w="2880"/>
          </w:tcPr>
          <w:p>
            <w:r>
              <w:t>82</w:t>
            </w:r>
          </w:p>
        </w:tc>
        <w:tc>
          <w:tcPr>
            <w:tcW w:type="dxa" w:w="2880"/>
          </w:tcPr>
          <w:p>
            <w:r>
              <w:t>20271028444379</w:t>
            </w:r>
          </w:p>
        </w:tc>
        <w:tc>
          <w:tcPr>
            <w:tcW w:type="dxa" w:w="2880"/>
          </w:tcPr>
          <w:p>
            <w:r>
              <w:t>冯爱玲</w:t>
            </w:r>
          </w:p>
        </w:tc>
      </w:tr>
      <w:tr>
        <w:tc>
          <w:tcPr>
            <w:tcW w:type="dxa" w:w="2880"/>
          </w:tcPr>
          <w:p>
            <w:r>
              <w:t>83</w:t>
            </w:r>
          </w:p>
        </w:tc>
        <w:tc>
          <w:tcPr>
            <w:tcW w:type="dxa" w:w="2880"/>
          </w:tcPr>
          <w:p>
            <w:r>
              <w:t>20271028414142</w:t>
            </w:r>
          </w:p>
        </w:tc>
        <w:tc>
          <w:tcPr>
            <w:tcW w:type="dxa" w:w="2880"/>
          </w:tcPr>
          <w:p>
            <w:r>
              <w:t>李书涵</w:t>
            </w:r>
          </w:p>
        </w:tc>
      </w:tr>
      <w:tr>
        <w:tc>
          <w:tcPr>
            <w:tcW w:type="dxa" w:w="2880"/>
          </w:tcPr>
          <w:p>
            <w:r>
              <w:t>84</w:t>
            </w:r>
          </w:p>
        </w:tc>
        <w:tc>
          <w:tcPr>
            <w:tcW w:type="dxa" w:w="2880"/>
          </w:tcPr>
          <w:p>
            <w:r>
              <w:t>20271028436727</w:t>
            </w:r>
          </w:p>
        </w:tc>
        <w:tc>
          <w:tcPr>
            <w:tcW w:type="dxa" w:w="2880"/>
          </w:tcPr>
          <w:p>
            <w:r>
              <w:t>钟璨曦</w:t>
            </w:r>
          </w:p>
        </w:tc>
      </w:tr>
      <w:tr>
        <w:tc>
          <w:tcPr>
            <w:tcW w:type="dxa" w:w="2880"/>
          </w:tcPr>
          <w:p>
            <w:r>
              <w:t>85</w:t>
            </w:r>
          </w:p>
        </w:tc>
        <w:tc>
          <w:tcPr>
            <w:tcW w:type="dxa" w:w="2880"/>
          </w:tcPr>
          <w:p>
            <w:r>
              <w:t>20271028409477</w:t>
            </w:r>
          </w:p>
        </w:tc>
        <w:tc>
          <w:tcPr>
            <w:tcW w:type="dxa" w:w="2880"/>
          </w:tcPr>
          <w:p>
            <w:r>
              <w:t>郑亦琳</w:t>
            </w:r>
          </w:p>
        </w:tc>
      </w:tr>
      <w:tr>
        <w:tc>
          <w:tcPr>
            <w:tcW w:type="dxa" w:w="2880"/>
          </w:tcPr>
          <w:p>
            <w:r>
              <w:t>86</w:t>
            </w:r>
          </w:p>
        </w:tc>
        <w:tc>
          <w:tcPr>
            <w:tcW w:type="dxa" w:w="2880"/>
          </w:tcPr>
          <w:p>
            <w:r>
              <w:t>20271028415372</w:t>
            </w:r>
          </w:p>
        </w:tc>
        <w:tc>
          <w:tcPr>
            <w:tcW w:type="dxa" w:w="2880"/>
          </w:tcPr>
          <w:p>
            <w:r>
              <w:t>黄惠若</w:t>
            </w:r>
          </w:p>
        </w:tc>
      </w:tr>
      <w:tr>
        <w:tc>
          <w:tcPr>
            <w:tcW w:type="dxa" w:w="2880"/>
          </w:tcPr>
          <w:p>
            <w:r>
              <w:t>87</w:t>
            </w:r>
          </w:p>
        </w:tc>
        <w:tc>
          <w:tcPr>
            <w:tcW w:type="dxa" w:w="2880"/>
          </w:tcPr>
          <w:p>
            <w:r>
              <w:t>20271028443641</w:t>
            </w:r>
          </w:p>
        </w:tc>
        <w:tc>
          <w:tcPr>
            <w:tcW w:type="dxa" w:w="2880"/>
          </w:tcPr>
          <w:p>
            <w:r>
              <w:t>张缘博</w:t>
            </w:r>
          </w:p>
        </w:tc>
      </w:tr>
      <w:tr>
        <w:tc>
          <w:tcPr>
            <w:tcW w:type="dxa" w:w="2880"/>
          </w:tcPr>
          <w:p>
            <w:r>
              <w:t>88</w:t>
            </w:r>
          </w:p>
        </w:tc>
        <w:tc>
          <w:tcPr>
            <w:tcW w:type="dxa" w:w="2880"/>
          </w:tcPr>
          <w:p>
            <w:r>
              <w:t>20271028439949</w:t>
            </w:r>
          </w:p>
        </w:tc>
        <w:tc>
          <w:tcPr>
            <w:tcW w:type="dxa" w:w="2880"/>
          </w:tcPr>
          <w:p>
            <w:r>
              <w:t>沈雨霏</w:t>
            </w:r>
          </w:p>
        </w:tc>
      </w:tr>
      <w:tr>
        <w:tc>
          <w:tcPr>
            <w:tcW w:type="dxa" w:w="2880"/>
          </w:tcPr>
          <w:p>
            <w:r>
              <w:t>89</w:t>
            </w:r>
          </w:p>
        </w:tc>
        <w:tc>
          <w:tcPr>
            <w:tcW w:type="dxa" w:w="2880"/>
          </w:tcPr>
          <w:p>
            <w:r>
              <w:t>20271028418312</w:t>
            </w:r>
          </w:p>
        </w:tc>
        <w:tc>
          <w:tcPr>
            <w:tcW w:type="dxa" w:w="2880"/>
          </w:tcPr>
          <w:p>
            <w:r>
              <w:t>陈思行</w:t>
            </w:r>
          </w:p>
        </w:tc>
      </w:tr>
      <w:tr>
        <w:tc>
          <w:tcPr>
            <w:tcW w:type="dxa" w:w="2880"/>
          </w:tcPr>
          <w:p>
            <w:r>
              <w:t>90</w:t>
            </w:r>
          </w:p>
        </w:tc>
        <w:tc>
          <w:tcPr>
            <w:tcW w:type="dxa" w:w="2880"/>
          </w:tcPr>
          <w:p>
            <w:r>
              <w:t>20271028419380</w:t>
            </w:r>
          </w:p>
        </w:tc>
        <w:tc>
          <w:tcPr>
            <w:tcW w:type="dxa" w:w="2880"/>
          </w:tcPr>
          <w:p>
            <w:r>
              <w:t>戚美琦</w:t>
            </w:r>
          </w:p>
        </w:tc>
      </w:tr>
      <w:tr>
        <w:tc>
          <w:tcPr>
            <w:tcW w:type="dxa" w:w="2880"/>
          </w:tcPr>
          <w:p>
            <w:r>
              <w:t>91</w:t>
            </w:r>
          </w:p>
        </w:tc>
        <w:tc>
          <w:tcPr>
            <w:tcW w:type="dxa" w:w="2880"/>
          </w:tcPr>
          <w:p>
            <w:r>
              <w:t>20271028408898</w:t>
            </w:r>
          </w:p>
        </w:tc>
        <w:tc>
          <w:tcPr>
            <w:tcW w:type="dxa" w:w="2880"/>
          </w:tcPr>
          <w:p>
            <w:r>
              <w:t>孟欣</w:t>
            </w:r>
          </w:p>
        </w:tc>
      </w:tr>
      <w:tr>
        <w:tc>
          <w:tcPr>
            <w:tcW w:type="dxa" w:w="2880"/>
          </w:tcPr>
          <w:p>
            <w:r>
              <w:t>92</w:t>
            </w:r>
          </w:p>
        </w:tc>
        <w:tc>
          <w:tcPr>
            <w:tcW w:type="dxa" w:w="2880"/>
          </w:tcPr>
          <w:p>
            <w:r>
              <w:t>20271028422294</w:t>
            </w:r>
          </w:p>
        </w:tc>
        <w:tc>
          <w:tcPr>
            <w:tcW w:type="dxa" w:w="2880"/>
          </w:tcPr>
          <w:p>
            <w:r>
              <w:t>林润琦</w:t>
            </w:r>
          </w:p>
        </w:tc>
      </w:tr>
      <w:tr>
        <w:tc>
          <w:tcPr>
            <w:tcW w:type="dxa" w:w="2880"/>
          </w:tcPr>
          <w:p>
            <w:r>
              <w:t>93</w:t>
            </w:r>
          </w:p>
        </w:tc>
        <w:tc>
          <w:tcPr>
            <w:tcW w:type="dxa" w:w="2880"/>
          </w:tcPr>
          <w:p>
            <w:r>
              <w:t>20271028411504</w:t>
            </w:r>
          </w:p>
        </w:tc>
        <w:tc>
          <w:tcPr>
            <w:tcW w:type="dxa" w:w="2880"/>
          </w:tcPr>
          <w:p>
            <w:r>
              <w:t>邹诗晨</w:t>
            </w:r>
          </w:p>
        </w:tc>
      </w:tr>
      <w:tr>
        <w:tc>
          <w:tcPr>
            <w:tcW w:type="dxa" w:w="2880"/>
          </w:tcPr>
          <w:p>
            <w:r>
              <w:t>94</w:t>
            </w:r>
          </w:p>
        </w:tc>
        <w:tc>
          <w:tcPr>
            <w:tcW w:type="dxa" w:w="2880"/>
          </w:tcPr>
          <w:p>
            <w:r>
              <w:t>20271028430703</w:t>
            </w:r>
          </w:p>
        </w:tc>
        <w:tc>
          <w:tcPr>
            <w:tcW w:type="dxa" w:w="2880"/>
          </w:tcPr>
          <w:p>
            <w:r>
              <w:t>张秋子</w:t>
            </w:r>
          </w:p>
        </w:tc>
      </w:tr>
      <w:tr>
        <w:tc>
          <w:tcPr>
            <w:tcW w:type="dxa" w:w="2880"/>
          </w:tcPr>
          <w:p>
            <w:r>
              <w:t>95</w:t>
            </w:r>
          </w:p>
        </w:tc>
        <w:tc>
          <w:tcPr>
            <w:tcW w:type="dxa" w:w="2880"/>
          </w:tcPr>
          <w:p>
            <w:r>
              <w:t>20271028408774</w:t>
            </w:r>
          </w:p>
        </w:tc>
        <w:tc>
          <w:tcPr>
            <w:tcW w:type="dxa" w:w="2880"/>
          </w:tcPr>
          <w:p>
            <w:r>
              <w:t>王秋涵</w:t>
            </w:r>
          </w:p>
        </w:tc>
      </w:tr>
      <w:tr>
        <w:tc>
          <w:tcPr>
            <w:tcW w:type="dxa" w:w="2880"/>
          </w:tcPr>
          <w:p>
            <w:r>
              <w:t>96</w:t>
            </w:r>
          </w:p>
        </w:tc>
        <w:tc>
          <w:tcPr>
            <w:tcW w:type="dxa" w:w="2880"/>
          </w:tcPr>
          <w:p>
            <w:r>
              <w:t>20271028435664</w:t>
            </w:r>
          </w:p>
        </w:tc>
        <w:tc>
          <w:tcPr>
            <w:tcW w:type="dxa" w:w="2880"/>
          </w:tcPr>
          <w:p>
            <w:r>
              <w:t>李紫瑜</w:t>
            </w:r>
          </w:p>
        </w:tc>
      </w:tr>
      <w:tr>
        <w:tc>
          <w:tcPr>
            <w:tcW w:type="dxa" w:w="2880"/>
          </w:tcPr>
          <w:p>
            <w:r>
              <w:t>97</w:t>
            </w:r>
          </w:p>
        </w:tc>
        <w:tc>
          <w:tcPr>
            <w:tcW w:type="dxa" w:w="2880"/>
          </w:tcPr>
          <w:p>
            <w:r>
              <w:t>20271028445214</w:t>
            </w:r>
          </w:p>
        </w:tc>
        <w:tc>
          <w:tcPr>
            <w:tcW w:type="dxa" w:w="2880"/>
          </w:tcPr>
          <w:p>
            <w:r>
              <w:t>李玫瑾</w:t>
            </w:r>
          </w:p>
        </w:tc>
      </w:tr>
      <w:tr>
        <w:tc>
          <w:tcPr>
            <w:tcW w:type="dxa" w:w="2880"/>
          </w:tcPr>
          <w:p>
            <w:r>
              <w:t>98</w:t>
            </w:r>
          </w:p>
        </w:tc>
        <w:tc>
          <w:tcPr>
            <w:tcW w:type="dxa" w:w="2880"/>
          </w:tcPr>
          <w:p>
            <w:r>
              <w:t>20271028410203</w:t>
            </w:r>
          </w:p>
        </w:tc>
        <w:tc>
          <w:tcPr>
            <w:tcW w:type="dxa" w:w="2880"/>
          </w:tcPr>
          <w:p>
            <w:r>
              <w:t>张澜潇</w:t>
            </w:r>
          </w:p>
        </w:tc>
      </w:tr>
      <w:tr>
        <w:tc>
          <w:tcPr>
            <w:tcW w:type="dxa" w:w="2880"/>
          </w:tcPr>
          <w:p>
            <w:r>
              <w:t>99</w:t>
            </w:r>
          </w:p>
        </w:tc>
        <w:tc>
          <w:tcPr>
            <w:tcW w:type="dxa" w:w="2880"/>
          </w:tcPr>
          <w:p>
            <w:r>
              <w:t>20271028433820</w:t>
            </w:r>
          </w:p>
        </w:tc>
        <w:tc>
          <w:tcPr>
            <w:tcW w:type="dxa" w:w="2880"/>
          </w:tcPr>
          <w:p>
            <w:r>
              <w:t>彭新一</w:t>
            </w:r>
          </w:p>
        </w:tc>
      </w:tr>
      <w:tr>
        <w:tc>
          <w:tcPr>
            <w:tcW w:type="dxa" w:w="2880"/>
          </w:tcPr>
          <w:p>
            <w:r>
              <w:t>100</w:t>
            </w:r>
          </w:p>
        </w:tc>
        <w:tc>
          <w:tcPr>
            <w:tcW w:type="dxa" w:w="2880"/>
          </w:tcPr>
          <w:p>
            <w:r>
              <w:t>20271028413885</w:t>
            </w:r>
          </w:p>
        </w:tc>
        <w:tc>
          <w:tcPr>
            <w:tcW w:type="dxa" w:w="2880"/>
          </w:tcPr>
          <w:p>
            <w:r>
              <w:t>蔡葳蕤</w:t>
            </w:r>
          </w:p>
        </w:tc>
      </w:tr>
      <w:tr>
        <w:tc>
          <w:tcPr>
            <w:tcW w:type="dxa" w:w="2880"/>
          </w:tcPr>
          <w:p>
            <w:r>
              <w:t>101</w:t>
            </w:r>
          </w:p>
        </w:tc>
        <w:tc>
          <w:tcPr>
            <w:tcW w:type="dxa" w:w="2880"/>
          </w:tcPr>
          <w:p>
            <w:r>
              <w:t>20271028429705</w:t>
            </w:r>
          </w:p>
        </w:tc>
        <w:tc>
          <w:tcPr>
            <w:tcW w:type="dxa" w:w="2880"/>
          </w:tcPr>
          <w:p>
            <w:r>
              <w:t>武志祥</w:t>
            </w:r>
          </w:p>
        </w:tc>
      </w:tr>
      <w:tr>
        <w:tc>
          <w:tcPr>
            <w:tcW w:type="dxa" w:w="2880"/>
          </w:tcPr>
          <w:p>
            <w:r>
              <w:t>102</w:t>
            </w:r>
          </w:p>
        </w:tc>
        <w:tc>
          <w:tcPr>
            <w:tcW w:type="dxa" w:w="2880"/>
          </w:tcPr>
          <w:p>
            <w:r>
              <w:t>20271028410570</w:t>
            </w:r>
          </w:p>
        </w:tc>
        <w:tc>
          <w:tcPr>
            <w:tcW w:type="dxa" w:w="2880"/>
          </w:tcPr>
          <w:p>
            <w:r>
              <w:t>张瑞雅</w:t>
            </w:r>
          </w:p>
        </w:tc>
      </w:tr>
      <w:tr>
        <w:tc>
          <w:tcPr>
            <w:tcW w:type="dxa" w:w="2880"/>
          </w:tcPr>
          <w:p>
            <w:r>
              <w:t>103</w:t>
            </w:r>
          </w:p>
        </w:tc>
        <w:tc>
          <w:tcPr>
            <w:tcW w:type="dxa" w:w="2880"/>
          </w:tcPr>
          <w:p>
            <w:r>
              <w:t>20271028415251</w:t>
            </w:r>
          </w:p>
        </w:tc>
        <w:tc>
          <w:tcPr>
            <w:tcW w:type="dxa" w:w="2880"/>
          </w:tcPr>
          <w:p>
            <w:r>
              <w:t>郭默墨</w:t>
            </w:r>
          </w:p>
        </w:tc>
      </w:tr>
      <w:tr>
        <w:tc>
          <w:tcPr>
            <w:tcW w:type="dxa" w:w="2880"/>
          </w:tcPr>
          <w:p>
            <w:r>
              <w:t>104</w:t>
            </w:r>
          </w:p>
        </w:tc>
        <w:tc>
          <w:tcPr>
            <w:tcW w:type="dxa" w:w="2880"/>
          </w:tcPr>
          <w:p>
            <w:r>
              <w:t>20271028426409</w:t>
            </w:r>
          </w:p>
        </w:tc>
        <w:tc>
          <w:tcPr>
            <w:tcW w:type="dxa" w:w="2880"/>
          </w:tcPr>
          <w:p>
            <w:r>
              <w:t>童小北</w:t>
            </w:r>
          </w:p>
        </w:tc>
      </w:tr>
      <w:tr>
        <w:tc>
          <w:tcPr>
            <w:tcW w:type="dxa" w:w="2880"/>
          </w:tcPr>
          <w:p>
            <w:r>
              <w:t>105</w:t>
            </w:r>
          </w:p>
        </w:tc>
        <w:tc>
          <w:tcPr>
            <w:tcW w:type="dxa" w:w="2880"/>
          </w:tcPr>
          <w:p>
            <w:r>
              <w:t>20271028437067</w:t>
            </w:r>
          </w:p>
        </w:tc>
        <w:tc>
          <w:tcPr>
            <w:tcW w:type="dxa" w:w="2880"/>
          </w:tcPr>
          <w:p>
            <w:r>
              <w:t>靳语涵</w:t>
            </w:r>
          </w:p>
        </w:tc>
      </w:tr>
      <w:tr>
        <w:tc>
          <w:tcPr>
            <w:tcW w:type="dxa" w:w="2880"/>
          </w:tcPr>
          <w:p>
            <w:r>
              <w:t>106</w:t>
            </w:r>
          </w:p>
        </w:tc>
        <w:tc>
          <w:tcPr>
            <w:tcW w:type="dxa" w:w="2880"/>
          </w:tcPr>
          <w:p>
            <w:r>
              <w:t>20271028424071</w:t>
            </w:r>
          </w:p>
        </w:tc>
        <w:tc>
          <w:tcPr>
            <w:tcW w:type="dxa" w:w="2880"/>
          </w:tcPr>
          <w:p>
            <w:r>
              <w:t>张朋悦</w:t>
            </w:r>
          </w:p>
        </w:tc>
      </w:tr>
      <w:tr>
        <w:tc>
          <w:tcPr>
            <w:tcW w:type="dxa" w:w="2880"/>
          </w:tcPr>
          <w:p>
            <w:r>
              <w:t>107</w:t>
            </w:r>
          </w:p>
        </w:tc>
        <w:tc>
          <w:tcPr>
            <w:tcW w:type="dxa" w:w="2880"/>
          </w:tcPr>
          <w:p>
            <w:r>
              <w:t>20271028426252</w:t>
            </w:r>
          </w:p>
        </w:tc>
        <w:tc>
          <w:tcPr>
            <w:tcW w:type="dxa" w:w="2880"/>
          </w:tcPr>
          <w:p>
            <w:r>
              <w:t>邵润之</w:t>
            </w:r>
          </w:p>
        </w:tc>
      </w:tr>
      <w:tr>
        <w:tc>
          <w:tcPr>
            <w:tcW w:type="dxa" w:w="2880"/>
          </w:tcPr>
          <w:p>
            <w:r>
              <w:t>108</w:t>
            </w:r>
          </w:p>
        </w:tc>
        <w:tc>
          <w:tcPr>
            <w:tcW w:type="dxa" w:w="2880"/>
          </w:tcPr>
          <w:p>
            <w:r>
              <w:t>20271028437971</w:t>
            </w:r>
          </w:p>
        </w:tc>
        <w:tc>
          <w:tcPr>
            <w:tcW w:type="dxa" w:w="2880"/>
          </w:tcPr>
          <w:p>
            <w:r>
              <w:t>黄晔</w:t>
            </w:r>
          </w:p>
        </w:tc>
      </w:tr>
      <w:tr>
        <w:tc>
          <w:tcPr>
            <w:tcW w:type="dxa" w:w="2880"/>
          </w:tcPr>
          <w:p>
            <w:r>
              <w:t>109</w:t>
            </w:r>
          </w:p>
        </w:tc>
        <w:tc>
          <w:tcPr>
            <w:tcW w:type="dxa" w:w="2880"/>
          </w:tcPr>
          <w:p>
            <w:r>
              <w:t>20271028426178</w:t>
            </w:r>
          </w:p>
        </w:tc>
        <w:tc>
          <w:tcPr>
            <w:tcW w:type="dxa" w:w="2880"/>
          </w:tcPr>
          <w:p>
            <w:r>
              <w:t>臧亦萱</w:t>
            </w:r>
          </w:p>
        </w:tc>
      </w:tr>
      <w:tr>
        <w:tc>
          <w:tcPr>
            <w:tcW w:type="dxa" w:w="2880"/>
          </w:tcPr>
          <w:p>
            <w:r>
              <w:t>110</w:t>
            </w:r>
          </w:p>
        </w:tc>
        <w:tc>
          <w:tcPr>
            <w:tcW w:type="dxa" w:w="2880"/>
          </w:tcPr>
          <w:p>
            <w:r>
              <w:t>20271028444735</w:t>
            </w:r>
          </w:p>
        </w:tc>
        <w:tc>
          <w:tcPr>
            <w:tcW w:type="dxa" w:w="2880"/>
          </w:tcPr>
          <w:p>
            <w:r>
              <w:t>梁耀东</w:t>
            </w:r>
          </w:p>
        </w:tc>
      </w:tr>
      <w:tr>
        <w:tc>
          <w:tcPr>
            <w:tcW w:type="dxa" w:w="2880"/>
          </w:tcPr>
          <w:p>
            <w:r>
              <w:t>111</w:t>
            </w:r>
          </w:p>
        </w:tc>
        <w:tc>
          <w:tcPr>
            <w:tcW w:type="dxa" w:w="2880"/>
          </w:tcPr>
          <w:p>
            <w:r>
              <w:t>20271028446403</w:t>
            </w:r>
          </w:p>
        </w:tc>
        <w:tc>
          <w:tcPr>
            <w:tcW w:type="dxa" w:w="2880"/>
          </w:tcPr>
          <w:p>
            <w:r>
              <w:t>徐文琪</w:t>
            </w:r>
          </w:p>
        </w:tc>
      </w:tr>
    </w:tbl>
    <w:p>
      <w:r>
        <w:t>南京大学艺术学院</w:t>
      </w:r>
    </w:p>
    <w:p>
      <w:r>
        <w:t>2026年9月11日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