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南京大学生命科学学院2023年推荐免试研究生复试通知</w:t>
      </w:r>
    </w:p>
    <w:p>
      <w:r>
        <w:t>一、远程网络复试要求</w:t>
      </w:r>
    </w:p>
    <w:p>
      <w:r>
        <w:t>1、设备</w:t>
      </w:r>
    </w:p>
    <w:p>
      <w:r>
        <w:t>我院将采用“双机位”模式进行复试，设备可以为笔记本电脑或具备麦克风和摄像头的台式电脑以及手机等网络通讯工具，在复试期间禁用电脑休眠和关闭屏幕功能，并关闭有可能影响复试的应用程序。另外需要至少有一部智能手机或其他移动网络设备备用。</w:t>
      </w:r>
    </w:p>
    <w:p>
      <w:r>
        <w:t>面试时用于与评审老师和考试工作人员交流和查看共享屏幕的设备称为设备A，用于监考的设备称为设备B，复试时要求全程将设备A的摄像头和麦克风开启，设备B的摄像头开启麦克风关闭。</w:t>
      </w:r>
    </w:p>
    <w:p>
      <w:r>
        <w:t>复试期间确保手机畅通，手机号码应与在“南大推免系统”报名时填报的手机号码一致。</w:t>
      </w:r>
    </w:p>
    <w:p>
      <w:r>
        <w:t>2、平台软件及网络</w:t>
      </w:r>
    </w:p>
    <w:p>
      <w:r>
        <w:t>远程网络复试平台为“腾讯会议”，请根据附件1《南京大学生命科学学院研究生复试腾讯会议使用指南》，分别在面试主设备、备用设备上下载腾讯会议，熟悉操作并进行自测。注意确保软件更新至最新版本，避免老旧版本导致的使用问题。</w:t>
      </w:r>
    </w:p>
    <w:p>
      <w:r>
        <w:t>复试前至少提前半小时调试设置好软件和硬件设备，保证设备电量充足，网络良好并连接正常。设备调试完成后，关闭移动网络设备通话、录屏、外放音乐、闹钟等可能影响复试的应用程序（但需保证报名时填报手机号码的手机保持畅通）。</w:t>
      </w:r>
    </w:p>
    <w:p>
      <w:r>
        <w:t>3、复试环境与行为要求</w:t>
      </w:r>
    </w:p>
    <w:p>
      <w:r>
        <w:t>复试期间考生应选择独立、安静、光线明亮不逆光的房间，独自参加网络远程复试，房间内不存放任何与复试有关的资料，不得有其他人，也不允许出现其他声音，不得由他人替考，也不得接受他人或机构任何方式的帮助用以考试。</w:t>
      </w:r>
    </w:p>
    <w:p>
      <w:r>
        <w:t>全程正面免冠朝向设备A的摄像头，将头肩部放置在视频画面正中间，视线不能离开屏幕，保证面部清晰可见，头发不遮挡耳朵，不戴耳饰，不吸烟，不做与考试无关的行为。调整好设备B的拍摄角度，从考生侧后方拍摄，保证设备A及考生本人全部都能清晰地收入在设备B的画面中，示例见附件2。</w:t>
      </w:r>
    </w:p>
    <w:p>
      <w:r>
        <w:t>要求视频背景必须是真实环境，不允许使用虚拟背景、更换视频背景。</w:t>
      </w:r>
    </w:p>
    <w:p>
      <w:r>
        <w:t>复试时不能佩戴使用耳机，并关闭复试所需电脑、手机以外的电子设备，不允许采用任何方式变声、更改人像。</w:t>
      </w:r>
    </w:p>
    <w:p>
      <w:r>
        <w:t>如有违反，视同作弊。</w:t>
      </w:r>
    </w:p>
    <w:p>
      <w:r>
        <w:t>4、诚信复试承诺与考场规则：</w:t>
      </w:r>
    </w:p>
    <w:p>
      <w:r>
        <w:t>在正式复试前，考生须认真阅读附件3《诚信远程网络复试承诺书》和附件4《南京大学远程网络复试考场规则》，在进入面试区后，做出承诺，而后方可正式进入复试环节。</w:t>
      </w:r>
    </w:p>
    <w:p>
      <w:r>
        <w:t>保证在考试中诚实守信，自觉遵守国家和我校有关研究生招生考试法规、考试纪律和考场规则，听从考试工作人员统一安排，接受复试工作人员的管理、监督和检查，不拒绝、不妨碍工作人员履行管理职责，不得扰乱网络考场及网络候考秩序，有序候场，有序离场。</w:t>
      </w:r>
    </w:p>
    <w:p>
      <w:r>
        <w:t>复试是国家研究生招生考试的一部分，复试内容属于国家机密级。复试过程中考生不得以音视频等任何形式记录和传播考试内容、考试过程等与考试有关的信息，如有违规行为，视同作弊。</w:t>
      </w:r>
    </w:p>
    <w:p>
      <w:r>
        <w:t>对复试过程或者复试成绩持有异议的，承诺通过合法渠道向学校或教育行政主管部门申诉解决。考生如不遵守考场规则，不服从考试工作人员管理，有违纪、作弊等行为的，将按照《国家教育考试违规处理办法》进行处理并将情况记入国家教育考试诚信档案。</w:t>
      </w:r>
    </w:p>
    <w:p>
      <w:r>
        <w:t>二、模拟和复试安排</w:t>
      </w:r>
    </w:p>
    <w:p>
      <w:r>
        <w:t>1、模拟复试</w:t>
      </w:r>
    </w:p>
    <w:p>
      <w:r>
        <w:t>时间：9月20日上午9:00开始</w:t>
      </w:r>
    </w:p>
    <w:p>
      <w:r>
        <w:t>平台：腾讯会议</w:t>
      </w:r>
    </w:p>
    <w:p>
      <w:r>
        <w:t>复试分组名单、会议ID和密码将于9月19日下午3点前发送到各位考生在“南大推免系统”报名时登记的邮箱，请注意查收。</w:t>
      </w:r>
    </w:p>
    <w:p>
      <w:r>
        <w:t>实名进入会议室，设备A在名称栏填写“复试名单上的序号+姓名+A ”，设备B在名称栏填写“复试名单上的序号+姓名+B ”。</w:t>
      </w:r>
    </w:p>
    <w:p>
      <w:r>
        <w:t>测试方式：考生根据复试分组将设备A和设备B分别进入指定会议室A和会议室B，考场工作人员会逐一让考生进入“面试区”，每位考生测试时间1-2分钟，测试视频、语音、屏幕共享等是否正常工作。</w:t>
      </w:r>
    </w:p>
    <w:p>
      <w:r>
        <w:t>2、正式复试</w:t>
      </w:r>
    </w:p>
    <w:p>
      <w:r>
        <w:t>（1）笔试</w:t>
      </w:r>
    </w:p>
    <w:p>
      <w:r>
        <w:t>时间：9月20日15:00-16:00；</w:t>
      </w:r>
    </w:p>
    <w:p>
      <w:r>
        <w:t>平台：腾讯会议；</w:t>
      </w:r>
    </w:p>
    <w:p>
      <w:r>
        <w:t>分组和会议ID：同模拟复试。</w:t>
      </w:r>
    </w:p>
    <w:p>
      <w:r>
        <w:t>（2）面试</w:t>
      </w:r>
    </w:p>
    <w:p>
      <w:r>
        <w:t>笔试通过者方可进入面试，面试名单将在9月22日下午5点前通知。</w:t>
      </w:r>
    </w:p>
    <w:p>
      <w:r>
        <w:t>时间：9月23日9:00开始；</w:t>
      </w:r>
    </w:p>
    <w:p>
      <w:r>
        <w:t>平台：腾讯会议；</w:t>
      </w:r>
    </w:p>
    <w:p>
      <w:r>
        <w:t>分组和会议ID：同模拟复试。</w:t>
      </w:r>
    </w:p>
    <w:p>
      <w:r>
        <w:t>三、复试流程</w:t>
      </w:r>
    </w:p>
    <w:p>
      <w:r>
        <w:t>1、面试</w:t>
      </w:r>
    </w:p>
    <w:p>
      <w:r>
        <w:t>（1）加入会议</w:t>
      </w:r>
    </w:p>
    <w:p>
      <w:r>
        <w:t>按照《南京大学生命科学学院研究生复试腾讯会议使用指南》所示，将设备A和B分别加入各系指定会议室A和B，姓名改为“复试名单上的序号+姓名+A/B ”，加入会议。</w:t>
      </w:r>
    </w:p>
    <w:p>
      <w:r>
        <w:t>在等候室等待，我们会根据姓名确定是否允许进入面试区，请务必按要求填写姓名。</w:t>
      </w:r>
    </w:p>
    <w:p>
      <w:r>
        <w:t>（2）遵守考场规则和诚信复试承诺</w:t>
      </w:r>
    </w:p>
    <w:p>
      <w:r>
        <w:t>进入面试区后，在确保图像和音频正常的情况下，按照考场工作人员要求用摄像头环绕四周，并准确读出“本人（姓名）已认真阅读《诚信远程网络复试承诺书》和《南京大学远程网络复试考场规则》，熟悉并承诺严格遵守相关要求和规则。”</w:t>
      </w:r>
    </w:p>
    <w:p>
      <w:r>
        <w:t>（3）身份核验</w:t>
      </w:r>
    </w:p>
    <w:p>
      <w:r>
        <w:t>在做遵守考场规则和诚信复试承诺的同时，举起身份证放于头侧，将证件正面面对摄像头，保证考生头面部、身份证同时完整清晰地展现在屏幕上。</w:t>
      </w:r>
    </w:p>
    <w:p>
      <w:r>
        <w:t>（4）考生回答问题</w:t>
      </w:r>
    </w:p>
    <w:p>
      <w:r>
        <w:t>评审老师提问，考生通过口述回答问题。</w:t>
      </w:r>
    </w:p>
    <w:p>
      <w:r>
        <w:t>（5）离开会议</w:t>
      </w:r>
    </w:p>
    <w:p>
      <w:r>
        <w:t>全部复试问题结束，考生听从工作人员的安排离开会议，结束复试。</w:t>
      </w:r>
    </w:p>
    <w:p>
      <w:r>
        <w:t>（6）注意</w:t>
      </w:r>
    </w:p>
    <w:p>
      <w:r>
        <w:t>复试全程不允许离开座位（一旦离开，视同结束复试），全程应听从复试工作人员的安排，面试过程中禁止自行录音录像，复试结束后禁止泄露、传播考试内容，遵守考场规则，不做任何与面试无关的事情。</w:t>
      </w:r>
    </w:p>
    <w:p>
      <w:r>
        <w:t>2、笔试</w:t>
      </w:r>
    </w:p>
    <w:p>
      <w:r>
        <w:t>（1）加入会议</w:t>
      </w:r>
    </w:p>
    <w:p>
      <w:r>
        <w:t>要求同面试。</w:t>
      </w:r>
    </w:p>
    <w:p>
      <w:r>
        <w:t>（2）身份核验</w:t>
      </w:r>
    </w:p>
    <w:p>
      <w:r>
        <w:t>同面试</w:t>
      </w:r>
    </w:p>
    <w:p>
      <w:r>
        <w:t>（3）发放和回答题目</w:t>
      </w:r>
    </w:p>
    <w:p>
      <w:r>
        <w:t>提前用A4纸单面打印好附件笔试答题纸（附件5），笔试开始时工作人员将在会议室A共享笔试题目，考生开始作答。</w:t>
      </w:r>
    </w:p>
    <w:p>
      <w:r>
        <w:t>（4）离开会议</w:t>
      </w:r>
    </w:p>
    <w:p>
      <w:r>
        <w:t>笔试时间结束，考生听从工作人员的安排离开会议，结束笔试。笔试结束10分钟内，将笔试所有答题纸扫描（若有多页答题纸，请合并为一个PDF文件，其他文件格式均不符合要求，请务必参考附件6-答题纸提交格式示范，错误格式影响阅卷后果自负），上传至以下链接，逾期上传视为答题无效：</w:t>
      </w:r>
    </w:p>
    <w:p>
      <w:r>
        <w:t>https://table.nju.edu.cn/dtable/forms/9de3a0fc-c04d-44ae-a364-1fcf4e39a240/</w:t>
      </w:r>
    </w:p>
    <w:p>
      <w:r>
        <w:t>四、应急处理</w:t>
      </w:r>
    </w:p>
    <w:p>
      <w:r>
        <w:t>1、若遇网络中断，请考生立刻切换网络重新连接加入会议，我们将记录断线时已进行的复试时间，重新加入会议后继续进行复试。</w:t>
      </w:r>
    </w:p>
    <w:p>
      <w:r>
        <w:t>2、若重新连接加入会议再次失败，我们将该考生暂缓复试，直至该组其他考生结束后再次进行连接，更换未作答的题目继续进行复试。</w:t>
      </w:r>
    </w:p>
    <w:p>
      <w:r>
        <w:t>3、若该组其他考生结束后再次连接仍然失败，复试工作人员将立即通过考生报考时填报的手机号码联系考生，请在电话铃响1分钟之内接听，如超时，作自动放弃本次复试处理。</w:t>
      </w:r>
    </w:p>
    <w:p>
      <w:r>
        <w:t>4、如遇网络卡顿、断电、设备故障等突发情况我们也将按照考生报考时填报的手机号码联系考生，请务必保持手机畅通。</w:t>
      </w:r>
    </w:p>
    <w:p>
      <w:r>
        <w:t>五、咨询及申诉渠道</w:t>
      </w:r>
    </w:p>
    <w:p>
      <w:r>
        <w:t>考生如对本通知有任何疑问，请于2022年9月19日前向我们反馈。在复试过程中，考生如有任何疑问，或发现任何不合理、违纪行为，可向生命科学学院研究生办公室咨询或投诉。</w:t>
      </w:r>
    </w:p>
    <w:p>
      <w:r>
        <w:t>办公及通讯地址：南京市栖霞区仙林大道163号南京大学仙林校区生命科学学院</w:t>
      </w:r>
    </w:p>
    <w:p>
      <w:r>
        <w:t>电话：025-89681109</w:t>
      </w:r>
    </w:p>
    <w:p>
      <w:r>
        <w:t>邮箱：zhaoqing1116@nju.edu.cn</w:t>
      </w:r>
    </w:p>
    <w:p>
      <w:r>
        <w:t>六、本通知未涉及部分，除“南京大学2023年硕士研究生复试录取工作意见”有明确规定，由本院研究生招生工作领导小组负责解释。</w:t>
      </w:r>
    </w:p>
    <w:p>
      <w:r>
        <w:t>附件1-南京大学生命科学学院研究生复试腾讯会议使用指南.pdf附件2-双机位复试示例.jpg附件3-南京大学考生诚信复试承诺书（9月份开展复试的）.pdf附件4-南京大学远程网络复试考场规则.pdf附件5-笔试答题纸.pdf附件6-答题纸提交格式示范.jpg</w:t>
      </w:r>
    </w:p>
    <w:p>
      <w:r>
        <w:t>生命科学学院</w:t>
      </w:r>
    </w:p>
    <w:p>
      <w:r>
        <w:t>2022年9月18日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