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关于2022年南京大学推荐免试研究生学分绩加分审核的公示</w:t>
      </w:r>
    </w:p>
    <w:p>
      <w:r>
        <w:t>根据相关规定，我院对申请推荐免试攻读研究生资格的学生进行了学分绩加分的审核鉴定，具体情况如下：</w:t>
      </w:r>
    </w:p>
    <w:p>
      <w:r>
        <w:t>以上同学不存在抄袭、造假、冒名及有名无实等情况，通过审核鉴定。特此公示。公示期为：2022年9月10日至2021年9月14日。如有疑义，可联系taoli@nju.edu.cn查看相关证明材料。</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