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数字经济与管理学院-2026</w:t>
      </w:r>
    </w:p>
    <w:p>
      <w:r>
        <w:t>第一条推免生遴选工作指导思想：为全面落实立德树人根本任务，精准服务国家战略，有力支撑教育强国建设，加强高层次拔尖创新专门人才选拔，激励学生勤奋学习、勇于创新、全面发展，根据《南京大学关于做好推荐2027年优秀应届本科毕业生免试攻读研究生工作的通知》，并结合我院工作实际，制定本细则。</w:t>
      </w:r>
    </w:p>
    <w:p>
      <w:r>
        <w:t>第二条学院成立推免生遴选领导小组：</w:t>
      </w:r>
    </w:p>
    <w:p>
      <w:r>
        <w:t>（一）推免生遴选工作小组</w:t>
      </w:r>
    </w:p>
    <w:p>
      <w:r>
        <w:t>组长：任保平</w:t>
      </w:r>
    </w:p>
    <w:p>
      <w:r>
        <w:t>副组长：蒋伟、李小明</w:t>
      </w:r>
    </w:p>
    <w:p>
      <w:r>
        <w:t>成员：王大中、黄海涛、吴嘉宝、李雅茹</w:t>
      </w:r>
    </w:p>
    <w:p>
      <w:r>
        <w:t>（二）推免生遴选纪检小组</w:t>
      </w:r>
    </w:p>
    <w:p>
      <w:r>
        <w:t>组长：范赟</w:t>
      </w:r>
    </w:p>
    <w:p>
      <w:r>
        <w:t>成员：蒋伟</w:t>
      </w:r>
    </w:p>
    <w:p>
      <w:r>
        <w:t>第三条推免对象及条件（此处仅针对本学院学生）：</w:t>
      </w:r>
    </w:p>
    <w:p>
      <w:r>
        <w:t>（一）通过普通高考（含保送方式）招生录取或面向港澳台华侨学生招生录取的2027年全日制应届本科毕业生，不含第二学士学位学生。热爱祖国，拥护中国共产党的领导，自觉践行社会主义核心价值观，理想信念坚定，社会责任感和历史使命感强。</w:t>
      </w:r>
    </w:p>
    <w:p>
      <w:r>
        <w:t>（二）身心健康，品行端正，积极向上，遵纪守法，诚实守信，在校期间无任何考试作弊和剽窃他人学术成果记录，无任何受处分记录。</w:t>
      </w:r>
    </w:p>
    <w:p>
      <w:r>
        <w:t>（三）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教务系统学分绩计算数据）排名处于专业前70%。按照教学计划进度，如学生当前尚有应修专业准入准出课程或通修课程未修或不及格，则不得申请。</w:t>
      </w:r>
    </w:p>
    <w:p>
      <w:r>
        <w:t>（四）申报教育部各类“补偿计划”（相关师范院校、国防科工院所等）的学生，同样须满足上述（一）—（三）条要求，择优推荐。</w:t>
      </w:r>
    </w:p>
    <w:p>
      <w:r>
        <w:t>（五）“研究生支教团”推免专项的申报条件及程序参见校团委发布的相关选拔文件。</w:t>
      </w:r>
    </w:p>
    <w:p>
      <w:r>
        <w:t>第四条推免学分绩：</w:t>
      </w:r>
    </w:p>
    <w:p>
      <w:r>
        <w:t>（一）纳入学分绩计算范围的课程学分认定规则与计算方式</w:t>
      </w:r>
    </w:p>
    <w:p>
      <w:r>
        <w:t>纳入推免学分绩计算范畴的课程以当届学生培养方案中大一至大三期间的专业准入准出课程和通修课程为基础，学分绩统一以学生首次参加课程考试的成绩计算（如第一次考试不及格者，按不及格原始成绩计算学分绩）。对于港澳台华侨学生，实际修读的政治课程、军事理论课及军事技能训练纳入学分绩计算；未修读的政治课程、军事理论课及军事技能训练，及用于替代的国情类课程，不纳入推免学分绩计算范畴。返校未满一年的交换生以现有在本校修读的课程成绩计算，思想政治理论课程按教学计划进度纳入推免学分绩计算。</w:t>
      </w:r>
    </w:p>
    <w:p>
      <w:r>
        <w:t>（二）纳入学分绩计算范围的课程清单（附件1）</w:t>
      </w:r>
    </w:p>
    <w:p>
      <w:r>
        <w:t>课程清单详见附件1。</w:t>
      </w:r>
    </w:p>
    <w:p>
      <w:r>
        <w:t>（三）学分绩加分项目补充说明</w:t>
      </w:r>
    </w:p>
    <w:p>
      <w:r>
        <w:t>在执行《南京大学推荐优秀应届本科毕业生免试攻读研究生学分绩加分办法》（《南京大学关于做好推荐2027年优秀应届本科毕业生免试攻读研究生工作的通知》中的附件）基础上，本院补充说明如下：</w:t>
      </w:r>
    </w:p>
    <w:p>
      <w:r>
        <w:t>1.独立参加或作为主力成员参加学校认定的中国国际大学生创新大赛（原中国国际“互联网+”大学生创新创业大赛，简称“国创赛”）、“挑战杯”全国大学生系列科技学术竞赛（简称“挑战杯”竞赛）、大学生数学建模竞赛（含MCM和ICM竞赛）、全国大学生电子设计竞赛、全国大学生广告艺术大赛等重大赛事获相应等级奖项者可以加分，具体加分细则参照《南京大学推荐优秀应届本科毕业生免试攻读研究生学分绩加分办法》第二条第（二）款执行。</w:t>
      </w:r>
    </w:p>
    <w:p>
      <w:r>
        <w:t>2.参加学院认定的“花旗杯”金融创新应用大赛，全国一等奖（最高奖）获奖同学每人学分绩加0.2/团队人数，二等奖（次高奖）获奖同学每人学分绩加0.1/团队人数。</w:t>
      </w:r>
    </w:p>
    <w:p>
      <w:r>
        <w:t>3.以第一作者在CSSCI核心期刊、SSCI/SCI期刊(学院专业目录三区及以下)发表与学业相关的学术论文者，加0.0 8；以第一作者在CSSCI一流期刊、学院专业目录SSCI/SCI期刊二区及以上发表与学业相关的学术论文者，加0. 1。所有加分文章以2026年8月31日为截止日期。中文论文需正式出版；英文论文需有doi号。（如与指导老师联合发表论文，仅限于指导老师第一作者，学生第二作者，方可视为第一作者计入加分。）</w:t>
      </w:r>
    </w:p>
    <w:p>
      <w:r>
        <w:t>4.南京大学基础学科论坛一等奖独立完成者，加0.05。一等奖团队项目加分，每个成员加分值为均分或者按权重测算。如按照权重测算加分，二人团队第一作者加分0.03、第二作者加分0.02；三人团队第一作者加分0.025、第二作者加分0.015、第三作者加分0.01；超过3人以上的团队，按照三人团队测算，第四及以后排序的作者不加分。</w:t>
      </w:r>
    </w:p>
    <w:p>
      <w:r>
        <w:t>5.南京大学普通全日制在校本科生，如在校期间获得世界比赛、全国比赛前5名以及省级比赛第1名等，具体加分细则参照《南京大学推荐优秀应届本科毕业生免试攻读研究生学分绩加分办法》第二条（三）执行。</w:t>
      </w:r>
    </w:p>
    <w:p>
      <w:r>
        <w:t>6.学生在高水平科研创新成果、高水平竞赛奖项、综合素质表现、参军入伍服兵役等加分类别中，同一类别内有多项成果的，原则上只取一项计入加分。每人加分总额不得超过0.3。</w:t>
      </w:r>
    </w:p>
    <w:p>
      <w:r>
        <w:t>7.原则上，学生与其亲属或其他利益相关者（不含指导教师）合作的科研成果、竞赛奖项等，不纳入学生本人推免综合学分绩计算体系。</w:t>
      </w:r>
    </w:p>
    <w:p>
      <w:r>
        <w:t>8.未通过专家审核小组审核鉴定或答辩的科研创新成果、论文、竞赛获奖奖项及内容，不得纳入推免遴选综合评价成绩计算体系。</w:t>
      </w:r>
    </w:p>
    <w:p>
      <w:r>
        <w:t>（四）经学院认定允许学分绩加分的学术刊物目录（加分刊物级别及其对应加分值）</w:t>
      </w:r>
    </w:p>
    <w:p>
      <w:r>
        <w:t>中文期刊，CSSCI核心期刊以最新版收录情况为准，CSSCI集刊视同为CSSCI核心期刊，CSSCI核心期刊不含扩展版。申报CSSCI期刊加分的学生，需在推免生特殊学术专长答辩会之前提供刊物入选的证明材料（如期刊封面、期刊官网介绍等）。</w:t>
      </w:r>
    </w:p>
    <w:p>
      <w:r>
        <w:t>SSCI/SCI期刊（不含扩展版）以WOS公布的目录为准，期刊分级参考WOS公布的目录。(WOS公布期刊分级目录的查询网站为：https://jcr.clarivate.com/jcr/browse-journals）</w:t>
      </w:r>
    </w:p>
    <w:p>
      <w:r>
        <w:t>（五）推免综合学分绩计算规则</w:t>
      </w:r>
    </w:p>
    <w:p>
      <w:r>
        <w:t>推免综合学分绩＝推免课程学分绩＋学分绩总加分</w:t>
      </w:r>
    </w:p>
    <w:p>
      <w:r>
        <w:t>本院成立专家审核小组，对申请推免资格学生的科研创新成果、论文、竞赛获奖奖项及内容进行审核鉴定，排除抄袭、造假、冒名及有名无实等情况，并组织相关学生在一定范围内进行公开答辩。若有学生获得推免资格但因个人原因放弃免试攻读研究生资格的，相应推荐名额向下顺延。</w:t>
      </w:r>
    </w:p>
    <w:p>
      <w:r>
        <w:t>答辩全程录音录像，答辩结果公开公示。</w:t>
      </w:r>
    </w:p>
    <w:p>
      <w:r>
        <w:t>第五条本次推免排序规则为：按照推免综合学分绩从高到低进行排序。</w:t>
      </w:r>
    </w:p>
    <w:p>
      <w:r>
        <w:t>第六条本学院学生推免申报程序为：</w:t>
      </w:r>
    </w:p>
    <w:p>
      <w:r>
        <w:t>（一）9月初于数字经济与管理学院官网公示院系推免细则；</w:t>
      </w:r>
    </w:p>
    <w:p>
      <w:r>
        <w:t>（二）核算推免学分绩、学院审核加分项；</w:t>
      </w:r>
    </w:p>
    <w:p>
      <w:r>
        <w:t>（三）各项公示（推免课程学分绩、加分审核公示、推免综合学分绩公示、学院拟推免名单公示），并提交推免材料至本科生院；</w:t>
      </w:r>
    </w:p>
    <w:p>
      <w:r>
        <w:t>（四）本科生院公示最终推免名单。</w:t>
      </w:r>
    </w:p>
    <w:p>
      <w:r>
        <w:t>未尽事宜由数字经济与管理学院推免领导小组确定。</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