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推免生复试时间地点通知（2015年教育研究院）</w:t>
      </w:r>
    </w:p>
    <w:p>
      <w:pPr>
        <w:pStyle w:val="Heading3"/>
      </w:pPr>
      <w:r>
        <w:t>2015年教育研究院推免生复试时间地点通知</w:t>
      </w:r>
    </w:p>
    <w:p>
      <w:r>
        <w:t>时间：2014年10月11日下午一点开始</w:t>
      </w:r>
    </w:p>
    <w:p>
      <w:r>
        <w:t>地点：南京大学鼓楼校区（南京市汉口路22号）逸夫管理科学楼18楼1806会议室。</w:t>
      </w:r>
    </w:p>
    <w:p>
      <w:r>
        <w:t>复试顺序将在10月8日我院网站复试名单公布文件中说明。复试方案见本网站相关通知。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