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硕士生招生录取名单：2017年南京大学教育研究院（不含推荐免试保送生）</w:t>
      </w:r>
    </w:p>
    <w:p>
      <w:r>
        <w:t>2017年南京大学教育研究院硕士生招生录取名单（不含推荐免试保送生）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考生编号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  <w:tc>
          <w:tcPr>
            <w:tcW w:type="dxa" w:w="2880"/>
          </w:tcPr>
          <w:p>
            <w:r>
              <w:t>专业</w:t>
            </w:r>
          </w:p>
        </w:tc>
      </w:tr>
      <w:tr>
        <w:tc>
          <w:tcPr>
            <w:tcW w:type="dxa" w:w="2880"/>
          </w:tcPr>
          <w:p>
            <w:r>
              <w:t>102847211213235</w:t>
            </w:r>
          </w:p>
        </w:tc>
        <w:tc>
          <w:tcPr>
            <w:tcW w:type="dxa" w:w="2880"/>
          </w:tcPr>
          <w:p>
            <w:r>
              <w:t>师悦</w:t>
            </w:r>
          </w:p>
        </w:tc>
        <w:tc>
          <w:tcPr>
            <w:tcW w:type="dxa" w:w="2880"/>
          </w:tcPr>
          <w:p>
            <w:r>
              <w:t>课程与教学论</w:t>
            </w:r>
          </w:p>
        </w:tc>
      </w:tr>
      <w:tr>
        <w:tc>
          <w:tcPr>
            <w:tcW w:type="dxa" w:w="2880"/>
          </w:tcPr>
          <w:p>
            <w:r>
              <w:t>102847211211386</w:t>
            </w:r>
          </w:p>
        </w:tc>
        <w:tc>
          <w:tcPr>
            <w:tcW w:type="dxa" w:w="2880"/>
          </w:tcPr>
          <w:p>
            <w:r>
              <w:t>汪茹</w:t>
            </w:r>
          </w:p>
        </w:tc>
        <w:tc>
          <w:tcPr>
            <w:tcW w:type="dxa" w:w="2880"/>
          </w:tcPr>
          <w:p>
            <w:r>
              <w:t>课程与教学论</w:t>
            </w:r>
          </w:p>
        </w:tc>
      </w:tr>
      <w:tr>
        <w:tc>
          <w:tcPr>
            <w:tcW w:type="dxa" w:w="2880"/>
          </w:tcPr>
          <w:p>
            <w:r>
              <w:t>102847211213895</w:t>
            </w:r>
          </w:p>
        </w:tc>
        <w:tc>
          <w:tcPr>
            <w:tcW w:type="dxa" w:w="2880"/>
          </w:tcPr>
          <w:p>
            <w:r>
              <w:t>孙世轩</w:t>
            </w:r>
          </w:p>
        </w:tc>
        <w:tc>
          <w:tcPr>
            <w:tcW w:type="dxa" w:w="2880"/>
          </w:tcPr>
          <w:p>
            <w:r>
              <w:t>课程与教学论</w:t>
            </w:r>
          </w:p>
        </w:tc>
      </w:tr>
      <w:tr>
        <w:tc>
          <w:tcPr>
            <w:tcW w:type="dxa" w:w="2880"/>
          </w:tcPr>
          <w:p>
            <w:r>
              <w:t>102847211205391</w:t>
            </w:r>
          </w:p>
        </w:tc>
        <w:tc>
          <w:tcPr>
            <w:tcW w:type="dxa" w:w="2880"/>
          </w:tcPr>
          <w:p>
            <w:r>
              <w:t>周燕</w:t>
            </w:r>
          </w:p>
        </w:tc>
        <w:tc>
          <w:tcPr>
            <w:tcW w:type="dxa" w:w="2880"/>
          </w:tcPr>
          <w:p>
            <w:r>
              <w:t>高等教育学</w:t>
            </w:r>
          </w:p>
        </w:tc>
      </w:tr>
      <w:tr>
        <w:tc>
          <w:tcPr>
            <w:tcW w:type="dxa" w:w="2880"/>
          </w:tcPr>
          <w:p>
            <w:r>
              <w:t>102847211211299</w:t>
            </w:r>
          </w:p>
        </w:tc>
        <w:tc>
          <w:tcPr>
            <w:tcW w:type="dxa" w:w="2880"/>
          </w:tcPr>
          <w:p>
            <w:r>
              <w:t>肖苗苗</w:t>
            </w:r>
          </w:p>
        </w:tc>
        <w:tc>
          <w:tcPr>
            <w:tcW w:type="dxa" w:w="2880"/>
          </w:tcPr>
          <w:p>
            <w:r>
              <w:t>高等教育学</w:t>
            </w:r>
          </w:p>
        </w:tc>
      </w:tr>
      <w:tr>
        <w:tc>
          <w:tcPr>
            <w:tcW w:type="dxa" w:w="2880"/>
          </w:tcPr>
          <w:p>
            <w:r>
              <w:t>102847211201324</w:t>
            </w:r>
          </w:p>
        </w:tc>
        <w:tc>
          <w:tcPr>
            <w:tcW w:type="dxa" w:w="2880"/>
          </w:tcPr>
          <w:p>
            <w:r>
              <w:t>刘卓然</w:t>
            </w:r>
          </w:p>
        </w:tc>
        <w:tc>
          <w:tcPr>
            <w:tcW w:type="dxa" w:w="2880"/>
          </w:tcPr>
          <w:p>
            <w:r>
              <w:t>高等教育学</w:t>
            </w:r>
          </w:p>
        </w:tc>
      </w:tr>
      <w:tr>
        <w:tc>
          <w:tcPr>
            <w:tcW w:type="dxa" w:w="2880"/>
          </w:tcPr>
          <w:p>
            <w:r>
              <w:t>102847211208276</w:t>
            </w:r>
          </w:p>
        </w:tc>
        <w:tc>
          <w:tcPr>
            <w:tcW w:type="dxa" w:w="2880"/>
          </w:tcPr>
          <w:p>
            <w:r>
              <w:t>韩俭俭</w:t>
            </w:r>
          </w:p>
        </w:tc>
        <w:tc>
          <w:tcPr>
            <w:tcW w:type="dxa" w:w="2880"/>
          </w:tcPr>
          <w:p>
            <w:r>
              <w:t>高等教育学</w:t>
            </w:r>
          </w:p>
        </w:tc>
      </w:tr>
      <w:tr>
        <w:tc>
          <w:tcPr>
            <w:tcW w:type="dxa" w:w="2880"/>
          </w:tcPr>
          <w:p>
            <w:r>
              <w:t>102847211205687</w:t>
            </w:r>
          </w:p>
        </w:tc>
        <w:tc>
          <w:tcPr>
            <w:tcW w:type="dxa" w:w="2880"/>
          </w:tcPr>
          <w:p>
            <w:r>
              <w:t>何鑫</w:t>
            </w:r>
          </w:p>
        </w:tc>
        <w:tc>
          <w:tcPr>
            <w:tcW w:type="dxa" w:w="2880"/>
          </w:tcPr>
          <w:p>
            <w:r>
              <w:t>高等教育学（少民计划）</w:t>
            </w:r>
          </w:p>
        </w:tc>
      </w:tr>
      <w:tr>
        <w:tc>
          <w:tcPr>
            <w:tcW w:type="dxa" w:w="2880"/>
          </w:tcPr>
          <w:p>
            <w:r>
              <w:t>102847211205340</w:t>
            </w:r>
          </w:p>
        </w:tc>
        <w:tc>
          <w:tcPr>
            <w:tcW w:type="dxa" w:w="2880"/>
          </w:tcPr>
          <w:p>
            <w:r>
              <w:t>杨玲玲</w:t>
            </w:r>
          </w:p>
        </w:tc>
        <w:tc>
          <w:tcPr>
            <w:tcW w:type="dxa" w:w="2880"/>
          </w:tcPr>
          <w:p>
            <w:r>
              <w:t>高等教育学（少民计划）</w:t>
            </w:r>
          </w:p>
        </w:tc>
      </w:tr>
      <w:tr>
        <w:tc>
          <w:tcPr>
            <w:tcW w:type="dxa" w:w="2880"/>
          </w:tcPr>
          <w:p>
            <w:r>
              <w:t>102847211212920</w:t>
            </w:r>
          </w:p>
        </w:tc>
        <w:tc>
          <w:tcPr>
            <w:tcW w:type="dxa" w:w="2880"/>
          </w:tcPr>
          <w:p>
            <w:r>
              <w:t>丁丹</w:t>
            </w:r>
          </w:p>
        </w:tc>
        <w:tc>
          <w:tcPr>
            <w:tcW w:type="dxa" w:w="2880"/>
          </w:tcPr>
          <w:p>
            <w:r>
              <w:t>教育经济与管理</w:t>
            </w:r>
          </w:p>
        </w:tc>
      </w:tr>
      <w:tr>
        <w:tc>
          <w:tcPr>
            <w:tcW w:type="dxa" w:w="2880"/>
          </w:tcPr>
          <w:p>
            <w:r>
              <w:t>102847211210064</w:t>
            </w:r>
          </w:p>
        </w:tc>
        <w:tc>
          <w:tcPr>
            <w:tcW w:type="dxa" w:w="2880"/>
          </w:tcPr>
          <w:p>
            <w:r>
              <w:t>郝龙飞</w:t>
            </w:r>
          </w:p>
        </w:tc>
        <w:tc>
          <w:tcPr>
            <w:tcW w:type="dxa" w:w="2880"/>
          </w:tcPr>
          <w:p>
            <w:r>
              <w:t>教育经济与管理</w:t>
            </w:r>
          </w:p>
        </w:tc>
      </w:tr>
      <w:tr>
        <w:tc>
          <w:tcPr>
            <w:tcW w:type="dxa" w:w="2880"/>
          </w:tcPr>
          <w:p>
            <w:r>
              <w:t>102847211208279</w:t>
            </w:r>
          </w:p>
        </w:tc>
        <w:tc>
          <w:tcPr>
            <w:tcW w:type="dxa" w:w="2880"/>
          </w:tcPr>
          <w:p>
            <w:r>
              <w:t>汪雪娇</w:t>
            </w:r>
          </w:p>
        </w:tc>
        <w:tc>
          <w:tcPr>
            <w:tcW w:type="dxa" w:w="2880"/>
          </w:tcPr>
          <w:p>
            <w:r>
              <w:t>教育经济与管理</w:t>
            </w:r>
          </w:p>
        </w:tc>
      </w:tr>
      <w:tr>
        <w:tc>
          <w:tcPr>
            <w:tcW w:type="dxa" w:w="2880"/>
          </w:tcPr>
          <w:p>
            <w:r>
              <w:t>102847211201384</w:t>
            </w:r>
          </w:p>
        </w:tc>
        <w:tc>
          <w:tcPr>
            <w:tcW w:type="dxa" w:w="2880"/>
          </w:tcPr>
          <w:p>
            <w:r>
              <w:t>张智源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102847211201348</w:t>
            </w:r>
          </w:p>
        </w:tc>
        <w:tc>
          <w:tcPr>
            <w:tcW w:type="dxa" w:w="2880"/>
          </w:tcPr>
          <w:p>
            <w:r>
              <w:t>姜澄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102847211212834</w:t>
            </w:r>
          </w:p>
        </w:tc>
        <w:tc>
          <w:tcPr>
            <w:tcW w:type="dxa" w:w="2880"/>
          </w:tcPr>
          <w:p>
            <w:r>
              <w:t>唐闻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102847211201387</w:t>
            </w:r>
          </w:p>
        </w:tc>
        <w:tc>
          <w:tcPr>
            <w:tcW w:type="dxa" w:w="2880"/>
          </w:tcPr>
          <w:p>
            <w:r>
              <w:t>朱祥秀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102847211201368</w:t>
            </w:r>
          </w:p>
        </w:tc>
        <w:tc>
          <w:tcPr>
            <w:tcW w:type="dxa" w:w="2880"/>
          </w:tcPr>
          <w:p>
            <w:r>
              <w:t>王玉洁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102847211201349</w:t>
            </w:r>
          </w:p>
        </w:tc>
        <w:tc>
          <w:tcPr>
            <w:tcW w:type="dxa" w:w="2880"/>
          </w:tcPr>
          <w:p>
            <w:r>
              <w:t>蒋倩雯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102847211201352</w:t>
            </w:r>
          </w:p>
        </w:tc>
        <w:tc>
          <w:tcPr>
            <w:tcW w:type="dxa" w:w="2880"/>
          </w:tcPr>
          <w:p>
            <w:r>
              <w:t>梁春林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102847211212830</w:t>
            </w:r>
          </w:p>
        </w:tc>
        <w:tc>
          <w:tcPr>
            <w:tcW w:type="dxa" w:w="2880"/>
          </w:tcPr>
          <w:p>
            <w:r>
              <w:t>高旗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102847211201355</w:t>
            </w:r>
          </w:p>
        </w:tc>
        <w:tc>
          <w:tcPr>
            <w:tcW w:type="dxa" w:w="2880"/>
          </w:tcPr>
          <w:p>
            <w:r>
              <w:t>刘婷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102847211201357</w:t>
            </w:r>
          </w:p>
        </w:tc>
        <w:tc>
          <w:tcPr>
            <w:tcW w:type="dxa" w:w="2880"/>
          </w:tcPr>
          <w:p>
            <w:r>
              <w:t>潘晓可珂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102847211210201</w:t>
            </w:r>
          </w:p>
        </w:tc>
        <w:tc>
          <w:tcPr>
            <w:tcW w:type="dxa" w:w="2880"/>
          </w:tcPr>
          <w:p>
            <w:r>
              <w:t>齐艳冰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102847211212833</w:t>
            </w:r>
          </w:p>
        </w:tc>
        <w:tc>
          <w:tcPr>
            <w:tcW w:type="dxa" w:w="2880"/>
          </w:tcPr>
          <w:p>
            <w:r>
              <w:t>宋娇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102847211201353</w:t>
            </w:r>
          </w:p>
        </w:tc>
        <w:tc>
          <w:tcPr>
            <w:tcW w:type="dxa" w:w="2880"/>
          </w:tcPr>
          <w:p>
            <w:r>
              <w:t>刘丽英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102847211201371</w:t>
            </w:r>
          </w:p>
        </w:tc>
        <w:tc>
          <w:tcPr>
            <w:tcW w:type="dxa" w:w="2880"/>
          </w:tcPr>
          <w:p>
            <w:r>
              <w:t>文玉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102847211201376</w:t>
            </w:r>
          </w:p>
        </w:tc>
        <w:tc>
          <w:tcPr>
            <w:tcW w:type="dxa" w:w="2880"/>
          </w:tcPr>
          <w:p>
            <w:r>
              <w:t>尹良恒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102847211210406</w:t>
            </w:r>
          </w:p>
        </w:tc>
        <w:tc>
          <w:tcPr>
            <w:tcW w:type="dxa" w:w="2880"/>
          </w:tcPr>
          <w:p>
            <w:r>
              <w:t>张震亚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102847211211155</w:t>
            </w:r>
          </w:p>
        </w:tc>
        <w:tc>
          <w:tcPr>
            <w:tcW w:type="dxa" w:w="2880"/>
          </w:tcPr>
          <w:p>
            <w:r>
              <w:t>韩孟娜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102847211210796</w:t>
            </w:r>
          </w:p>
        </w:tc>
        <w:tc>
          <w:tcPr>
            <w:tcW w:type="dxa" w:w="2880"/>
          </w:tcPr>
          <w:p>
            <w:r>
              <w:t>许玲玲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102847211201346</w:t>
            </w:r>
          </w:p>
        </w:tc>
        <w:tc>
          <w:tcPr>
            <w:tcW w:type="dxa" w:w="2880"/>
          </w:tcPr>
          <w:p>
            <w:r>
              <w:t>胡春月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102847211201365</w:t>
            </w:r>
          </w:p>
        </w:tc>
        <w:tc>
          <w:tcPr>
            <w:tcW w:type="dxa" w:w="2880"/>
          </w:tcPr>
          <w:p>
            <w:r>
              <w:t>王梦琦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102847211201341</w:t>
            </w:r>
          </w:p>
        </w:tc>
        <w:tc>
          <w:tcPr>
            <w:tcW w:type="dxa" w:w="2880"/>
          </w:tcPr>
          <w:p>
            <w:r>
              <w:t>董兴华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102847211201342</w:t>
            </w:r>
          </w:p>
        </w:tc>
        <w:tc>
          <w:tcPr>
            <w:tcW w:type="dxa" w:w="2880"/>
          </w:tcPr>
          <w:p>
            <w:r>
              <w:t>葛骏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102847211201363</w:t>
            </w:r>
          </w:p>
        </w:tc>
        <w:tc>
          <w:tcPr>
            <w:tcW w:type="dxa" w:w="2880"/>
          </w:tcPr>
          <w:p>
            <w:r>
              <w:t>万丽丽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102847211207536</w:t>
            </w:r>
          </w:p>
        </w:tc>
        <w:tc>
          <w:tcPr>
            <w:tcW w:type="dxa" w:w="2880"/>
          </w:tcPr>
          <w:p>
            <w:r>
              <w:t>刘星星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102847211213032</w:t>
            </w:r>
          </w:p>
        </w:tc>
        <w:tc>
          <w:tcPr>
            <w:tcW w:type="dxa" w:w="2880"/>
          </w:tcPr>
          <w:p>
            <w:r>
              <w:t>周青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102847211215175</w:t>
            </w:r>
          </w:p>
        </w:tc>
        <w:tc>
          <w:tcPr>
            <w:tcW w:type="dxa" w:w="2880"/>
          </w:tcPr>
          <w:p>
            <w:r>
              <w:t>孙经纬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102847211201339</w:t>
            </w:r>
          </w:p>
        </w:tc>
        <w:tc>
          <w:tcPr>
            <w:tcW w:type="dxa" w:w="2880"/>
          </w:tcPr>
          <w:p>
            <w:r>
              <w:t>戴丽梅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102847211214400</w:t>
            </w:r>
          </w:p>
        </w:tc>
        <w:tc>
          <w:tcPr>
            <w:tcW w:type="dxa" w:w="2880"/>
          </w:tcPr>
          <w:p>
            <w:r>
              <w:t>程文琴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102847211201377</w:t>
            </w:r>
          </w:p>
        </w:tc>
        <w:tc>
          <w:tcPr>
            <w:tcW w:type="dxa" w:w="2880"/>
          </w:tcPr>
          <w:p>
            <w:r>
              <w:t>翟毅斌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  <w:tr>
        <w:tc>
          <w:tcPr>
            <w:tcW w:type="dxa" w:w="2880"/>
          </w:tcPr>
          <w:p>
            <w:r>
              <w:t>102847211201385</w:t>
            </w:r>
          </w:p>
        </w:tc>
        <w:tc>
          <w:tcPr>
            <w:tcW w:type="dxa" w:w="2880"/>
          </w:tcPr>
          <w:p>
            <w:r>
              <w:t>赵菁菁</w:t>
            </w:r>
          </w:p>
        </w:tc>
        <w:tc>
          <w:tcPr>
            <w:tcW w:type="dxa" w:w="2880"/>
          </w:tcPr>
          <w:p>
            <w:r>
              <w:t>教育管理（专业学位）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