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工程管理学院2026年度推免生申请名单、拟推荐学生排序名单公示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