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【公示】2025年天文与空间科学学院推免申请名单、推免学分绩及排序公示</w:t>
      </w:r>
    </w:p>
    <w:p>
      <w:r>
        <w:t>头部</w:t>
      </w:r>
    </w:p>
    <w:p>
      <w:r>
        <w:t>PC头部</w:t>
      </w:r>
    </w:p>
    <w:p>
      <w:r>
        <w:t>手机端头部</w:t>
      </w:r>
    </w:p>
    <w:p>
      <w:r>
        <w:t>CONTENT</w:t>
      </w:r>
    </w:p>
    <w:p>
      <w:r>
        <w:t>首页&gt;天文动态&gt;通知公告</w:t>
      </w:r>
    </w:p>
    <w:p>
      <w:pPr>
        <w:pStyle w:val="ListBullet"/>
      </w:pPr>
      <w:r>
        <w:t>发布时间：2025-09-05</w:t>
      </w:r>
    </w:p>
    <w:p>
      <w:pPr>
        <w:pStyle w:val="ListBullet"/>
      </w:pPr>
      <w:r>
        <w:t>字体大小：[大] [中] [小]</w:t>
      </w:r>
    </w:p>
    <w:p>
      <w:r>
        <w:t>根据《2025年度南京大学天文与空间科学学院推免生遴选工作实施细则》和《南京大学关于做好推荐2026年应届优秀本科毕业生免试攻读研究生工作的通知》，经学院推免生遴选工作小组审核，现将推免生申请名单、推免课程学分绩、推免学分绩加分情况、推免综合排序等情况公示如下。</w:t>
      </w:r>
    </w:p>
    <w:p>
      <w:r>
        <w:t>推免综合学分绩排序_22级公示2</w:t>
      </w:r>
    </w:p>
    <w:p>
      <w:r>
        <w:t>如对以上公示内容有异议者，请于9月9日10 :00之前与学院推免工作小组联系。</w:t>
      </w:r>
    </w:p>
    <w:p>
      <w:r>
        <w:t>联系电话：83593325，</w:t>
      </w:r>
    </w:p>
    <w:p>
      <w:r>
        <w:t>邮箱: bjiang@nju.edu.cn</w:t>
      </w:r>
    </w:p>
    <w:tbl>
      <w:tblPr>
        <w:tblStyle w:val="TableGrid"/>
        <w:tblW w:type="auto" w:w="0"/>
        <w:tblLook w:firstColumn="1" w:firstRow="1" w:lastColumn="0" w:lastRow="0" w:noHBand="0" w:noVBand="1" w:val="04A0"/>
      </w:tblPr>
      <w:tblGrid>
        <w:gridCol w:w="8640"/>
      </w:tblGrid>
      <w:tr>
        <w:tc>
          <w:tcPr>
            <w:tcW w:type="dxa" w:w="8640"/>
          </w:tcPr>
          <w:p>
            <w:r>
              <w:t>上一篇：【公示】2025年天文与空间科学学院拟推免名单公示</w:t>
            </w:r>
          </w:p>
        </w:tc>
      </w:tr>
      <w:tr>
        <w:tc>
          <w:tcPr>
            <w:tcW w:type="dxa" w:w="8640"/>
          </w:tcPr>
          <w:p>
            <w:r>
              <w:t>下一篇：【公示】关于2025年度南京大学天文与空间科学学院推免生遴选工作实施细则变动的说明</w:t>
            </w:r>
          </w:p>
        </w:tc>
      </w:tr>
    </w:tbl>
    <w:p>
      <w:r>
        <w:t>底部</w:t>
      </w:r>
    </w:p>
    <w:p>
      <w:r>
        <w:t>底部</w:t>
      </w:r>
    </w:p>
    <w:p>
      <w:r>
        <w:t>Copyright ©南京大学天文与空间科学学院All Rights Reserved版权所有：南京大学苏ICP备05002851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