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【公示】2023年推免生特殊学术专长审核结果公示</w:t>
      </w:r>
    </w:p>
    <w:p>
      <w:r>
        <w:t>通知公告</w:t>
      </w:r>
    </w:p>
    <w:p>
      <w:r>
        <w:t>发布时间：2023-09-15</w:t>
      </w:r>
    </w:p>
    <w:p>
      <w:r>
        <w:t>浏览次数：5</w:t>
      </w:r>
    </w:p>
    <w:p>
      <w:r>
        <w:t>根据《南京大学推荐2024年应届生免试攻读研究生学分绩加分办法》及院系推免实施细则，经申请人答辩和专家审核小组审核结果，现对2023年推免生特殊学术专长审核结果公示如下。</w:t>
      </w:r>
    </w:p>
    <w:p>
      <w:r>
        <w:t>1、李宜骅推免学分绩加分分值0.013分</w:t>
      </w:r>
    </w:p>
    <w:p>
      <w:r>
        <w:t>2、孔垂政推免学分绩加分分值0.013分</w:t>
      </w:r>
    </w:p>
    <w:p>
      <w:r>
        <w:t>3、郭晨蕾推免学分绩加分分值0.04分</w:t>
      </w:r>
    </w:p>
    <w:p>
      <w:r>
        <w:t>4、陈晗晓推免学分绩加分分值0.05分</w:t>
      </w:r>
    </w:p>
    <w:p>
      <w:r>
        <w:t>特此公示。</w:t>
      </w:r>
    </w:p>
    <w:p>
      <w:r>
        <w:t>若对公示结果有异议，请于9月19日17：00前与姜冰老师联系（电话83593325，电子邮件bjiang@nju.edu.cn）。</w:t>
      </w:r>
    </w:p>
    <w:p>
      <w:r>
        <w:t>附：</w:t>
      </w:r>
    </w:p>
    <w:p>
      <w:r>
        <w:t>推免生特殊学术专长审核鉴定意见</w:t>
      </w:r>
    </w:p>
    <w:p>
      <w:r>
        <w:t>美赛证明_李宜骅孔垂政</w:t>
      </w:r>
    </w:p>
    <w:p>
      <w:r>
        <w:t>郭晨蕾第十二届中国大学生物理学术竞赛一等奖证书</w:t>
      </w:r>
    </w:p>
    <w:p>
      <w:r>
        <w:t>陈晗晓加分证明</w:t>
      </w:r>
    </w:p>
    <w:p>
      <w:r>
        <w:t>天文与空间科学学院</w:t>
      </w:r>
    </w:p>
    <w:p>
      <w:r>
        <w:t>20 23年9月15日</w:t>
      </w:r>
    </w:p>
    <w:p>
      <w:r>
        <w:t>返回列表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上一篇：【公示】天文与空间科学学院2023年推免学分绩排序公示</w:t>
            </w:r>
          </w:p>
        </w:tc>
      </w:tr>
      <w:tr>
        <w:tc>
          <w:tcPr>
            <w:tcW w:type="dxa" w:w="8640"/>
          </w:tcPr>
          <w:p>
            <w:r>
              <w:t>下一篇：迎新｜研究生德育导师寄语新同学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