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【公示】天文与空间科学学院2023年推免学分绩排序公示</w:t>
      </w:r>
    </w:p>
    <w:p>
      <w:r>
        <w:t>头部</w:t>
      </w:r>
    </w:p>
    <w:p>
      <w:r>
        <w:t>PC头部</w:t>
      </w:r>
    </w:p>
    <w:p>
      <w:r>
        <w:t>手机端头部</w:t>
      </w:r>
    </w:p>
    <w:p>
      <w:r>
        <w:t>CONTENT</w:t>
      </w:r>
    </w:p>
    <w:p>
      <w:r>
        <w:t>首页&gt;天文动态&gt;通知公告</w:t>
      </w:r>
    </w:p>
    <w:p>
      <w:pPr>
        <w:pStyle w:val="ListBullet"/>
      </w:pPr>
      <w:r>
        <w:t>发布时间：2023-09-15</w:t>
      </w:r>
    </w:p>
    <w:p>
      <w:pPr>
        <w:pStyle w:val="ListBullet"/>
      </w:pPr>
      <w:r>
        <w:t>字体大小：[大] [中] [小]</w:t>
      </w:r>
    </w:p>
    <w:p>
      <w:r>
        <w:t>根据《2023年度南京大学天文与空间科学学院推免生遴选工作实施细则》和南京大学《关于启动2023年度校内推免生遴选工作暨实施细则报送的通知》，经学院推免生遴选工作小组审核，现将所有推免申请者和符合推免条件者的推免学分绩排序等情况公示如下，包括申请名单、推免学分绩、推免学分绩加分情况、推免综合排序等。</w:t>
      </w:r>
    </w:p>
    <w:p>
      <w:r>
        <w:t>推免综合学分绩排名等公示</w:t>
      </w:r>
    </w:p>
    <w:p>
      <w:r>
        <w:t>如对以上公示内容有异议者，请于9月19日17 :00之前与学院推免工作小组联系。</w:t>
      </w:r>
    </w:p>
    <w:p>
      <w:r>
        <w:t>联系电话：83593325，</w:t>
      </w:r>
    </w:p>
    <w:p>
      <w:r>
        <w:t>邮箱: bjiang@nju.edu.cn</w:t>
      </w:r>
    </w:p>
    <w:p>
      <w:r>
        <w:t>天文与空间科学学院</w:t>
      </w:r>
    </w:p>
    <w:p>
      <w:r>
        <w:t>2023年9月15日</w:t>
      </w:r>
    </w:p>
    <w:tbl>
      <w:tblPr>
        <w:tblStyle w:val="TableGrid"/>
        <w:tblW w:type="auto" w:w="0"/>
        <w:tblLook w:firstColumn="1" w:firstRow="1" w:lastColumn="0" w:lastRow="0" w:noHBand="0" w:noVBand="1" w:val="04A0"/>
      </w:tblPr>
      <w:tblGrid>
        <w:gridCol w:w="8640"/>
      </w:tblGrid>
      <w:tr>
        <w:tc>
          <w:tcPr>
            <w:tcW w:type="dxa" w:w="8640"/>
          </w:tcPr>
          <w:p>
            <w:r>
              <w:t>上一篇：南京大学苏州校区深空探测科学与技术研究院2024年接收推荐免试研究生工作实施细则</w:t>
            </w:r>
          </w:p>
        </w:tc>
      </w:tr>
      <w:tr>
        <w:tc>
          <w:tcPr>
            <w:tcW w:type="dxa" w:w="8640"/>
          </w:tcPr>
          <w:p>
            <w:r>
              <w:t>下一篇：【公示】2023年推免生特殊学术专长审核结果公示</w:t>
            </w:r>
          </w:p>
        </w:tc>
      </w:tr>
    </w:tbl>
    <w:p>
      <w:r>
        <w:t>底部</w:t>
      </w:r>
    </w:p>
    <w:p>
      <w:r>
        <w:t>底部</w:t>
      </w:r>
    </w:p>
    <w:p>
      <w:r>
        <w:t>Copyright ©南京大学天文与空间科学学院All Rights Reserved版权所有：南京大学苏ICP备05002851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