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天文与空间科学学院-2026</w:t>
      </w:r>
    </w:p>
    <w:p>
      <w:r>
        <w:t>坚持公平、公开、公正的原则，坚持以德为先，突出能力考查，以选拔质量为核心，对学生全面考查、综合评价、择优选拔。在对学生一贯表现、平时学习和科研能力综合评价的基础上，加大对学生科研创新潜质和专业能力倾向的考核，确保推免生质量。</w:t>
      </w:r>
    </w:p>
    <w:p>
      <w:r>
        <w:t>二、学院推免生遴选工作小组</w:t>
      </w:r>
    </w:p>
    <w:p>
      <w:r>
        <w:t>组长：程鑫</w:t>
      </w:r>
    </w:p>
    <w:p>
      <w:r>
        <w:t>成员：学院教学委员会成员以及徐海蓉、李川、柳若愚、张丽、姜冰。</w:t>
      </w:r>
    </w:p>
    <w:p>
      <w:r>
        <w:t>采用集体议事和集体决策机制，负责制定本院系推免生遴选工作细则、审核本院系被推荐者的资格和条件，尊重并维护学生自主选择志愿的权利，切实保障推免生自主报考。</w:t>
      </w:r>
    </w:p>
    <w:p>
      <w:r>
        <w:t>三、推免对象及条件（此处仅针对本学院学生）</w:t>
      </w:r>
    </w:p>
    <w:p>
      <w:r>
        <w:t>1.通过普通高考（含保送方式）招生录取或面向港澳台华侨学生招生录取的2027年全日制应届本科毕业生，不含第二学士学位学生，热爱祖国，拥护中国共产党的领导，自觉践行社会主义核心价值观，理想信念坚定，社会责任感和历史使命感强。</w:t>
      </w:r>
    </w:p>
    <w:p>
      <w:r>
        <w:t>2.遵守中华人民共和国宪法和法律、诚实守信，不存在考试作弊和学术不端记录，无任何受处分记录。</w:t>
      </w:r>
    </w:p>
    <w:p>
      <w:r>
        <w:t>3.成绩优秀，系统掌握本学科专业领域的基础理论、专业知识和基本技能；具有从事科学研究、专业实践的能力和基础，以及较强的创新意识和潜质。除总学分及毕业论文要求外，已具备《南京大学学士学位授予管理办法》规定的学士学位授予条件。除专项名额外，原则上学生所获学位课程学分绩（即教务系统学分绩计算数据）排名处于所在专业前70%。按照教学计划进度，如学生当前尚有应修专业准入准出课程或通修课程未修或不及格，则不得申请。</w:t>
      </w:r>
    </w:p>
    <w:p>
      <w:r>
        <w:t>4 .申报教育部各类“补偿计划”（相关师范院校、国防科工院所等）的学生，须满足上述第1- 3条要求，学院将择优推荐。</w:t>
      </w:r>
    </w:p>
    <w:p>
      <w:r>
        <w:t>5 . “研究生支教团”推免专项的申报条件及程序参见校团委发布的相关文件。</w:t>
      </w:r>
    </w:p>
    <w:p>
      <w:r>
        <w:t>四、推免学分绩</w:t>
      </w:r>
    </w:p>
    <w:p>
      <w:r>
        <w:t>（一）纳入学分绩计算范围的课程学分认定规则与计算方式</w:t>
      </w:r>
    </w:p>
    <w:p>
      <w:r>
        <w:t>推免课程学分绩统一以学生首次参加课程考试的成绩计算（非补考或重修成绩，如第一次考试不及格者，按不及格原始成绩计算学分绩），返校未满一年的交换生以现有在本校修读的课程成绩计算。</w:t>
      </w:r>
    </w:p>
    <w:p>
      <w:r>
        <w:t>纳入学分绩计算范围的课程清单见附件1。</w:t>
      </w:r>
    </w:p>
    <w:p>
      <w:r>
        <w:t>（二）纳入学分绩计算范围的课程清单（附件1）</w:t>
      </w:r>
    </w:p>
    <w:p>
      <w:r>
        <w:t>详见附件1。</w:t>
      </w:r>
    </w:p>
    <w:p>
      <w:r>
        <w:t>（三）学分绩加分项目补充说明</w:t>
      </w:r>
    </w:p>
    <w:p>
      <w:r>
        <w:t>1.学生在高水平科研创新成果、高水平竞赛奖项、综合素质表现、参军入伍服兵役等加分类别中，相同内容形成的成果不得累计加分，同一类别内有多项成果的，原则上只取一项计入加分。单人加分总额不得超过0.3。</w:t>
      </w:r>
    </w:p>
    <w:p>
      <w:r>
        <w:t>2.学院根据教育部和学校规定对申请推免资格学生的科研创新成果、竞赛奖项等内容的真实性、原创性进行审核鉴定，聚焦其个人实际贡献和创新质量，排除抄袭、造假、冒名、有名无实等情况，并组织学生在一定范围内公开答辩。材料审核专家组根据材料鉴定、学生公开答辩等情况进行审核评价，并公示审核结果。</w:t>
      </w:r>
    </w:p>
    <w:p>
      <w:r>
        <w:t>3.申报成果、获奖等获得日期须为202 6年9月9日前。论文见刊或有录用通知即可计入，录用通知收到日期须为202 6年9月9前。</w:t>
      </w:r>
    </w:p>
    <w:p>
      <w:r>
        <w:t>4.学生与其亲属或者其他利益相关者（不含指导教师）合作的科研成果、竞赛奖项等，不纳入加分认定范围。</w:t>
      </w:r>
    </w:p>
    <w:p>
      <w:r>
        <w:t>5对联合参赛、与指导教师联合发表论文发等情况，要求相关学生出具指导教师本人撰写并署名的推荐信，客观陈述学生在联合成果中的实际贡献。</w:t>
      </w:r>
    </w:p>
    <w:p>
      <w:r>
        <w:t>6.高水平科研创新成果类中，原则上应为学生本科阶段在高水平期刊以第一作者发表或与指导教师联合发表（限指导教师和学生分别为第一、第二作者）发表的与专业相关的科研论文。多篇论文不累计，只取一篇计入加分。加分刊物级别和具体目录请见附件2。此项加分总额最多不超过0.1。</w:t>
      </w:r>
    </w:p>
    <w:p>
      <w:r>
        <w:t>7.其他具体加分明细参考学校学分绩加分方法有关规定。</w:t>
      </w:r>
    </w:p>
    <w:p>
      <w:r>
        <w:t>（四）经院系认定允许学分绩加分的学术刊物目录（加分刊物级别及其对应加分值）</w:t>
      </w:r>
    </w:p>
    <w:p>
      <w:r>
        <w:t>详见附件2。</w:t>
      </w:r>
    </w:p>
    <w:p>
      <w:r>
        <w:t>（五）推免综合学分绩计算规则</w:t>
      </w:r>
    </w:p>
    <w:p>
      <w:r>
        <w:t>推免综合学分绩＝推免课程学分绩＋学分绩总加分</w:t>
      </w:r>
    </w:p>
    <w:p>
      <w:r>
        <w:t>五、排名规则</w:t>
      </w:r>
    </w:p>
    <w:p>
      <w:r>
        <w:t>本次推免分为2个方向进行排序，分别为：天文学专业（含天文学基础学科拔尖计划）、空间科学与技术专业。</w:t>
      </w:r>
    </w:p>
    <w:p>
      <w:r>
        <w:t>排序规则为：每个方向分别按照推免综合学分绩排名。</w:t>
      </w:r>
    </w:p>
    <w:p>
      <w:r>
        <w:t>六、本院系学生推免申报程序</w:t>
      </w:r>
    </w:p>
    <w:p>
      <w:r>
        <w:t>学生自主申报，对本院系所有符合推免申报条件的学生按推免综合学分绩依次排序，并在院系内公示所有申报推免的学生的相关信息。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