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南京大学大气科学学院2026年硕士研究生招生复试成绩及拟录取名单（不含推荐免试硕士生）公示</w:t>
      </w:r>
    </w:p>
    <w:p>
      <w:r>
        <w:t>经我单位研究生招生分委会审核，现将大气科学学院2026年硕士研究生招生复试成绩及拟录取名单（不含推荐免试硕士生）予以公示。公示时间自2026年4月3日至4月5日，如对公示名单有异议，请于公示期内以书面形式与我单位联系。</w:t>
      </w:r>
    </w:p>
    <w:p>
      <w:r>
        <w:t>联系电话：025-89682575</w:t>
      </w:r>
    </w:p>
    <w:p>
      <w:r>
        <w:t>电子邮箱：a s@nju.edu.cn</w:t>
      </w:r>
    </w:p>
    <w:p>
      <w:r>
        <w:t>如有考生自愿放弃拟录取资格，我单位将在学校规定时间内依次替补，替补结果以研究生院审核为准。</w:t>
      </w:r>
    </w:p>
    <w:p>
      <w:r>
        <w:t>此次公布的名单为我单位拟录取名单，南京大学研究生院后续将统一公示全校拟录取名单，拟录取名单须经上级主管部门审核通过后方为正式录取。</w:t>
      </w:r>
    </w:p>
    <w:p>
      <w:r>
        <w:t>大气科学学院</w:t>
      </w:r>
    </w:p>
    <w:p>
      <w:r>
        <w:t>2026年4月2日</w:t>
      </w:r>
    </w:p>
    <w:p>
      <w:r>
        <w:t>附件：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专业</w:t>
            </w:r>
          </w:p>
        </w:tc>
        <w:tc>
          <w:tcPr>
            <w:tcW w:type="dxa" w:w="960"/>
          </w:tcPr>
          <w:p>
            <w:r>
              <w:t>考生编号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面试成绩</w:t>
            </w:r>
          </w:p>
        </w:tc>
        <w:tc>
          <w:tcPr>
            <w:tcW w:type="dxa" w:w="960"/>
          </w:tcPr>
          <w:p>
            <w:r>
              <w:t>复试成绩</w:t>
            </w:r>
          </w:p>
        </w:tc>
        <w:tc>
          <w:tcPr>
            <w:tcW w:type="dxa" w:w="960"/>
          </w:tcPr>
          <w:p>
            <w:r>
              <w:t>总成绩</w:t>
            </w:r>
          </w:p>
        </w:tc>
        <w:tc>
          <w:tcPr>
            <w:tcW w:type="dxa" w:w="960"/>
          </w:tcPr>
          <w:p>
            <w:r>
              <w:t>拟录取结果</w:t>
            </w:r>
          </w:p>
        </w:tc>
        <w:tc>
          <w:tcPr>
            <w:tcW w:type="dxa" w:w="960"/>
          </w:tcPr>
          <w:p>
            <w:r>
              <w:t>备注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102846212803453</w:t>
            </w:r>
          </w:p>
        </w:tc>
        <w:tc>
          <w:tcPr>
            <w:tcW w:type="dxa" w:w="960"/>
          </w:tcPr>
          <w:p>
            <w:r>
              <w:t>李安琦</w:t>
            </w:r>
          </w:p>
        </w:tc>
        <w:tc>
          <w:tcPr>
            <w:tcW w:type="dxa" w:w="960"/>
          </w:tcPr>
          <w:p>
            <w:r>
              <w:t>273.57</w:t>
            </w:r>
          </w:p>
        </w:tc>
        <w:tc>
          <w:tcPr>
            <w:tcW w:type="dxa" w:w="960"/>
          </w:tcPr>
          <w:p>
            <w:r>
              <w:t>273.57</w:t>
            </w:r>
          </w:p>
        </w:tc>
        <w:tc>
          <w:tcPr>
            <w:tcW w:type="dxa" w:w="960"/>
          </w:tcPr>
          <w:p>
            <w:r>
              <w:t>700.57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102846212816258</w:t>
            </w:r>
          </w:p>
        </w:tc>
        <w:tc>
          <w:tcPr>
            <w:tcW w:type="dxa" w:w="960"/>
          </w:tcPr>
          <w:p>
            <w:r>
              <w:t>王俊杰</w:t>
            </w:r>
          </w:p>
        </w:tc>
        <w:tc>
          <w:tcPr>
            <w:tcW w:type="dxa" w:w="960"/>
          </w:tcPr>
          <w:p>
            <w:r>
              <w:t>263.86</w:t>
            </w:r>
          </w:p>
        </w:tc>
        <w:tc>
          <w:tcPr>
            <w:tcW w:type="dxa" w:w="960"/>
          </w:tcPr>
          <w:p>
            <w:r>
              <w:t>263.86</w:t>
            </w:r>
          </w:p>
        </w:tc>
        <w:tc>
          <w:tcPr>
            <w:tcW w:type="dxa" w:w="960"/>
          </w:tcPr>
          <w:p>
            <w:r>
              <w:t>698.86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102846212803469</w:t>
            </w:r>
          </w:p>
        </w:tc>
        <w:tc>
          <w:tcPr>
            <w:tcW w:type="dxa" w:w="960"/>
          </w:tcPr>
          <w:p>
            <w:r>
              <w:t>袁一晗</w:t>
            </w:r>
          </w:p>
        </w:tc>
        <w:tc>
          <w:tcPr>
            <w:tcW w:type="dxa" w:w="960"/>
          </w:tcPr>
          <w:p>
            <w:r>
              <w:t>266.29</w:t>
            </w:r>
          </w:p>
        </w:tc>
        <w:tc>
          <w:tcPr>
            <w:tcW w:type="dxa" w:w="960"/>
          </w:tcPr>
          <w:p>
            <w:r>
              <w:t>266.29</w:t>
            </w:r>
          </w:p>
        </w:tc>
        <w:tc>
          <w:tcPr>
            <w:tcW w:type="dxa" w:w="960"/>
          </w:tcPr>
          <w:p>
            <w:r>
              <w:t>689.29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102846212803457</w:t>
            </w:r>
          </w:p>
        </w:tc>
        <w:tc>
          <w:tcPr>
            <w:tcW w:type="dxa" w:w="960"/>
          </w:tcPr>
          <w:p>
            <w:r>
              <w:t>苏秋桐</w:t>
            </w:r>
          </w:p>
        </w:tc>
        <w:tc>
          <w:tcPr>
            <w:tcW w:type="dxa" w:w="960"/>
          </w:tcPr>
          <w:p>
            <w:r>
              <w:t>279.86</w:t>
            </w:r>
          </w:p>
        </w:tc>
        <w:tc>
          <w:tcPr>
            <w:tcW w:type="dxa" w:w="960"/>
          </w:tcPr>
          <w:p>
            <w:r>
              <w:t>279.86</w:t>
            </w:r>
          </w:p>
        </w:tc>
        <w:tc>
          <w:tcPr>
            <w:tcW w:type="dxa" w:w="960"/>
          </w:tcPr>
          <w:p>
            <w:r>
              <w:t>685.86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102846212803464</w:t>
            </w:r>
          </w:p>
        </w:tc>
        <w:tc>
          <w:tcPr>
            <w:tcW w:type="dxa" w:w="960"/>
          </w:tcPr>
          <w:p>
            <w:r>
              <w:t>温馨</w:t>
            </w:r>
          </w:p>
        </w:tc>
        <w:tc>
          <w:tcPr>
            <w:tcW w:type="dxa" w:w="960"/>
          </w:tcPr>
          <w:p>
            <w:r>
              <w:t>272.57</w:t>
            </w:r>
          </w:p>
        </w:tc>
        <w:tc>
          <w:tcPr>
            <w:tcW w:type="dxa" w:w="960"/>
          </w:tcPr>
          <w:p>
            <w:r>
              <w:t>272.57</w:t>
            </w:r>
          </w:p>
        </w:tc>
        <w:tc>
          <w:tcPr>
            <w:tcW w:type="dxa" w:w="960"/>
          </w:tcPr>
          <w:p>
            <w:r>
              <w:t>684.57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102846212803443</w:t>
            </w:r>
          </w:p>
        </w:tc>
        <w:tc>
          <w:tcPr>
            <w:tcW w:type="dxa" w:w="960"/>
          </w:tcPr>
          <w:p>
            <w:r>
              <w:t>樊瑾奕</w:t>
            </w:r>
          </w:p>
        </w:tc>
        <w:tc>
          <w:tcPr>
            <w:tcW w:type="dxa" w:w="960"/>
          </w:tcPr>
          <w:p>
            <w:r>
              <w:t>269.86</w:t>
            </w:r>
          </w:p>
        </w:tc>
        <w:tc>
          <w:tcPr>
            <w:tcW w:type="dxa" w:w="960"/>
          </w:tcPr>
          <w:p>
            <w:r>
              <w:t>269.86</w:t>
            </w:r>
          </w:p>
        </w:tc>
        <w:tc>
          <w:tcPr>
            <w:tcW w:type="dxa" w:w="960"/>
          </w:tcPr>
          <w:p>
            <w:r>
              <w:t>683.86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102846212817409</w:t>
            </w:r>
          </w:p>
        </w:tc>
        <w:tc>
          <w:tcPr>
            <w:tcW w:type="dxa" w:w="960"/>
          </w:tcPr>
          <w:p>
            <w:r>
              <w:t>赵景森</w:t>
            </w:r>
          </w:p>
        </w:tc>
        <w:tc>
          <w:tcPr>
            <w:tcW w:type="dxa" w:w="960"/>
          </w:tcPr>
          <w:p>
            <w:r>
              <w:t>256.43</w:t>
            </w:r>
          </w:p>
        </w:tc>
        <w:tc>
          <w:tcPr>
            <w:tcW w:type="dxa" w:w="960"/>
          </w:tcPr>
          <w:p>
            <w:r>
              <w:t>256.43</w:t>
            </w:r>
          </w:p>
        </w:tc>
        <w:tc>
          <w:tcPr>
            <w:tcW w:type="dxa" w:w="960"/>
          </w:tcPr>
          <w:p>
            <w:r>
              <w:t>673.43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102846212803456</w:t>
            </w:r>
          </w:p>
        </w:tc>
        <w:tc>
          <w:tcPr>
            <w:tcW w:type="dxa" w:w="960"/>
          </w:tcPr>
          <w:p>
            <w:r>
              <w:t>申煜帆</w:t>
            </w:r>
          </w:p>
        </w:tc>
        <w:tc>
          <w:tcPr>
            <w:tcW w:type="dxa" w:w="960"/>
          </w:tcPr>
          <w:p>
            <w:r>
              <w:t>264.14</w:t>
            </w:r>
          </w:p>
        </w:tc>
        <w:tc>
          <w:tcPr>
            <w:tcW w:type="dxa" w:w="960"/>
          </w:tcPr>
          <w:p>
            <w:r>
              <w:t>264.14</w:t>
            </w:r>
          </w:p>
        </w:tc>
        <w:tc>
          <w:tcPr>
            <w:tcW w:type="dxa" w:w="960"/>
          </w:tcPr>
          <w:p>
            <w:r>
              <w:t>673.14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102846212803458</w:t>
            </w:r>
          </w:p>
        </w:tc>
        <w:tc>
          <w:tcPr>
            <w:tcW w:type="dxa" w:w="960"/>
          </w:tcPr>
          <w:p>
            <w:r>
              <w:t>唐雨果</w:t>
            </w:r>
          </w:p>
        </w:tc>
        <w:tc>
          <w:tcPr>
            <w:tcW w:type="dxa" w:w="960"/>
          </w:tcPr>
          <w:p>
            <w:r>
              <w:t>267.57</w:t>
            </w:r>
          </w:p>
        </w:tc>
        <w:tc>
          <w:tcPr>
            <w:tcW w:type="dxa" w:w="960"/>
          </w:tcPr>
          <w:p>
            <w:r>
              <w:t>267.57</w:t>
            </w:r>
          </w:p>
        </w:tc>
        <w:tc>
          <w:tcPr>
            <w:tcW w:type="dxa" w:w="960"/>
          </w:tcPr>
          <w:p>
            <w:r>
              <w:t>672.57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102846212803474</w:t>
            </w:r>
          </w:p>
        </w:tc>
        <w:tc>
          <w:tcPr>
            <w:tcW w:type="dxa" w:w="960"/>
          </w:tcPr>
          <w:p>
            <w:r>
              <w:t>周传健</w:t>
            </w:r>
          </w:p>
        </w:tc>
        <w:tc>
          <w:tcPr>
            <w:tcW w:type="dxa" w:w="960"/>
          </w:tcPr>
          <w:p>
            <w:r>
              <w:t>256.71</w:t>
            </w:r>
          </w:p>
        </w:tc>
        <w:tc>
          <w:tcPr>
            <w:tcW w:type="dxa" w:w="960"/>
          </w:tcPr>
          <w:p>
            <w:r>
              <w:t>256.71</w:t>
            </w:r>
          </w:p>
        </w:tc>
        <w:tc>
          <w:tcPr>
            <w:tcW w:type="dxa" w:w="960"/>
          </w:tcPr>
          <w:p>
            <w:r>
              <w:t>660.71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102846212816256</w:t>
            </w:r>
          </w:p>
        </w:tc>
        <w:tc>
          <w:tcPr>
            <w:tcW w:type="dxa" w:w="960"/>
          </w:tcPr>
          <w:p>
            <w:r>
              <w:t>陈洋</w:t>
            </w:r>
          </w:p>
        </w:tc>
        <w:tc>
          <w:tcPr>
            <w:tcW w:type="dxa" w:w="960"/>
          </w:tcPr>
          <w:p>
            <w:r>
              <w:t>260.43</w:t>
            </w:r>
          </w:p>
        </w:tc>
        <w:tc>
          <w:tcPr>
            <w:tcW w:type="dxa" w:w="960"/>
          </w:tcPr>
          <w:p>
            <w:r>
              <w:t>260.43</w:t>
            </w:r>
          </w:p>
        </w:tc>
        <w:tc>
          <w:tcPr>
            <w:tcW w:type="dxa" w:w="960"/>
          </w:tcPr>
          <w:p>
            <w:r>
              <w:t>658.43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102846212803462</w:t>
            </w:r>
          </w:p>
        </w:tc>
        <w:tc>
          <w:tcPr>
            <w:tcW w:type="dxa" w:w="960"/>
          </w:tcPr>
          <w:p>
            <w:r>
              <w:t>王煜</w:t>
            </w:r>
          </w:p>
        </w:tc>
        <w:tc>
          <w:tcPr>
            <w:tcW w:type="dxa" w:w="960"/>
          </w:tcPr>
          <w:p>
            <w:r>
              <w:t>262.14</w:t>
            </w:r>
          </w:p>
        </w:tc>
        <w:tc>
          <w:tcPr>
            <w:tcW w:type="dxa" w:w="960"/>
          </w:tcPr>
          <w:p>
            <w:r>
              <w:t>262.14</w:t>
            </w:r>
          </w:p>
        </w:tc>
        <w:tc>
          <w:tcPr>
            <w:tcW w:type="dxa" w:w="960"/>
          </w:tcPr>
          <w:p>
            <w:r>
              <w:t>652.14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102846212812050</w:t>
            </w:r>
          </w:p>
        </w:tc>
        <w:tc>
          <w:tcPr>
            <w:tcW w:type="dxa" w:w="960"/>
          </w:tcPr>
          <w:p>
            <w:r>
              <w:t>徐雨乐</w:t>
            </w:r>
          </w:p>
        </w:tc>
        <w:tc>
          <w:tcPr>
            <w:tcW w:type="dxa" w:w="960"/>
          </w:tcPr>
          <w:p>
            <w:r>
              <w:t>258.14</w:t>
            </w:r>
          </w:p>
        </w:tc>
        <w:tc>
          <w:tcPr>
            <w:tcW w:type="dxa" w:w="960"/>
          </w:tcPr>
          <w:p>
            <w:r>
              <w:t>258.14</w:t>
            </w:r>
          </w:p>
        </w:tc>
        <w:tc>
          <w:tcPr>
            <w:tcW w:type="dxa" w:w="960"/>
          </w:tcPr>
          <w:p>
            <w:r>
              <w:t>644.14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102846212803463</w:t>
            </w:r>
          </w:p>
        </w:tc>
        <w:tc>
          <w:tcPr>
            <w:tcW w:type="dxa" w:w="960"/>
          </w:tcPr>
          <w:p>
            <w:r>
              <w:t>魏熙昂</w:t>
            </w:r>
          </w:p>
        </w:tc>
        <w:tc>
          <w:tcPr>
            <w:tcW w:type="dxa" w:w="960"/>
          </w:tcPr>
          <w:p>
            <w:r>
              <w:t>262.57</w:t>
            </w:r>
          </w:p>
        </w:tc>
        <w:tc>
          <w:tcPr>
            <w:tcW w:type="dxa" w:w="960"/>
          </w:tcPr>
          <w:p>
            <w:r>
              <w:t>262.57</w:t>
            </w:r>
          </w:p>
        </w:tc>
        <w:tc>
          <w:tcPr>
            <w:tcW w:type="dxa" w:w="960"/>
          </w:tcPr>
          <w:p>
            <w:r>
              <w:t>643.57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15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102846212803476</w:t>
            </w:r>
          </w:p>
        </w:tc>
        <w:tc>
          <w:tcPr>
            <w:tcW w:type="dxa" w:w="960"/>
          </w:tcPr>
          <w:p>
            <w:r>
              <w:t>朱诗洋</w:t>
            </w:r>
          </w:p>
        </w:tc>
        <w:tc>
          <w:tcPr>
            <w:tcW w:type="dxa" w:w="960"/>
          </w:tcPr>
          <w:p>
            <w:r>
              <w:t>254.43</w:t>
            </w:r>
          </w:p>
        </w:tc>
        <w:tc>
          <w:tcPr>
            <w:tcW w:type="dxa" w:w="960"/>
          </w:tcPr>
          <w:p>
            <w:r>
              <w:t>254.43</w:t>
            </w:r>
          </w:p>
        </w:tc>
        <w:tc>
          <w:tcPr>
            <w:tcW w:type="dxa" w:w="960"/>
          </w:tcPr>
          <w:p>
            <w:r>
              <w:t>635.43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16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102846212803450</w:t>
            </w:r>
          </w:p>
        </w:tc>
        <w:tc>
          <w:tcPr>
            <w:tcW w:type="dxa" w:w="960"/>
          </w:tcPr>
          <w:p>
            <w:r>
              <w:t>贾棵</w:t>
            </w:r>
          </w:p>
        </w:tc>
        <w:tc>
          <w:tcPr>
            <w:tcW w:type="dxa" w:w="960"/>
          </w:tcPr>
          <w:p>
            <w:r>
              <w:t>256.57</w:t>
            </w:r>
          </w:p>
        </w:tc>
        <w:tc>
          <w:tcPr>
            <w:tcW w:type="dxa" w:w="960"/>
          </w:tcPr>
          <w:p>
            <w:r>
              <w:t>256.57</w:t>
            </w:r>
          </w:p>
        </w:tc>
        <w:tc>
          <w:tcPr>
            <w:tcW w:type="dxa" w:w="960"/>
          </w:tcPr>
          <w:p>
            <w:r>
              <w:t>631.57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17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102846212803460</w:t>
            </w:r>
          </w:p>
        </w:tc>
        <w:tc>
          <w:tcPr>
            <w:tcW w:type="dxa" w:w="960"/>
          </w:tcPr>
          <w:p>
            <w:r>
              <w:t>田昀民</w:t>
            </w:r>
          </w:p>
        </w:tc>
        <w:tc>
          <w:tcPr>
            <w:tcW w:type="dxa" w:w="960"/>
          </w:tcPr>
          <w:p>
            <w:r>
              <w:t>252.86</w:t>
            </w:r>
          </w:p>
        </w:tc>
        <w:tc>
          <w:tcPr>
            <w:tcW w:type="dxa" w:w="960"/>
          </w:tcPr>
          <w:p>
            <w:r>
              <w:t>252.86</w:t>
            </w:r>
          </w:p>
        </w:tc>
        <w:tc>
          <w:tcPr>
            <w:tcW w:type="dxa" w:w="960"/>
          </w:tcPr>
          <w:p>
            <w:r>
              <w:t>625.86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18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102846212823411</w:t>
            </w:r>
          </w:p>
        </w:tc>
        <w:tc>
          <w:tcPr>
            <w:tcW w:type="dxa" w:w="960"/>
          </w:tcPr>
          <w:p>
            <w:r>
              <w:t>滕德刚</w:t>
            </w:r>
          </w:p>
        </w:tc>
        <w:tc>
          <w:tcPr>
            <w:tcW w:type="dxa" w:w="960"/>
          </w:tcPr>
          <w:p>
            <w:r>
              <w:t>238.29</w:t>
            </w:r>
          </w:p>
        </w:tc>
        <w:tc>
          <w:tcPr>
            <w:tcW w:type="dxa" w:w="960"/>
          </w:tcPr>
          <w:p>
            <w:r>
              <w:t>238.29</w:t>
            </w:r>
          </w:p>
        </w:tc>
        <w:tc>
          <w:tcPr>
            <w:tcW w:type="dxa" w:w="960"/>
          </w:tcPr>
          <w:p>
            <w:r>
              <w:t>624.29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19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102846212812221</w:t>
            </w:r>
          </w:p>
        </w:tc>
        <w:tc>
          <w:tcPr>
            <w:tcW w:type="dxa" w:w="960"/>
          </w:tcPr>
          <w:p>
            <w:r>
              <w:t>岑露泽</w:t>
            </w:r>
          </w:p>
        </w:tc>
        <w:tc>
          <w:tcPr>
            <w:tcW w:type="dxa" w:w="960"/>
          </w:tcPr>
          <w:p>
            <w:r>
              <w:t>236.43</w:t>
            </w:r>
          </w:p>
        </w:tc>
        <w:tc>
          <w:tcPr>
            <w:tcW w:type="dxa" w:w="960"/>
          </w:tcPr>
          <w:p>
            <w:r>
              <w:t>236.43</w:t>
            </w:r>
          </w:p>
        </w:tc>
        <w:tc>
          <w:tcPr>
            <w:tcW w:type="dxa" w:w="960"/>
          </w:tcPr>
          <w:p>
            <w:r>
              <w:t>599.43</w:t>
            </w:r>
          </w:p>
        </w:tc>
        <w:tc>
          <w:tcPr>
            <w:tcW w:type="dxa" w:w="960"/>
          </w:tcPr>
          <w:p>
            <w:r>
              <w:t>拟录取</w:t>
            </w:r>
          </w:p>
        </w:tc>
        <w:tc>
          <w:tcPr>
            <w:tcW w:type="dxa" w:w="960"/>
          </w:tcPr>
          <w:p>
            <w:r>
              <w:t>士兵计划</w:t>
            </w:r>
          </w:p>
        </w:tc>
      </w:tr>
      <w:tr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102846212803477</w:t>
            </w:r>
          </w:p>
        </w:tc>
        <w:tc>
          <w:tcPr>
            <w:tcW w:type="dxa" w:w="960"/>
          </w:tcPr>
          <w:p>
            <w:r>
              <w:t>朱天豪</w:t>
            </w:r>
          </w:p>
        </w:tc>
        <w:tc>
          <w:tcPr>
            <w:tcW w:type="dxa" w:w="960"/>
          </w:tcPr>
          <w:p>
            <w:r>
              <w:t>244.71</w:t>
            </w:r>
          </w:p>
        </w:tc>
        <w:tc>
          <w:tcPr>
            <w:tcW w:type="dxa" w:w="960"/>
          </w:tcPr>
          <w:p>
            <w:r>
              <w:t>244.71</w:t>
            </w:r>
          </w:p>
        </w:tc>
        <w:tc>
          <w:tcPr>
            <w:tcW w:type="dxa" w:w="960"/>
          </w:tcPr>
          <w:p>
            <w:r>
              <w:t>620.71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21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102846212817485</w:t>
            </w:r>
          </w:p>
        </w:tc>
        <w:tc>
          <w:tcPr>
            <w:tcW w:type="dxa" w:w="960"/>
          </w:tcPr>
          <w:p>
            <w:r>
              <w:t>张萍心</w:t>
            </w:r>
          </w:p>
        </w:tc>
        <w:tc>
          <w:tcPr>
            <w:tcW w:type="dxa" w:w="960"/>
          </w:tcPr>
          <w:p>
            <w:r>
              <w:t>248.71</w:t>
            </w:r>
          </w:p>
        </w:tc>
        <w:tc>
          <w:tcPr>
            <w:tcW w:type="dxa" w:w="960"/>
          </w:tcPr>
          <w:p>
            <w:r>
              <w:t>248.71</w:t>
            </w:r>
          </w:p>
        </w:tc>
        <w:tc>
          <w:tcPr>
            <w:tcW w:type="dxa" w:w="960"/>
          </w:tcPr>
          <w:p>
            <w:r>
              <w:t>618.71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102846212803446</w:t>
            </w:r>
          </w:p>
        </w:tc>
        <w:tc>
          <w:tcPr>
            <w:tcW w:type="dxa" w:w="960"/>
          </w:tcPr>
          <w:p>
            <w:r>
              <w:t>方子懿</w:t>
            </w:r>
          </w:p>
        </w:tc>
        <w:tc>
          <w:tcPr>
            <w:tcW w:type="dxa" w:w="960"/>
          </w:tcPr>
          <w:p>
            <w:r>
              <w:t>243.86</w:t>
            </w:r>
          </w:p>
        </w:tc>
        <w:tc>
          <w:tcPr>
            <w:tcW w:type="dxa" w:w="960"/>
          </w:tcPr>
          <w:p>
            <w:r>
              <w:t>243.86</w:t>
            </w:r>
          </w:p>
        </w:tc>
        <w:tc>
          <w:tcPr>
            <w:tcW w:type="dxa" w:w="960"/>
          </w:tcPr>
          <w:p>
            <w:r>
              <w:t>614.86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23</w:t>
            </w:r>
          </w:p>
        </w:tc>
        <w:tc>
          <w:tcPr>
            <w:tcW w:type="dxa" w:w="960"/>
          </w:tcPr>
          <w:p>
            <w:r>
              <w:t>大气科学</w:t>
            </w:r>
          </w:p>
        </w:tc>
        <w:tc>
          <w:tcPr>
            <w:tcW w:type="dxa" w:w="960"/>
          </w:tcPr>
          <w:p>
            <w:r>
              <w:t>102846212822100</w:t>
            </w:r>
          </w:p>
        </w:tc>
        <w:tc>
          <w:tcPr>
            <w:tcW w:type="dxa" w:w="960"/>
          </w:tcPr>
          <w:p>
            <w:r>
              <w:t>田熙熙</w:t>
            </w:r>
          </w:p>
        </w:tc>
        <w:tc>
          <w:tcPr>
            <w:tcW w:type="dxa" w:w="960"/>
          </w:tcPr>
          <w:p>
            <w:r>
              <w:t>239.00</w:t>
            </w:r>
          </w:p>
        </w:tc>
        <w:tc>
          <w:tcPr>
            <w:tcW w:type="dxa" w:w="960"/>
          </w:tcPr>
          <w:p>
            <w:r>
              <w:t>239.00</w:t>
            </w:r>
          </w:p>
        </w:tc>
        <w:tc>
          <w:tcPr>
            <w:tcW w:type="dxa" w:w="960"/>
          </w:tcPr>
          <w:p>
            <w:r>
              <w:t>609.00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