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 | 请查收来自外院俄语系的邀请！</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r>
        <w:t>发布者：龙心悦发布时间：2022-08-23浏览次数：867</w:t>
      </w:r>
    </w:p>
    <w:p>
      <w:r>
        <w:t>南京大学俄语系欢迎你！</w:t>
      </w:r>
    </w:p>
    <w:p>
      <w:r>
        <w:t>1</w:t>
      </w:r>
    </w:p>
    <w:p>
      <w:r>
        <w:t>专业介绍</w:t>
      </w:r>
    </w:p>
    <w:p>
      <w:r>
        <w:t>南京大学俄语语言文学专业是我国高校俄语专业首批硕士学位授予单位（1978年），2007年获博士学位授予权。依托教育部"双一流"建设学科外国语言文学（2017年）和教育部国别和区域研究备案中心南京大学俄罗斯学研究中心，已形成俄语语言与文化（含俄语修辞学）、俄罗斯文学（含文学翻译）、俄罗斯学等研究方向，拥有一支学缘结构合理的高水平教学科研队伍，包括博士生导师2人，硕士生导师9人，致力于培养综合素质全面、国际视野开阔、科研能力突出的优秀研究生。南京大学俄语语言文学专业积极落实立德树人根本任务，不断推进教学改革，创新教学理念，学生在学术期刊发表论文，主持各类科研、创新项目，在国内外学术会议上展示自身的学术风采。毕业生个人素养高，工作能力强，获得国家部委、国际组织、知名企业等用人单位的好评。</w:t>
      </w:r>
    </w:p>
    <w:p>
      <w:r>
        <w:t>2</w:t>
      </w:r>
    </w:p>
    <w:p>
      <w:r>
        <w:t>导师介绍</w:t>
      </w:r>
    </w:p>
    <w:p>
      <w:r>
        <w:t>王加兴，博士，教授，博士生导师，南京大学俄语语言文学专业学术带头人，现为南京大学俄罗斯学研究中心主任，兼任教育部高等学校外国语言文学类专业教学指导委员会委员、俄语专业教学指导分委会副主任委员，中国中外文艺理论学会巴赫金研究会常务副会长，《俄罗斯文艺》《解放军外国语学院学报》《中国俄语教学》等杂志编委，俄罗斯核心学术期刊《社会·交际·教育》编委。2019年，当选为斯拉夫学研究者国际委员会修辞学分委会委员，成为入选该会的首位中国学者。</w:t>
      </w:r>
    </w:p>
    <w:p>
      <w:r>
        <w:t>长期致力于俄罗斯文论、俄罗斯文学、俄语修辞学、俄罗斯学研究，已出版《俄罗斯文学经典的语言艺术》（商务印书馆，2017年）等学术专著6部、编著11部、译著10部、教材15部，发表论文80余篇，主持国家社科基金重大项目1项、部省级各类科研项目8项，主持国家社科重大项目子课题2项，多次获得部省级、国家级以及国际奖项。</w:t>
      </w:r>
    </w:p>
    <w:p>
      <w:r>
        <w:t>徐来娣，博士，教授，博士生导师，研究领域主要为俄语语言学，著有《汉俄语音对比实验研究》（南京大学出版社，2001）、《汉俄语言接触研究》（黑龙江人民出版社，2007）、《俄汉语流重音声学实验对比及应用研究》（南京大学出版社，2016）等，发表论文《试论俄语成语中的先例现象》（《外语研究》2007年第3期）、《俄语语流重音层级体系和语调结构体系对比研究》（《外文研究》2015年第4期）等40余篇，主持国家社科项目1项，主持和参与多项部省级各类社科项目，荣获江苏省哲学社科优秀成果奖等奖项。</w:t>
      </w:r>
    </w:p>
    <w:p>
      <w:r>
        <w:t>张俊翔，博士，教授，硕士生导师，南京大学外国语学院副院长，兼任中国中外文艺理论学会巴赫金研究分会理事、中国俄罗斯东欧中亚学会俄语教学研究会常务理事、中国高等教育学会外语教学研究分会理事、高校国别和区域研究人才培养院系联盟常务理事。</w:t>
      </w:r>
    </w:p>
    <w:p>
      <w:r>
        <w:t>研究领域包括俄罗斯新闻学、俄罗斯文学，著有《现代报纸新闻体裁言语结构研究（俄文）》（莫斯科，2005），《俄罗斯"三十岁一代"作家研究》（南京，2019），发表论文30余篇。主编或参编的《新闻俄语听力教程》《汉俄翻译教程》《俄语阅读教程》等专业教材，录制《俄语专业八级水平测试指导》等微课。积极译介和传播当代俄罗斯文学与文化的优秀成果，翻译出版十余部学术著作、政治人物传记和文学作品，主持部省级社科项目多项，荣获2021年江苏省高等教育优秀教学成果一等奖、江苏省第十六届哲学社会科学优秀成果三等奖、2021南京大学"我最喜爱的老师"等荣誉。</w:t>
      </w:r>
    </w:p>
    <w:p>
      <w:r>
        <w:t>精彩瞬间</w:t>
      </w:r>
    </w:p>
    <w:p>
      <w:r>
        <w:t>欢迎报考南京大学俄语系我们期待你的加入</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