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 | 来南大英语系开启无限可能吧！</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r>
        <w:t>发布者：龙心悦发布时间：2022-08-24浏览次数：1282</w:t>
      </w:r>
    </w:p>
    <w:p>
      <w:r>
        <w:t>历史简述</w:t>
      </w:r>
    </w:p>
    <w:p>
      <w:r>
        <w:t>南京大学英语系的前身为南京高等师范学校1917年设立的英文专修科，1920年南京高等师范学校设四年制英语系，是中国高校最早的英语系之一，后更名为英语教研室，一直沿用至1993年南京大学外国语学院成立，正式设置英语系。</w:t>
      </w:r>
    </w:p>
    <w:p>
      <w:r>
        <w:t>英语系历史悠久，基础厚实，具有治学严谨、研究深入、学风踏实的优良传统。吴宓、赛珍珠、闻一多、柳无忌、楼光来、郭斌龢、范存忠、陈嘉等老一辈著名学者都曾在此执教。经过几代人的不断努力创新，英语语言文学学科成为1981年国务院学位办批准的首批博士点之一，1994年成为江苏省重点学科，2002年成为国家重点学科。所属的外国语言文学学科2016年在第四轮学科评估中名列A类学科，2017年、2022年两次入选国家"双一流"建设学科。</w:t>
      </w:r>
    </w:p>
    <w:p>
      <w:r>
        <w:t>南京大学英语系扎根中国大地办学，在100多年的历程中形成了严谨踏实、追求卓越的优良办学传统，是我国英语语言文学专业教学和科研最重要的基地之一。</w:t>
      </w:r>
    </w:p>
    <w:p>
      <w:r>
        <w:t>师资队伍</w:t>
      </w:r>
    </w:p>
    <w:p>
      <w:r>
        <w:t>南京大学英语系拥有一支师德高尚、业务精湛、结构合理、充满活力的高素质专业化教师队伍，其中南京大学人文社会科学资深教授1人，国家重大人才计划特聘教授2人、青年学者1人，"万人计划"领军人才1人。英语语言文学团队被评为江苏省高校"青蓝工程"优秀学科梯队，入选"南京大学人文社会科学优秀学术团队"。团队带头人王守仁教授是首批国家级教学名师奖获得者，2021年获第三届全国杰出教学奖，主持的教改课题获国家级教学成果一等奖（2018）、二等奖（1997、2005），是国家精品课程和国家级线上一流本科课程主持人。在他的领导下，"英美文学与文化"教学团队荣获2019年度南京大学"师德先进"团队。杨金才教授获得2021年度南京大学"师德先进"称号。</w:t>
      </w:r>
    </w:p>
    <w:p>
      <w:r>
        <w:t>教学科研</w:t>
      </w:r>
    </w:p>
    <w:p>
      <w:r>
        <w:t>作为研究型综合性大学的文科系，南京大学英语系注重学术研究，在英美文学文化、语言学及应用语言学、翻译学、双语词典研究等领域取得了瞩目的成绩。英语系专业课程齐全，从资深教授到青年学者全部投身研究生教学一线。学科基础类课程为研究生入门学术领域打下扎实基础；专业进阶类课程发挥教师特长，引导学生关注学科前沿动态；实践指导类课程强调理论联系实际，为学生进入专业领域、成为领军人才做好准备；论文写作类课程则从研究选题、到研究方法、论文写作和修改展开全过程、全方位训练。</w:t>
      </w:r>
    </w:p>
    <w:p>
      <w:r>
        <w:t>英语系第二课堂活动丰富多彩，满足学生个性化发展需求。英语系定期组织研究生学术交流，资助研究生参加国内外学术会议宣读论文。经过导师指导和课程学习，英语系硕士研究生已连续多年在CSSCI等国内外高水平期刊以第一作者发表论文、斩获江苏省和南京大学科研和实践创新项目，在全国大学生英语竞赛、韩素英翻译大赛、全国口笔译大赛等专业竞赛中获得重要奖项。英语系还鼓励学生参与境外交流、国际组织参访、实习等课外实践活动，提升学生综合能力，为学生的职业和人生规划提供强力支持。</w:t>
      </w:r>
    </w:p>
    <w:p>
      <w:r>
        <w:t>英语系硕士研究生毕业后除升入国内外一流高校继续深造、攻读博士外，就业范围包括政府机关（如外交部、商务部）、教育行业（如南京外国语学校、南京师范大学附属中学）、新闻出版（如凤凰集团）、银行金融（如中国银行）、国企（如华为）和外企（如宝洁）等。博士毕业研究生主要在国内各高等院校工作，是教学、科研的骨干力量。</w:t>
      </w:r>
    </w:p>
    <w:p>
      <w:r>
        <w:t>（照片来源：谢雨函、章玉兰、胡晓霞、宋煜晨、谢天言等）</w:t>
      </w:r>
    </w:p>
    <w:p>
      <w:r>
        <w:t>毕业生感言选登</w:t>
      </w:r>
    </w:p>
    <w:p>
      <w:r>
        <w:t>易文菲</w:t>
      </w:r>
    </w:p>
    <w:p>
      <w:r>
        <w:t>2019年，我通过推免考试来到南京大学外国语学院，并有幸在2022年作为一名博士生续写我与外院的缘分。南大拥有精励厚重的学风和自由包容的学术氛围：教师们博学和蔼且不吝对学生创意性的鼓励；课堂上随处可见激烈但愉悦的思想碰撞。学校给每一位研究生的潜力都预备了充足的资源和空间，这里不仅有草地音乐节、排球赛事、话剧演出，更有成片的粉黛草、随时待rua的校猫和每天下自习时陪你去食堂的金红色夕阳。在南大外院学习生活的三年，我不仅体验到了校园生活的挑战性和新鲜感，也体会到了家一般的温暖。</w:t>
      </w:r>
    </w:p>
    <w:p>
      <w:r>
        <w:t>周婧亭</w:t>
      </w:r>
    </w:p>
    <w:p>
      <w:r>
        <w:t>我是2018年由山东大学国际政治-英语双专业班推荐免试进入南京大学外国语学院的。南京大学是我当时选择的唯一非北上广院校，外国语学院英语系则是我当时选择的唯一学术硕士方向院系。我向往着这所学校百廿历史的深厚底蕴，也是我对华春莹、刘欣等活跃在政治、人文等界优秀前辈的追随。虽然机缘巧合选择的外国语言学及应用语言学专业让我差点以为自己要与一眼爱上的仙林校园错过，但所幸我最终得偿所愿且培养计划也没有和英语语言文学下的语言学脱节，享受着外院带来的优质学术指导和丰富资源。</w:t>
      </w:r>
    </w:p>
    <w:p>
      <w:r>
        <w:t>我们学院的专业课多样全面，选修课无论是跨院系还是专业限选的也都足以满足我的学术需求或纯粹的探索精神。我的导师和任课老师认真务实，学习上鞭策学生、生活里关怀学生。我的课余生活也丰富多彩，无论是院里的草地音乐节、爱心义卖还是学校里各式各样的讲座、论坛、研讨会，每扇大门都向我倾情敞开。而在这里我所遇见的同学，既有激励我奋进的榜样、也有我可以永远依靠的灵魂伙伴……</w:t>
      </w:r>
    </w:p>
    <w:p>
      <w:r>
        <w:t>南京大学和外国语学院为我提供的不仅是两三年的学习殿堂，让我外出参赛、实践有指导有底气，更是提供了辐射全国、全世界的校友资源、就业平台，让我在联合国的培训项目中得到校友的帮助、在南京外国语学校的招聘中脱颖而出。南大外院，既可以是你的下一个目的地，也会是你打开无限可能的新起点！</w:t>
      </w:r>
    </w:p>
    <w:p>
      <w:r>
        <w:t>张文粲</w:t>
      </w:r>
    </w:p>
    <w:p>
      <w:r>
        <w:t>2019年，我带着满腔的热情和憧憬从哈尔滨来到南京。2022年，我在南大百廿之际毕业，不仅收获了知识、能力和心态上的成长成熟，还找到了自己心仪的工作。在南大外院的三年是金色的时光，宝贵而耀眼。每一堂课、每一次作业、老师的声音和同学的笑容都还在我的眼前，好像昨天一样。研一下学期突如其来的疫情贯穿了整个三年的研究生生活。但是我的计划不但没有被疫情打乱，还完成了我所预期的几乎全部的任务，更收获了很多意料之外的经历和成长。参加学术论坛，国际组织、联合国的实习以及德国交换学习……南大带我在充满挑战的日子里找到最好的自己。我常常感恩自己能够在南大的优秀平台上，看到更广阔的世界，坐上通往未来的火箭，一往无前。无论你期待获得什么，南大都会给你，只要心里有梦想的种子。这里有最好的老师和同学，是潜心学术的圣地，是提升眼界的平台，是发展爱好的沃土，是可以让心安定的地方。未来南大学子也会带着南大给予的一切，继续走向人生的下一篇章，在各个领域发出自己的光，照亮未知的路。</w:t>
      </w:r>
    </w:p>
    <w:p>
      <w:r>
        <w:t>韦子轩</w:t>
      </w:r>
    </w:p>
    <w:p>
      <w:r>
        <w:t>2021年，我通过推免考试拿到攻读直博的资格，得以与陪伴我四年本科生涯的南京大学外国语学院再续缘分。如今，五年多的时光里，这里一直是温柔的学术家园，老师们温文尔雅、循循善诱，教我们吃透文本，又能穿越文本回到背后广阔的社会生活和悠长历史，宛如一次文本考古，或探险；同学们有活力，亦有沉静之心，在图书馆默默耕耘，坐得冷板凳，磨出真功夫，而彼此的交流间又不时碰出思想的火花；这里总有供安坐的教室、书桌，总有敞开的讲座大门，也总有可以放空自己、幽然漫步的小径。我一直觉得我是幸运的，能在这里度过最美好最充实的年华，未来和理想也仿佛得以沿着辛勤耕耘过的故径徐徐展开。欢迎大家加入南大外院，这里总有属于你的一片天空！</w:t>
      </w:r>
    </w:p>
    <w:p>
      <w:r>
        <w:t>王航</w:t>
      </w:r>
    </w:p>
    <w:p>
      <w:r>
        <w:t>2019年，我从西安交通大学进入南京大学学习英语语言文学，自此便对南京大学的治学风气和求学精神深感敬佩。这里有学识渊博、德行兼备、平易近人的教师队伍，为我们的人生选择和学术进步指明方向；这里也有朝气蓬勃、锐意进取、和谐友善的莘莘学子，将我们的生活点缀成恣意青春的模样。便捷的生活设施，整洁的宿舍环境，规划合理的自习室，随处可rua的小猫，使整个校园都充满生机和活力。通过日积月累的科研训练，我有幸在恩师的指导下和学院的支持下参与学术会议并发表期刊论文，坚定了我在南京大学继续攻取博士学位的决心和信念。在南京大学，你们可以在学习和生活中找到平衡，在时代洪流中找到自己的位置。欢迎加入南大外院，留下美好的青春印记吧！</w:t>
      </w:r>
    </w:p>
    <w:p>
      <w:r>
        <w:t>南大外院英语系欢迎你！</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