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2018年度南京大学地球科学与工程学院推免生遴选工作实施细则</w:t>
      </w:r>
    </w:p>
    <w:p>
      <w:r>
        <w:t>1、以“品学兼优”为标准，选拔具有高尚道德素养、优良学业成绩和一定创新能力的学生，给予其继续深造的资格。</w:t>
      </w:r>
    </w:p>
    <w:p>
      <w:r>
        <w:t>2、以“公平、公开、公正”为原则，坚决杜绝各种不正之风。</w:t>
      </w:r>
    </w:p>
    <w:p>
      <w:r>
        <w:t>3、以《南京大学推荐和接收2019年应届本科毕业生免试攻读硕士学位研究生工作办法》为主要依据。</w:t>
      </w:r>
    </w:p>
    <w:p>
      <w:r>
        <w:t>二、院系推免生遴选工作小组</w:t>
      </w:r>
    </w:p>
    <w:p>
      <w:r>
        <w:t>组长：王宝军</w:t>
      </w:r>
    </w:p>
    <w:p>
      <w:r>
        <w:t>成员：毛予倩、王勤、王博、胡修棉、蔡元峰、吴昌志、陈旸、姜宝玉、王远坤、施小清、唐朝生、周璐莹、茆雅凤、孙启程</w:t>
      </w:r>
    </w:p>
    <w:p>
      <w:r>
        <w:t>三、推免对象及条件（此处仅针对本院系学生）</w:t>
      </w:r>
    </w:p>
    <w:p>
      <w:r>
        <w:t>1.南京大学2019年应届优秀全日制本科毕业生（不含“非西藏生源定向西藏生”），热爱祖国，拥护党的基本路线，具有较强的社会责任感和历史使命感。</w:t>
      </w:r>
    </w:p>
    <w:p>
      <w:r>
        <w:t>2.身心健康，品行端正，积极向上，遵纪守法，诚实守信，无任何考试作弊和剽窃他人学术成果记录，无任何受处分记录。</w:t>
      </w:r>
    </w:p>
    <w:p>
      <w:r>
        <w:t>3.勤奋学习，成绩优良，思想政治理论及实践课程学习情况良好，除学分及毕业论文要求外，已具备包含英语要求在内的学士学位授予条件（本科特招高水平运动员班学生学士学位授予条件执行《南京大学高水平运动员学生学籍管理细则》相关规定）。原则上，学生所获学位课程学分绩（即教务系统成绩单显示数据）排名处于专业前70%。按照教学计划进度，如学生当前尚有应修读的专业准入准出课程或通修课程不及格，则不得申请。</w:t>
      </w:r>
    </w:p>
    <w:p>
      <w:r>
        <w:t>4.通过本院组织的基础课程专业水平考试，成绩合格。</w:t>
      </w:r>
    </w:p>
    <w:p>
      <w:r>
        <w:t>5.地质学、地球化学专业的同学需通过岩矿鉴定技能培训班，课程成绩达到70分以上（因参加学院组织的国际化实习等暑期项目时间冲突的，经学院批准后可不受此项限制）。</w:t>
      </w:r>
    </w:p>
    <w:p>
      <w:r>
        <w:t>四、推免学分绩</w:t>
      </w:r>
    </w:p>
    <w:p>
      <w:r>
        <w:t>（一）纳入学分绩计算范围的课程清单（请注明每门课程类型：“专业准入准出”、“通修”或“其他”）及课程学分认定规则</w:t>
      </w:r>
    </w:p>
    <w:p>
      <w:r>
        <w:t>学分绩统一以学生首次参加课程考试的成绩计算（如第一次考试不及格者，按不及格原始成绩计算学分绩）。各专业具体课程见附录。</w:t>
      </w:r>
    </w:p>
    <w:p>
      <w:r>
        <w:t>（二）本院系是否对《2018年南京大学推免学分绩加分办法》所列加分项目有补充说明？</w:t>
      </w:r>
    </w:p>
    <w:p>
      <w:r>
        <w:t>1、凡经学院遴选参加大学生地质技能竞赛的同学给予加分0.03分，参加其他专业类竞赛并获奖的参照大学生地质技能竞赛适当给予加分，最高不超过0.03分。</w:t>
      </w:r>
    </w:p>
    <w:p>
      <w:r>
        <w:t>2、对综合素质突出的学生干部，由个人提出申请并提交相关材料，学院推免工作领导小组讨论决定，同等条件下优先录取。</w:t>
      </w:r>
    </w:p>
    <w:p>
      <w:r>
        <w:t>（三）经院系认定允许学分绩加分的学术刊物目录</w:t>
      </w:r>
    </w:p>
    <w:p>
      <w:r>
        <w:t>1、以第一作者发表的SCI、EI等刊物，最高不超过0.2分。</w:t>
      </w:r>
    </w:p>
    <w:p>
      <w:r>
        <w:t>2、以第一作者发表的中文核心期刊（以（北京大学）及中国科技核心期刊（中国科学院信息所）等为核心期刊标准。）单篇加0.05分，两篇及以上累计加分不超过0.1分。</w:t>
      </w:r>
    </w:p>
    <w:p>
      <w:r>
        <w:t>3、第一作者发表的普通学术刊物论文酌情加分，不超过0.02分。</w:t>
      </w:r>
    </w:p>
    <w:p>
      <w:r>
        <w:t>（四）综合学分绩计算规则</w:t>
      </w:r>
    </w:p>
    <w:p>
      <w:r>
        <w:t>推免综合学分绩＝推免课程学分绩＋学分绩总加分</w:t>
      </w:r>
    </w:p>
    <w:p>
      <w:r>
        <w:t>五、专业排名规则</w:t>
      </w:r>
    </w:p>
    <w:p>
      <w:r>
        <w:t>1、以推免综合学分绩为基础进行专业内排名。</w:t>
      </w:r>
    </w:p>
    <w:p>
      <w:r>
        <w:t>2、专业内排名与年级总排名综合考虑。</w:t>
      </w:r>
    </w:p>
    <w:p>
      <w:r>
        <w:t>六、本院系学生推免申报程序</w:t>
      </w:r>
    </w:p>
    <w:tbl>
      <w:tblPr>
        <w:tblStyle w:val="TableGrid"/>
        <w:tblW w:type="auto" w:w="0"/>
        <w:tblLook w:firstColumn="1" w:firstRow="1" w:lastColumn="0" w:lastRow="0" w:noHBand="0" w:noVBand="1" w:val="04A0"/>
      </w:tblPr>
      <w:tblGrid>
        <w:gridCol w:w="4320"/>
        <w:gridCol w:w="4320"/>
      </w:tblGrid>
      <w:tr>
        <w:tc>
          <w:tcPr>
            <w:tcW w:type="dxa" w:w="4320"/>
          </w:tcPr>
          <w:p>
            <w:r>
              <w:t>8月31日</w:t>
            </w:r>
          </w:p>
        </w:tc>
        <w:tc>
          <w:tcPr>
            <w:tcW w:type="dxa" w:w="4320"/>
          </w:tcPr>
          <w:p>
            <w:r>
              <w:t>院系公布推免工作基本情况</w:t>
            </w:r>
          </w:p>
        </w:tc>
      </w:tr>
      <w:tr>
        <w:tc>
          <w:tcPr>
            <w:tcW w:type="dxa" w:w="4320"/>
          </w:tcPr>
          <w:p>
            <w:r>
              <w:t>9月3日前</w:t>
            </w:r>
          </w:p>
        </w:tc>
        <w:tc>
          <w:tcPr>
            <w:tcW w:type="dxa" w:w="4320"/>
          </w:tcPr>
          <w:p>
            <w:r>
              <w:t>学生提交个人申请及加分材料至院系</w:t>
            </w:r>
          </w:p>
        </w:tc>
      </w:tr>
      <w:tr>
        <w:tc>
          <w:tcPr>
            <w:tcW w:type="dxa" w:w="4320"/>
          </w:tcPr>
          <w:p>
            <w:r>
              <w:t>9月4日</w:t>
            </w:r>
          </w:p>
        </w:tc>
        <w:tc>
          <w:tcPr>
            <w:tcW w:type="dxa" w:w="4320"/>
          </w:tcPr>
          <w:p>
            <w:r>
              <w:t>院系审核</w:t>
            </w:r>
          </w:p>
        </w:tc>
      </w:tr>
      <w:tr>
        <w:tc>
          <w:tcPr>
            <w:tcW w:type="dxa" w:w="4320"/>
          </w:tcPr>
          <w:p>
            <w:r>
              <w:t>9月5日</w:t>
            </w:r>
          </w:p>
        </w:tc>
        <w:tc>
          <w:tcPr>
            <w:tcW w:type="dxa" w:w="4320"/>
          </w:tcPr>
          <w:p>
            <w:r>
              <w:t>院系公示推免名单</w:t>
            </w:r>
          </w:p>
        </w:tc>
      </w:tr>
      <w:tr>
        <w:tc>
          <w:tcPr>
            <w:tcW w:type="dxa" w:w="4320"/>
          </w:tcPr>
          <w:p>
            <w:r>
              <w:t>9月10日前</w:t>
            </w:r>
          </w:p>
        </w:tc>
        <w:tc>
          <w:tcPr>
            <w:tcW w:type="dxa" w:w="4320"/>
          </w:tcPr>
          <w:p>
            <w:r>
              <w:t>院系将名单报送学校</w:t>
            </w:r>
          </w:p>
        </w:tc>
      </w:tr>
    </w:tbl>
    <w:p>
      <w:r>
        <w:t>（2）根据我院实际情况，增加推免生资格考试环节。</w:t>
      </w:r>
    </w:p>
    <w:p>
      <w:r>
        <w:t>1）考试时间2018年9月1日上午9:00—12:00</w:t>
      </w:r>
    </w:p>
    <w:p>
      <w:r>
        <w:t>2）考试地点：朱共山楼125</w:t>
      </w:r>
    </w:p>
    <w:p>
      <w:r>
        <w:t>3）考试内容为专业基础与专业课综合测试，分地质-地球化学、地质（地球物理方向）、地质工程和水文水资源四个方向，各专业（方向）考试内容涵盖的课程如下：</w:t>
      </w:r>
    </w:p>
    <w:tbl>
      <w:tblPr>
        <w:tblStyle w:val="TableGrid"/>
        <w:tblW w:type="auto" w:w="0"/>
        <w:tblLook w:firstColumn="1" w:firstRow="1" w:lastColumn="0" w:lastRow="0" w:noHBand="0" w:noVBand="1" w:val="04A0"/>
      </w:tblPr>
      <w:tblGrid>
        <w:gridCol w:w="4320"/>
        <w:gridCol w:w="4320"/>
      </w:tblGrid>
      <w:tr>
        <w:tc>
          <w:tcPr>
            <w:tcW w:type="dxa" w:w="4320"/>
          </w:tcPr>
          <w:p>
            <w:r>
              <w:t>地质-地球化学类</w:t>
            </w:r>
          </w:p>
        </w:tc>
        <w:tc>
          <w:tcPr>
            <w:tcW w:type="dxa" w:w="4320"/>
          </w:tcPr>
          <w:p>
            <w:r>
              <w:t>普通地质学、构造地质学、矿物学、火成岩岩石学、普通地质实习、区域地质测量实习</w:t>
            </w:r>
          </w:p>
        </w:tc>
      </w:tr>
      <w:tr>
        <w:tc>
          <w:tcPr>
            <w:tcW w:type="dxa" w:w="4320"/>
          </w:tcPr>
          <w:p>
            <w:r>
              <w:t>地质（地球物理方向）</w:t>
            </w:r>
          </w:p>
        </w:tc>
        <w:tc>
          <w:tcPr>
            <w:tcW w:type="dxa" w:w="4320"/>
          </w:tcPr>
          <w:p>
            <w:r>
              <w:t>普通地质学、构造地质学、普通地质实习、区域地质测量实习、地球物理基础、地震学</w:t>
            </w:r>
          </w:p>
        </w:tc>
      </w:tr>
      <w:tr>
        <w:tc>
          <w:tcPr>
            <w:tcW w:type="dxa" w:w="4320"/>
          </w:tcPr>
          <w:p>
            <w:r>
              <w:t>地质（古生物方向）</w:t>
            </w:r>
          </w:p>
        </w:tc>
        <w:tc>
          <w:tcPr>
            <w:tcW w:type="dxa" w:w="4320"/>
          </w:tcPr>
          <w:p>
            <w:r>
              <w:t>普通地质学、构造地质学、普通地质实习、区域地质测量实习、古生物学、历史地质学</w:t>
            </w:r>
          </w:p>
        </w:tc>
      </w:tr>
      <w:tr>
        <w:tc>
          <w:tcPr>
            <w:tcW w:type="dxa" w:w="4320"/>
          </w:tcPr>
          <w:p>
            <w:r>
              <w:t>水文与水资源-地下水专业类</w:t>
            </w:r>
          </w:p>
        </w:tc>
        <w:tc>
          <w:tcPr>
            <w:tcW w:type="dxa" w:w="4320"/>
          </w:tcPr>
          <w:p>
            <w:r>
              <w:t>普通地质学、普通地质实习、区域地质测量实习，水文学原理，水文地质学基础，水文水资源综合实验</w:t>
            </w:r>
          </w:p>
        </w:tc>
      </w:tr>
      <w:tr>
        <w:tc>
          <w:tcPr>
            <w:tcW w:type="dxa" w:w="4320"/>
          </w:tcPr>
          <w:p>
            <w:r>
              <w:t>地质工程类</w:t>
            </w:r>
          </w:p>
        </w:tc>
        <w:tc>
          <w:tcPr>
            <w:tcW w:type="dxa" w:w="4320"/>
          </w:tcPr>
          <w:p>
            <w:r>
              <w:t>普通地质学、普通地质实习、区域地质测量实习，土力学，工程地质学，工程岩土学</w:t>
            </w:r>
          </w:p>
        </w:tc>
      </w:tr>
    </w:tbl>
    <w:p>
      <w:r>
        <w:t>4）凡在网上申请保研者均需参加推免生资格考试，考试合格者方可获得推免资格，跨院系推免生和跨序列推免生不受此限。</w:t>
      </w:r>
    </w:p>
    <w:p>
      <w:r>
        <w:t>七、本年度院系推免工作联系方式</w:t>
      </w:r>
    </w:p>
    <w:p>
      <w:r>
        <w:t>工作联系人：茆雅凤孙启程</w:t>
      </w:r>
    </w:p>
    <w:p>
      <w:r>
        <w:t>咨询电话：89681069，89680702</w:t>
      </w:r>
    </w:p>
    <w:p>
      <w:r>
        <w:t>电子信箱：myafeng@126.com</w:t>
      </w:r>
    </w:p>
    <w:p>
      <w:r>
        <w:t>办公时间及地点：朱共山楼210</w:t>
      </w:r>
    </w:p>
    <w:p>
      <w:r>
        <w:t>院系：地球科学与工程学院（公章）</w:t>
      </w:r>
    </w:p>
    <w:p>
      <w:r>
        <w:t>日期：2018.7.27</w:t>
      </w:r>
    </w:p>
    <w:p>
      <w:r>
        <w:t>附件：各专业计入保研学分绩课程清单</w:t>
      </w:r>
    </w:p>
    <w:p>
      <w:r>
        <w:t>地质学专业：</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课程编号</w:t>
            </w:r>
          </w:p>
        </w:tc>
        <w:tc>
          <w:tcPr>
            <w:tcW w:type="dxa" w:w="2160"/>
          </w:tcPr>
          <w:p>
            <w:r>
              <w:t>课程名</w:t>
            </w:r>
          </w:p>
        </w:tc>
        <w:tc>
          <w:tcPr>
            <w:tcW w:type="dxa" w:w="2160"/>
          </w:tcPr>
          <w:p>
            <w:r>
              <w:t>学分</w:t>
            </w:r>
          </w:p>
        </w:tc>
        <w:tc>
          <w:tcPr>
            <w:tcW w:type="dxa" w:w="2160"/>
          </w:tcPr>
          <w:p>
            <w:r>
              <w:t>课程性质</w:t>
            </w:r>
          </w:p>
        </w:tc>
      </w:tr>
      <w:tr>
        <w:tc>
          <w:tcPr>
            <w:tcW w:type="dxa" w:w="2160"/>
          </w:tcPr>
          <w:p>
            <w:r>
              <w:t>00030032</w:t>
            </w:r>
          </w:p>
        </w:tc>
        <w:tc>
          <w:tcPr>
            <w:tcW w:type="dxa" w:w="2160"/>
          </w:tcPr>
          <w:p>
            <w:r>
              <w:t>C语言程序设计（二）</w:t>
            </w:r>
          </w:p>
        </w:tc>
        <w:tc>
          <w:tcPr>
            <w:tcW w:type="dxa" w:w="2160"/>
          </w:tcPr>
          <w:p>
            <w:r>
              <w:t>3</w:t>
            </w:r>
          </w:p>
        </w:tc>
        <w:tc>
          <w:tcPr>
            <w:tcW w:type="dxa" w:w="2160"/>
          </w:tcPr>
          <w:p>
            <w:r>
              <w:t>通修</w:t>
            </w:r>
          </w:p>
        </w:tc>
      </w:tr>
      <w:tr>
        <w:tc>
          <w:tcPr>
            <w:tcW w:type="dxa" w:w="2160"/>
          </w:tcPr>
          <w:p>
            <w:r>
              <w:t>15020060</w:t>
            </w:r>
          </w:p>
        </w:tc>
        <w:tc>
          <w:tcPr>
            <w:tcW w:type="dxa" w:w="2160"/>
          </w:tcPr>
          <w:p>
            <w:r>
              <w:t>变质岩岩石学</w:t>
            </w:r>
          </w:p>
        </w:tc>
        <w:tc>
          <w:tcPr>
            <w:tcW w:type="dxa" w:w="2160"/>
          </w:tcPr>
          <w:p>
            <w:r>
              <w:t>2</w:t>
            </w:r>
          </w:p>
        </w:tc>
        <w:tc>
          <w:tcPr>
            <w:tcW w:type="dxa" w:w="2160"/>
          </w:tcPr>
          <w:p>
            <w:r>
              <w:t>核心</w:t>
            </w:r>
          </w:p>
        </w:tc>
      </w:tr>
      <w:tr>
        <w:tc>
          <w:tcPr>
            <w:tcW w:type="dxa" w:w="2160"/>
          </w:tcPr>
          <w:p>
            <w:r>
              <w:t>15020050</w:t>
            </w:r>
          </w:p>
        </w:tc>
        <w:tc>
          <w:tcPr>
            <w:tcW w:type="dxa" w:w="2160"/>
          </w:tcPr>
          <w:p>
            <w:r>
              <w:t>沉积岩岩石学</w:t>
            </w:r>
          </w:p>
        </w:tc>
        <w:tc>
          <w:tcPr>
            <w:tcW w:type="dxa" w:w="2160"/>
          </w:tcPr>
          <w:p>
            <w:r>
              <w:t>3</w:t>
            </w:r>
          </w:p>
        </w:tc>
        <w:tc>
          <w:tcPr>
            <w:tcW w:type="dxa" w:w="2160"/>
          </w:tcPr>
          <w:p>
            <w:r>
              <w:t>核心</w:t>
            </w:r>
          </w:p>
        </w:tc>
      </w:tr>
      <w:tr>
        <w:tc>
          <w:tcPr>
            <w:tcW w:type="dxa" w:w="2160"/>
          </w:tcPr>
          <w:p>
            <w:r>
              <w:t>13000030TA</w:t>
            </w:r>
          </w:p>
        </w:tc>
        <w:tc>
          <w:tcPr>
            <w:tcW w:type="dxa" w:w="2160"/>
          </w:tcPr>
          <w:p>
            <w:r>
              <w:t>大学化学实验</w:t>
            </w:r>
          </w:p>
        </w:tc>
        <w:tc>
          <w:tcPr>
            <w:tcW w:type="dxa" w:w="2160"/>
          </w:tcPr>
          <w:p>
            <w:r>
              <w:t>3</w:t>
            </w:r>
          </w:p>
        </w:tc>
        <w:tc>
          <w:tcPr>
            <w:tcW w:type="dxa" w:w="2160"/>
          </w:tcPr>
          <w:p>
            <w:r>
              <w:t>通修</w:t>
            </w:r>
          </w:p>
        </w:tc>
      </w:tr>
      <w:tr>
        <w:tc>
          <w:tcPr>
            <w:tcW w:type="dxa" w:w="2160"/>
          </w:tcPr>
          <w:p>
            <w:r>
              <w:t>14140032</w:t>
            </w:r>
          </w:p>
        </w:tc>
        <w:tc>
          <w:tcPr>
            <w:tcW w:type="dxa" w:w="2160"/>
          </w:tcPr>
          <w:p>
            <w:r>
              <w:t>大学生物学</w:t>
            </w:r>
          </w:p>
        </w:tc>
        <w:tc>
          <w:tcPr>
            <w:tcW w:type="dxa" w:w="2160"/>
          </w:tcPr>
          <w:p>
            <w:r>
              <w:t>4</w:t>
            </w:r>
          </w:p>
        </w:tc>
        <w:tc>
          <w:tcPr>
            <w:tcW w:type="dxa" w:w="2160"/>
          </w:tcPr>
          <w:p>
            <w:r>
              <w:t>选修Ａ</w:t>
            </w:r>
          </w:p>
        </w:tc>
      </w:tr>
      <w:tr>
        <w:tc>
          <w:tcPr>
            <w:tcW w:type="dxa" w:w="2160"/>
          </w:tcPr>
          <w:p>
            <w:r>
              <w:t>12000010A</w:t>
            </w:r>
          </w:p>
        </w:tc>
        <w:tc>
          <w:tcPr>
            <w:tcW w:type="dxa" w:w="2160"/>
          </w:tcPr>
          <w:p>
            <w:r>
              <w:t>大学物理实验（一）</w:t>
            </w:r>
          </w:p>
        </w:tc>
        <w:tc>
          <w:tcPr>
            <w:tcW w:type="dxa" w:w="2160"/>
          </w:tcPr>
          <w:p>
            <w:r>
              <w:t>3</w:t>
            </w:r>
          </w:p>
        </w:tc>
        <w:tc>
          <w:tcPr>
            <w:tcW w:type="dxa" w:w="2160"/>
          </w:tcPr>
          <w:p>
            <w:r>
              <w:t>通修</w:t>
            </w:r>
          </w:p>
        </w:tc>
      </w:tr>
      <w:tr>
        <w:tc>
          <w:tcPr>
            <w:tcW w:type="dxa" w:w="2160"/>
          </w:tcPr>
          <w:p>
            <w:r>
              <w:t>00020012A</w:t>
            </w:r>
          </w:p>
        </w:tc>
        <w:tc>
          <w:tcPr>
            <w:tcW w:type="dxa" w:w="2160"/>
          </w:tcPr>
          <w:p>
            <w:r>
              <w:t>大学英语（第二层次A)</w:t>
            </w:r>
          </w:p>
        </w:tc>
        <w:tc>
          <w:tcPr>
            <w:tcW w:type="dxa" w:w="2160"/>
          </w:tcPr>
          <w:p>
            <w:r>
              <w:t>4</w:t>
            </w:r>
          </w:p>
        </w:tc>
        <w:tc>
          <w:tcPr>
            <w:tcW w:type="dxa" w:w="2160"/>
          </w:tcPr>
          <w:p>
            <w:r>
              <w:t>通修</w:t>
            </w:r>
          </w:p>
        </w:tc>
      </w:tr>
      <w:tr>
        <w:tc>
          <w:tcPr>
            <w:tcW w:type="dxa" w:w="2160"/>
          </w:tcPr>
          <w:p>
            <w:r>
              <w:t>00020012B</w:t>
            </w:r>
          </w:p>
        </w:tc>
        <w:tc>
          <w:tcPr>
            <w:tcW w:type="dxa" w:w="2160"/>
          </w:tcPr>
          <w:p>
            <w:r>
              <w:t>大学英语（第二层次B)</w:t>
            </w:r>
          </w:p>
        </w:tc>
        <w:tc>
          <w:tcPr>
            <w:tcW w:type="dxa" w:w="2160"/>
          </w:tcPr>
          <w:p>
            <w:r>
              <w:t>4</w:t>
            </w:r>
          </w:p>
        </w:tc>
        <w:tc>
          <w:tcPr>
            <w:tcW w:type="dxa" w:w="2160"/>
          </w:tcPr>
          <w:p>
            <w:r>
              <w:t>通修</w:t>
            </w:r>
          </w:p>
        </w:tc>
      </w:tr>
      <w:tr>
        <w:tc>
          <w:tcPr>
            <w:tcW w:type="dxa" w:w="2160"/>
          </w:tcPr>
          <w:p>
            <w:r>
              <w:t>15010190</w:t>
            </w:r>
          </w:p>
        </w:tc>
        <w:tc>
          <w:tcPr>
            <w:tcW w:type="dxa" w:w="2160"/>
          </w:tcPr>
          <w:p>
            <w:r>
              <w:t>遥感与地理信息系统</w:t>
            </w:r>
          </w:p>
        </w:tc>
        <w:tc>
          <w:tcPr>
            <w:tcW w:type="dxa" w:w="2160"/>
          </w:tcPr>
          <w:p>
            <w:r>
              <w:t>2</w:t>
            </w:r>
          </w:p>
        </w:tc>
        <w:tc>
          <w:tcPr>
            <w:tcW w:type="dxa" w:w="2160"/>
          </w:tcPr>
          <w:p>
            <w:r>
              <w:t>选修A</w:t>
            </w:r>
          </w:p>
        </w:tc>
      </w:tr>
      <w:tr>
        <w:tc>
          <w:tcPr>
            <w:tcW w:type="dxa" w:w="2160"/>
          </w:tcPr>
          <w:p>
            <w:r>
              <w:t>15010140</w:t>
            </w:r>
          </w:p>
        </w:tc>
        <w:tc>
          <w:tcPr>
            <w:tcW w:type="dxa" w:w="2160"/>
          </w:tcPr>
          <w:p>
            <w:r>
              <w:t>地球科学概论</w:t>
            </w:r>
          </w:p>
        </w:tc>
        <w:tc>
          <w:tcPr>
            <w:tcW w:type="dxa" w:w="2160"/>
          </w:tcPr>
          <w:p>
            <w:r>
              <w:t>2</w:t>
            </w:r>
          </w:p>
        </w:tc>
        <w:tc>
          <w:tcPr>
            <w:tcW w:type="dxa" w:w="2160"/>
          </w:tcPr>
          <w:p>
            <w:r>
              <w:t>核心</w:t>
            </w:r>
          </w:p>
        </w:tc>
      </w:tr>
      <w:tr>
        <w:tc>
          <w:tcPr>
            <w:tcW w:type="dxa" w:w="2160"/>
          </w:tcPr>
          <w:p>
            <w:r>
              <w:t>15010020</w:t>
            </w:r>
          </w:p>
        </w:tc>
        <w:tc>
          <w:tcPr>
            <w:tcW w:type="dxa" w:w="2160"/>
          </w:tcPr>
          <w:p>
            <w:r>
              <w:t>地球物理基础</w:t>
            </w:r>
          </w:p>
        </w:tc>
        <w:tc>
          <w:tcPr>
            <w:tcW w:type="dxa" w:w="2160"/>
          </w:tcPr>
          <w:p>
            <w:r>
              <w:t>3</w:t>
            </w:r>
          </w:p>
        </w:tc>
        <w:tc>
          <w:tcPr>
            <w:tcW w:type="dxa" w:w="2160"/>
          </w:tcPr>
          <w:p>
            <w:r>
              <w:t>选修A</w:t>
            </w:r>
          </w:p>
        </w:tc>
      </w:tr>
      <w:tr>
        <w:tc>
          <w:tcPr>
            <w:tcW w:type="dxa" w:w="2160"/>
          </w:tcPr>
          <w:p>
            <w:r>
              <w:t>15070100</w:t>
            </w:r>
          </w:p>
        </w:tc>
        <w:tc>
          <w:tcPr>
            <w:tcW w:type="dxa" w:w="2160"/>
          </w:tcPr>
          <w:p>
            <w:r>
              <w:t>地史学</w:t>
            </w:r>
          </w:p>
        </w:tc>
        <w:tc>
          <w:tcPr>
            <w:tcW w:type="dxa" w:w="2160"/>
          </w:tcPr>
          <w:p>
            <w:r>
              <w:t>3</w:t>
            </w:r>
          </w:p>
        </w:tc>
        <w:tc>
          <w:tcPr>
            <w:tcW w:type="dxa" w:w="2160"/>
          </w:tcPr>
          <w:p>
            <w:r>
              <w:t>选修A</w:t>
            </w:r>
          </w:p>
        </w:tc>
      </w:tr>
      <w:tr>
        <w:tc>
          <w:tcPr>
            <w:tcW w:type="dxa" w:w="2160"/>
          </w:tcPr>
          <w:p>
            <w:r>
              <w:t>15080010</w:t>
            </w:r>
          </w:p>
        </w:tc>
        <w:tc>
          <w:tcPr>
            <w:tcW w:type="dxa" w:w="2160"/>
          </w:tcPr>
          <w:p>
            <w:r>
              <w:t>普地实习</w:t>
            </w:r>
          </w:p>
        </w:tc>
        <w:tc>
          <w:tcPr>
            <w:tcW w:type="dxa" w:w="2160"/>
          </w:tcPr>
          <w:p>
            <w:r>
              <w:t>3</w:t>
            </w:r>
          </w:p>
        </w:tc>
        <w:tc>
          <w:tcPr>
            <w:tcW w:type="dxa" w:w="2160"/>
          </w:tcPr>
          <w:p>
            <w:r>
              <w:t>选修Ａ</w:t>
            </w:r>
          </w:p>
        </w:tc>
      </w:tr>
      <w:tr>
        <w:tc>
          <w:tcPr>
            <w:tcW w:type="dxa" w:w="2160"/>
          </w:tcPr>
          <w:p>
            <w:r>
              <w:t>15000020</w:t>
            </w:r>
          </w:p>
        </w:tc>
        <w:tc>
          <w:tcPr>
            <w:tcW w:type="dxa" w:w="2160"/>
          </w:tcPr>
          <w:p>
            <w:r>
              <w:t>构造地质学</w:t>
            </w:r>
          </w:p>
        </w:tc>
        <w:tc>
          <w:tcPr>
            <w:tcW w:type="dxa" w:w="2160"/>
          </w:tcPr>
          <w:p>
            <w:r>
              <w:t>4</w:t>
            </w:r>
          </w:p>
        </w:tc>
        <w:tc>
          <w:tcPr>
            <w:tcW w:type="dxa" w:w="2160"/>
          </w:tcPr>
          <w:p>
            <w:r>
              <w:t>核心</w:t>
            </w:r>
          </w:p>
        </w:tc>
      </w:tr>
      <w:tr>
        <w:tc>
          <w:tcPr>
            <w:tcW w:type="dxa" w:w="2160"/>
          </w:tcPr>
          <w:p>
            <w:r>
              <w:t>15000030</w:t>
            </w:r>
          </w:p>
        </w:tc>
        <w:tc>
          <w:tcPr>
            <w:tcW w:type="dxa" w:w="2160"/>
          </w:tcPr>
          <w:p>
            <w:r>
              <w:t>古生物学</w:t>
            </w:r>
          </w:p>
        </w:tc>
        <w:tc>
          <w:tcPr>
            <w:tcW w:type="dxa" w:w="2160"/>
          </w:tcPr>
          <w:p>
            <w:r>
              <w:t>3</w:t>
            </w:r>
          </w:p>
        </w:tc>
        <w:tc>
          <w:tcPr>
            <w:tcW w:type="dxa" w:w="2160"/>
          </w:tcPr>
          <w:p>
            <w:r>
              <w:t>选修A</w:t>
            </w:r>
          </w:p>
        </w:tc>
      </w:tr>
      <w:tr>
        <w:tc>
          <w:tcPr>
            <w:tcW w:type="dxa" w:w="2160"/>
          </w:tcPr>
          <w:p>
            <w:r>
              <w:t>15020040</w:t>
            </w:r>
          </w:p>
        </w:tc>
        <w:tc>
          <w:tcPr>
            <w:tcW w:type="dxa" w:w="2160"/>
          </w:tcPr>
          <w:p>
            <w:r>
              <w:t>火成岩石学</w:t>
            </w:r>
          </w:p>
        </w:tc>
        <w:tc>
          <w:tcPr>
            <w:tcW w:type="dxa" w:w="2160"/>
          </w:tcPr>
          <w:p>
            <w:r>
              <w:t>3</w:t>
            </w:r>
          </w:p>
        </w:tc>
        <w:tc>
          <w:tcPr>
            <w:tcW w:type="dxa" w:w="2160"/>
          </w:tcPr>
          <w:p>
            <w:r>
              <w:t>核心</w:t>
            </w:r>
          </w:p>
        </w:tc>
      </w:tr>
      <w:tr>
        <w:tc>
          <w:tcPr>
            <w:tcW w:type="dxa" w:w="2160"/>
          </w:tcPr>
          <w:p>
            <w:r>
              <w:t>13030250A</w:t>
            </w:r>
          </w:p>
        </w:tc>
        <w:tc>
          <w:tcPr>
            <w:tcW w:type="dxa" w:w="2160"/>
          </w:tcPr>
          <w:p>
            <w:r>
              <w:t>基础化学</w:t>
            </w:r>
          </w:p>
        </w:tc>
        <w:tc>
          <w:tcPr>
            <w:tcW w:type="dxa" w:w="2160"/>
          </w:tcPr>
          <w:p>
            <w:r>
              <w:t>3</w:t>
            </w:r>
          </w:p>
        </w:tc>
        <w:tc>
          <w:tcPr>
            <w:tcW w:type="dxa" w:w="2160"/>
          </w:tcPr>
          <w:p>
            <w:r>
              <w:t>平台</w:t>
            </w:r>
          </w:p>
        </w:tc>
      </w:tr>
      <w:tr>
        <w:tc>
          <w:tcPr>
            <w:tcW w:type="dxa" w:w="2160"/>
          </w:tcPr>
          <w:p>
            <w:r>
              <w:t>13030250B</w:t>
            </w:r>
          </w:p>
        </w:tc>
        <w:tc>
          <w:tcPr>
            <w:tcW w:type="dxa" w:w="2160"/>
          </w:tcPr>
          <w:p>
            <w:r>
              <w:t>基础化学</w:t>
            </w:r>
          </w:p>
        </w:tc>
        <w:tc>
          <w:tcPr>
            <w:tcW w:type="dxa" w:w="2160"/>
          </w:tcPr>
          <w:p>
            <w:r>
              <w:t>3</w:t>
            </w:r>
          </w:p>
        </w:tc>
        <w:tc>
          <w:tcPr>
            <w:tcW w:type="dxa" w:w="2160"/>
          </w:tcPr>
          <w:p>
            <w:r>
              <w:t>平台</w:t>
            </w:r>
          </w:p>
        </w:tc>
      </w:tr>
      <w:tr>
        <w:tc>
          <w:tcPr>
            <w:tcW w:type="dxa" w:w="2160"/>
          </w:tcPr>
          <w:p>
            <w:r>
              <w:t>15020020</w:t>
            </w:r>
          </w:p>
        </w:tc>
        <w:tc>
          <w:tcPr>
            <w:tcW w:type="dxa" w:w="2160"/>
          </w:tcPr>
          <w:p>
            <w:r>
              <w:t>结晶学与矿物学</w:t>
            </w:r>
          </w:p>
        </w:tc>
        <w:tc>
          <w:tcPr>
            <w:tcW w:type="dxa" w:w="2160"/>
          </w:tcPr>
          <w:p>
            <w:r>
              <w:t>4</w:t>
            </w:r>
          </w:p>
        </w:tc>
        <w:tc>
          <w:tcPr>
            <w:tcW w:type="dxa" w:w="2160"/>
          </w:tcPr>
          <w:p>
            <w:r>
              <w:t>核心</w:t>
            </w:r>
          </w:p>
        </w:tc>
      </w:tr>
      <w:tr>
        <w:tc>
          <w:tcPr>
            <w:tcW w:type="dxa" w:w="2160"/>
          </w:tcPr>
          <w:p>
            <w:r>
              <w:t>15020070</w:t>
            </w:r>
          </w:p>
        </w:tc>
        <w:tc>
          <w:tcPr>
            <w:tcW w:type="dxa" w:w="2160"/>
          </w:tcPr>
          <w:p>
            <w:r>
              <w:t>经济地质学</w:t>
            </w:r>
          </w:p>
        </w:tc>
        <w:tc>
          <w:tcPr>
            <w:tcW w:type="dxa" w:w="2160"/>
          </w:tcPr>
          <w:p>
            <w:r>
              <w:t>3</w:t>
            </w:r>
          </w:p>
        </w:tc>
        <w:tc>
          <w:tcPr>
            <w:tcW w:type="dxa" w:w="2160"/>
          </w:tcPr>
          <w:p>
            <w:r>
              <w:t>选修Ａ</w:t>
            </w:r>
          </w:p>
        </w:tc>
      </w:tr>
      <w:tr>
        <w:tc>
          <w:tcPr>
            <w:tcW w:type="dxa" w:w="2160"/>
          </w:tcPr>
          <w:p>
            <w:r>
              <w:t>15020030</w:t>
            </w:r>
          </w:p>
        </w:tc>
        <w:tc>
          <w:tcPr>
            <w:tcW w:type="dxa" w:w="2160"/>
          </w:tcPr>
          <w:p>
            <w:r>
              <w:t>晶体光学</w:t>
            </w:r>
          </w:p>
        </w:tc>
        <w:tc>
          <w:tcPr>
            <w:tcW w:type="dxa" w:w="2160"/>
          </w:tcPr>
          <w:p>
            <w:r>
              <w:t>2</w:t>
            </w:r>
          </w:p>
        </w:tc>
        <w:tc>
          <w:tcPr>
            <w:tcW w:type="dxa" w:w="2160"/>
          </w:tcPr>
          <w:p>
            <w:r>
              <w:t>核心</w:t>
            </w:r>
          </w:p>
        </w:tc>
      </w:tr>
      <w:tr>
        <w:tc>
          <w:tcPr>
            <w:tcW w:type="dxa" w:w="2160"/>
          </w:tcPr>
          <w:p>
            <w:r>
              <w:t>15000010</w:t>
            </w:r>
          </w:p>
        </w:tc>
        <w:tc>
          <w:tcPr>
            <w:tcW w:type="dxa" w:w="2160"/>
          </w:tcPr>
          <w:p>
            <w:r>
              <w:t>普通地质学</w:t>
            </w:r>
          </w:p>
        </w:tc>
        <w:tc>
          <w:tcPr>
            <w:tcW w:type="dxa" w:w="2160"/>
          </w:tcPr>
          <w:p>
            <w:r>
              <w:t>4</w:t>
            </w:r>
          </w:p>
        </w:tc>
        <w:tc>
          <w:tcPr>
            <w:tcW w:type="dxa" w:w="2160"/>
          </w:tcPr>
          <w:p>
            <w:r>
              <w:t>核心</w:t>
            </w:r>
          </w:p>
        </w:tc>
      </w:tr>
      <w:tr>
        <w:tc>
          <w:tcPr>
            <w:tcW w:type="dxa" w:w="2160"/>
          </w:tcPr>
          <w:p>
            <w:r>
              <w:t>12000014A</w:t>
            </w:r>
          </w:p>
        </w:tc>
        <w:tc>
          <w:tcPr>
            <w:tcW w:type="dxa" w:w="2160"/>
          </w:tcPr>
          <w:p>
            <w:r>
              <w:t>普通物理（上）</w:t>
            </w:r>
          </w:p>
        </w:tc>
        <w:tc>
          <w:tcPr>
            <w:tcW w:type="dxa" w:w="2160"/>
          </w:tcPr>
          <w:p>
            <w:r>
              <w:t>3</w:t>
            </w:r>
          </w:p>
        </w:tc>
        <w:tc>
          <w:tcPr>
            <w:tcW w:type="dxa" w:w="2160"/>
          </w:tcPr>
          <w:p>
            <w:r>
              <w:t>平台</w:t>
            </w:r>
          </w:p>
        </w:tc>
      </w:tr>
      <w:tr>
        <w:tc>
          <w:tcPr>
            <w:tcW w:type="dxa" w:w="2160"/>
          </w:tcPr>
          <w:p>
            <w:r>
              <w:t>12000014B</w:t>
            </w:r>
          </w:p>
        </w:tc>
        <w:tc>
          <w:tcPr>
            <w:tcW w:type="dxa" w:w="2160"/>
          </w:tcPr>
          <w:p>
            <w:r>
              <w:t>普通物理（下）</w:t>
            </w:r>
          </w:p>
        </w:tc>
        <w:tc>
          <w:tcPr>
            <w:tcW w:type="dxa" w:w="2160"/>
          </w:tcPr>
          <w:p>
            <w:r>
              <w:t>3</w:t>
            </w:r>
          </w:p>
        </w:tc>
        <w:tc>
          <w:tcPr>
            <w:tcW w:type="dxa" w:w="2160"/>
          </w:tcPr>
          <w:p>
            <w:r>
              <w:t>平台</w:t>
            </w:r>
          </w:p>
        </w:tc>
      </w:tr>
      <w:tr>
        <w:tc>
          <w:tcPr>
            <w:tcW w:type="dxa" w:w="2160"/>
          </w:tcPr>
          <w:p>
            <w:r>
              <w:t>15080020</w:t>
            </w:r>
          </w:p>
        </w:tc>
        <w:tc>
          <w:tcPr>
            <w:tcW w:type="dxa" w:w="2160"/>
          </w:tcPr>
          <w:p>
            <w:r>
              <w:t>区测实习</w:t>
            </w:r>
          </w:p>
        </w:tc>
        <w:tc>
          <w:tcPr>
            <w:tcW w:type="dxa" w:w="2160"/>
          </w:tcPr>
          <w:p>
            <w:r>
              <w:t>3</w:t>
            </w:r>
          </w:p>
        </w:tc>
        <w:tc>
          <w:tcPr>
            <w:tcW w:type="dxa" w:w="2160"/>
          </w:tcPr>
          <w:p>
            <w:r>
              <w:t>选修A</w:t>
            </w:r>
          </w:p>
        </w:tc>
      </w:tr>
      <w:tr>
        <w:tc>
          <w:tcPr>
            <w:tcW w:type="dxa" w:w="2160"/>
          </w:tcPr>
          <w:p>
            <w:r>
              <w:t>00010011A</w:t>
            </w:r>
          </w:p>
        </w:tc>
        <w:tc>
          <w:tcPr>
            <w:tcW w:type="dxa" w:w="2160"/>
          </w:tcPr>
          <w:p>
            <w:r>
              <w:t>微积分I(第一层次)</w:t>
            </w:r>
          </w:p>
        </w:tc>
        <w:tc>
          <w:tcPr>
            <w:tcW w:type="dxa" w:w="2160"/>
          </w:tcPr>
          <w:p>
            <w:r>
              <w:t>5</w:t>
            </w:r>
          </w:p>
        </w:tc>
        <w:tc>
          <w:tcPr>
            <w:tcW w:type="dxa" w:w="2160"/>
          </w:tcPr>
          <w:p>
            <w:r>
              <w:t>通修</w:t>
            </w:r>
          </w:p>
        </w:tc>
      </w:tr>
      <w:tr>
        <w:tc>
          <w:tcPr>
            <w:tcW w:type="dxa" w:w="2160"/>
          </w:tcPr>
          <w:p>
            <w:r>
              <w:t>00010011B</w:t>
            </w:r>
          </w:p>
        </w:tc>
        <w:tc>
          <w:tcPr>
            <w:tcW w:type="dxa" w:w="2160"/>
          </w:tcPr>
          <w:p>
            <w:r>
              <w:t>微积分II(第一层次)</w:t>
            </w:r>
          </w:p>
        </w:tc>
        <w:tc>
          <w:tcPr>
            <w:tcW w:type="dxa" w:w="2160"/>
          </w:tcPr>
          <w:p>
            <w:r>
              <w:t>5</w:t>
            </w:r>
          </w:p>
        </w:tc>
        <w:tc>
          <w:tcPr>
            <w:tcW w:type="dxa" w:w="2160"/>
          </w:tcPr>
          <w:p>
            <w:r>
              <w:t>通修</w:t>
            </w:r>
          </w:p>
        </w:tc>
      </w:tr>
      <w:tr>
        <w:tc>
          <w:tcPr>
            <w:tcW w:type="dxa" w:w="2160"/>
          </w:tcPr>
          <w:p>
            <w:r>
              <w:t>00010011C</w:t>
            </w:r>
          </w:p>
        </w:tc>
        <w:tc>
          <w:tcPr>
            <w:tcW w:type="dxa" w:w="2160"/>
          </w:tcPr>
          <w:p>
            <w:r>
              <w:t>线性代数(第一层次)</w:t>
            </w:r>
          </w:p>
        </w:tc>
        <w:tc>
          <w:tcPr>
            <w:tcW w:type="dxa" w:w="2160"/>
          </w:tcPr>
          <w:p>
            <w:r>
              <w:t>4</w:t>
            </w:r>
          </w:p>
        </w:tc>
        <w:tc>
          <w:tcPr>
            <w:tcW w:type="dxa" w:w="2160"/>
          </w:tcPr>
          <w:p>
            <w:r>
              <w:t>通修</w:t>
            </w:r>
          </w:p>
        </w:tc>
      </w:tr>
      <w:tr>
        <w:tc>
          <w:tcPr>
            <w:tcW w:type="dxa" w:w="2160"/>
          </w:tcPr>
          <w:p>
            <w:r>
              <w:t>15020160</w:t>
            </w:r>
          </w:p>
        </w:tc>
        <w:tc>
          <w:tcPr>
            <w:tcW w:type="dxa" w:w="2160"/>
          </w:tcPr>
          <w:p>
            <w:r>
              <w:t>矿相学</w:t>
            </w:r>
          </w:p>
        </w:tc>
        <w:tc>
          <w:tcPr>
            <w:tcW w:type="dxa" w:w="2160"/>
          </w:tcPr>
          <w:p>
            <w:r>
              <w:t>2</w:t>
            </w:r>
          </w:p>
        </w:tc>
        <w:tc>
          <w:tcPr>
            <w:tcW w:type="dxa" w:w="2160"/>
          </w:tcPr>
          <w:p>
            <w:r>
              <w:t>选修A</w:t>
            </w:r>
          </w:p>
        </w:tc>
      </w:tr>
      <w:tr>
        <w:tc>
          <w:tcPr>
            <w:tcW w:type="dxa" w:w="2160"/>
          </w:tcPr>
          <w:p>
            <w:r>
              <w:t>15020150</w:t>
            </w:r>
          </w:p>
        </w:tc>
        <w:tc>
          <w:tcPr>
            <w:tcW w:type="dxa" w:w="2160"/>
          </w:tcPr>
          <w:p>
            <w:r>
              <w:t>油气资源概论</w:t>
            </w:r>
          </w:p>
        </w:tc>
        <w:tc>
          <w:tcPr>
            <w:tcW w:type="dxa" w:w="2160"/>
          </w:tcPr>
          <w:p>
            <w:r>
              <w:t>3</w:t>
            </w:r>
          </w:p>
        </w:tc>
        <w:tc>
          <w:tcPr>
            <w:tcW w:type="dxa" w:w="2160"/>
          </w:tcPr>
          <w:p>
            <w:r>
              <w:t>选修A</w:t>
            </w:r>
          </w:p>
        </w:tc>
      </w:tr>
    </w:tbl>
    <w:p>
      <w:r>
        <w:t>古生物</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课程编号</w:t>
            </w:r>
          </w:p>
        </w:tc>
        <w:tc>
          <w:tcPr>
            <w:tcW w:type="dxa" w:w="2160"/>
          </w:tcPr>
          <w:p>
            <w:r>
              <w:t>课程名称</w:t>
            </w:r>
          </w:p>
        </w:tc>
        <w:tc>
          <w:tcPr>
            <w:tcW w:type="dxa" w:w="2160"/>
          </w:tcPr>
          <w:p>
            <w:r>
              <w:t>学分</w:t>
            </w:r>
          </w:p>
        </w:tc>
        <w:tc>
          <w:tcPr>
            <w:tcW w:type="dxa" w:w="2160"/>
          </w:tcPr>
          <w:p>
            <w:r>
              <w:t>课程性质</w:t>
            </w:r>
          </w:p>
        </w:tc>
      </w:tr>
      <w:tr>
        <w:tc>
          <w:tcPr>
            <w:tcW w:type="dxa" w:w="2160"/>
          </w:tcPr>
          <w:p>
            <w:r>
              <w:t>00010011A</w:t>
            </w:r>
          </w:p>
        </w:tc>
        <w:tc>
          <w:tcPr>
            <w:tcW w:type="dxa" w:w="2160"/>
          </w:tcPr>
          <w:p>
            <w:r>
              <w:t>微积分I(第一层次)</w:t>
            </w:r>
          </w:p>
        </w:tc>
        <w:tc>
          <w:tcPr>
            <w:tcW w:type="dxa" w:w="2160"/>
          </w:tcPr>
          <w:p>
            <w:r>
              <w:t>5</w:t>
            </w:r>
          </w:p>
        </w:tc>
        <w:tc>
          <w:tcPr>
            <w:tcW w:type="dxa" w:w="2160"/>
          </w:tcPr>
          <w:p>
            <w:r>
              <w:t>通修</w:t>
            </w:r>
          </w:p>
        </w:tc>
      </w:tr>
      <w:tr>
        <w:tc>
          <w:tcPr>
            <w:tcW w:type="dxa" w:w="2160"/>
          </w:tcPr>
          <w:p>
            <w:r>
              <w:t>00010011B</w:t>
            </w:r>
          </w:p>
        </w:tc>
        <w:tc>
          <w:tcPr>
            <w:tcW w:type="dxa" w:w="2160"/>
          </w:tcPr>
          <w:p>
            <w:r>
              <w:t>微积分II(第一层次)</w:t>
            </w:r>
          </w:p>
        </w:tc>
        <w:tc>
          <w:tcPr>
            <w:tcW w:type="dxa" w:w="2160"/>
          </w:tcPr>
          <w:p>
            <w:r>
              <w:t>5</w:t>
            </w:r>
          </w:p>
        </w:tc>
        <w:tc>
          <w:tcPr>
            <w:tcW w:type="dxa" w:w="2160"/>
          </w:tcPr>
          <w:p>
            <w:r>
              <w:t>通修</w:t>
            </w:r>
          </w:p>
        </w:tc>
      </w:tr>
      <w:tr>
        <w:tc>
          <w:tcPr>
            <w:tcW w:type="dxa" w:w="2160"/>
          </w:tcPr>
          <w:p>
            <w:r>
              <w:t>00010011C</w:t>
            </w:r>
          </w:p>
        </w:tc>
        <w:tc>
          <w:tcPr>
            <w:tcW w:type="dxa" w:w="2160"/>
          </w:tcPr>
          <w:p>
            <w:r>
              <w:t>线性代数(第一层次)</w:t>
            </w:r>
          </w:p>
        </w:tc>
        <w:tc>
          <w:tcPr>
            <w:tcW w:type="dxa" w:w="2160"/>
          </w:tcPr>
          <w:p>
            <w:r>
              <w:t>4</w:t>
            </w:r>
          </w:p>
        </w:tc>
        <w:tc>
          <w:tcPr>
            <w:tcW w:type="dxa" w:w="2160"/>
          </w:tcPr>
          <w:p>
            <w:r>
              <w:t>通修</w:t>
            </w:r>
          </w:p>
        </w:tc>
      </w:tr>
      <w:tr>
        <w:tc>
          <w:tcPr>
            <w:tcW w:type="dxa" w:w="2160"/>
          </w:tcPr>
          <w:p>
            <w:r>
              <w:t>00020013A</w:t>
            </w:r>
          </w:p>
        </w:tc>
        <w:tc>
          <w:tcPr>
            <w:tcW w:type="dxa" w:w="2160"/>
          </w:tcPr>
          <w:p>
            <w:r>
              <w:t>大学英语（第三层次A)</w:t>
            </w:r>
          </w:p>
        </w:tc>
        <w:tc>
          <w:tcPr>
            <w:tcW w:type="dxa" w:w="2160"/>
          </w:tcPr>
          <w:p>
            <w:r>
              <w:t>4</w:t>
            </w:r>
          </w:p>
        </w:tc>
        <w:tc>
          <w:tcPr>
            <w:tcW w:type="dxa" w:w="2160"/>
          </w:tcPr>
          <w:p>
            <w:r>
              <w:t>通修</w:t>
            </w:r>
          </w:p>
        </w:tc>
      </w:tr>
      <w:tr>
        <w:tc>
          <w:tcPr>
            <w:tcW w:type="dxa" w:w="2160"/>
          </w:tcPr>
          <w:p>
            <w:r>
              <w:t>00020013B</w:t>
            </w:r>
          </w:p>
        </w:tc>
        <w:tc>
          <w:tcPr>
            <w:tcW w:type="dxa" w:w="2160"/>
          </w:tcPr>
          <w:p>
            <w:r>
              <w:t>大学英语（第三层次B)</w:t>
            </w:r>
          </w:p>
        </w:tc>
        <w:tc>
          <w:tcPr>
            <w:tcW w:type="dxa" w:w="2160"/>
          </w:tcPr>
          <w:p>
            <w:r>
              <w:t>4</w:t>
            </w:r>
          </w:p>
        </w:tc>
        <w:tc>
          <w:tcPr>
            <w:tcW w:type="dxa" w:w="2160"/>
          </w:tcPr>
          <w:p>
            <w:r>
              <w:t>通修</w:t>
            </w:r>
          </w:p>
        </w:tc>
      </w:tr>
      <w:tr>
        <w:tc>
          <w:tcPr>
            <w:tcW w:type="dxa" w:w="2160"/>
          </w:tcPr>
          <w:p>
            <w:r>
              <w:t>00030032</w:t>
            </w:r>
          </w:p>
        </w:tc>
        <w:tc>
          <w:tcPr>
            <w:tcW w:type="dxa" w:w="2160"/>
          </w:tcPr>
          <w:p>
            <w:r>
              <w:t>C语言程序设计（二）</w:t>
            </w:r>
          </w:p>
        </w:tc>
        <w:tc>
          <w:tcPr>
            <w:tcW w:type="dxa" w:w="2160"/>
          </w:tcPr>
          <w:p>
            <w:r>
              <w:t>3</w:t>
            </w:r>
          </w:p>
        </w:tc>
        <w:tc>
          <w:tcPr>
            <w:tcW w:type="dxa" w:w="2160"/>
          </w:tcPr>
          <w:p>
            <w:r>
              <w:t>通修</w:t>
            </w:r>
          </w:p>
        </w:tc>
      </w:tr>
      <w:tr>
        <w:tc>
          <w:tcPr>
            <w:tcW w:type="dxa" w:w="2160"/>
          </w:tcPr>
          <w:p>
            <w:r>
              <w:t>12000010A</w:t>
            </w:r>
          </w:p>
        </w:tc>
        <w:tc>
          <w:tcPr>
            <w:tcW w:type="dxa" w:w="2160"/>
          </w:tcPr>
          <w:p>
            <w:r>
              <w:t>大学物理实验（一）</w:t>
            </w:r>
          </w:p>
        </w:tc>
        <w:tc>
          <w:tcPr>
            <w:tcW w:type="dxa" w:w="2160"/>
          </w:tcPr>
          <w:p>
            <w:r>
              <w:t>2</w:t>
            </w:r>
          </w:p>
        </w:tc>
        <w:tc>
          <w:tcPr>
            <w:tcW w:type="dxa" w:w="2160"/>
          </w:tcPr>
          <w:p>
            <w:r>
              <w:t>平台</w:t>
            </w:r>
          </w:p>
        </w:tc>
      </w:tr>
      <w:tr>
        <w:tc>
          <w:tcPr>
            <w:tcW w:type="dxa" w:w="2160"/>
          </w:tcPr>
          <w:p>
            <w:r>
              <w:t>12000014A</w:t>
            </w:r>
          </w:p>
        </w:tc>
        <w:tc>
          <w:tcPr>
            <w:tcW w:type="dxa" w:w="2160"/>
          </w:tcPr>
          <w:p>
            <w:r>
              <w:t>普通物理（上）</w:t>
            </w:r>
          </w:p>
        </w:tc>
        <w:tc>
          <w:tcPr>
            <w:tcW w:type="dxa" w:w="2160"/>
          </w:tcPr>
          <w:p>
            <w:r>
              <w:t>3</w:t>
            </w:r>
          </w:p>
        </w:tc>
        <w:tc>
          <w:tcPr>
            <w:tcW w:type="dxa" w:w="2160"/>
          </w:tcPr>
          <w:p>
            <w:r>
              <w:t>平台</w:t>
            </w:r>
          </w:p>
        </w:tc>
      </w:tr>
      <w:tr>
        <w:tc>
          <w:tcPr>
            <w:tcW w:type="dxa" w:w="2160"/>
          </w:tcPr>
          <w:p>
            <w:r>
              <w:t>13000030TA</w:t>
            </w:r>
          </w:p>
        </w:tc>
        <w:tc>
          <w:tcPr>
            <w:tcW w:type="dxa" w:w="2160"/>
          </w:tcPr>
          <w:p>
            <w:r>
              <w:t>大学化学实验</w:t>
            </w:r>
          </w:p>
        </w:tc>
        <w:tc>
          <w:tcPr>
            <w:tcW w:type="dxa" w:w="2160"/>
          </w:tcPr>
          <w:p>
            <w:r>
              <w:t>3</w:t>
            </w:r>
          </w:p>
        </w:tc>
        <w:tc>
          <w:tcPr>
            <w:tcW w:type="dxa" w:w="2160"/>
          </w:tcPr>
          <w:p>
            <w:r>
              <w:t>核心</w:t>
            </w:r>
          </w:p>
        </w:tc>
      </w:tr>
      <w:tr>
        <w:tc>
          <w:tcPr>
            <w:tcW w:type="dxa" w:w="2160"/>
          </w:tcPr>
          <w:p>
            <w:r>
              <w:t>13030250A</w:t>
            </w:r>
          </w:p>
        </w:tc>
        <w:tc>
          <w:tcPr>
            <w:tcW w:type="dxa" w:w="2160"/>
          </w:tcPr>
          <w:p>
            <w:r>
              <w:t>基础化学</w:t>
            </w:r>
          </w:p>
        </w:tc>
        <w:tc>
          <w:tcPr>
            <w:tcW w:type="dxa" w:w="2160"/>
          </w:tcPr>
          <w:p>
            <w:r>
              <w:t>3</w:t>
            </w:r>
          </w:p>
        </w:tc>
        <w:tc>
          <w:tcPr>
            <w:tcW w:type="dxa" w:w="2160"/>
          </w:tcPr>
          <w:p>
            <w:r>
              <w:t>核心</w:t>
            </w:r>
          </w:p>
        </w:tc>
      </w:tr>
      <w:tr>
        <w:tc>
          <w:tcPr>
            <w:tcW w:type="dxa" w:w="2160"/>
          </w:tcPr>
          <w:p>
            <w:r>
              <w:t>13030250B</w:t>
            </w:r>
          </w:p>
        </w:tc>
        <w:tc>
          <w:tcPr>
            <w:tcW w:type="dxa" w:w="2160"/>
          </w:tcPr>
          <w:p>
            <w:r>
              <w:t>基础化学</w:t>
            </w:r>
          </w:p>
        </w:tc>
        <w:tc>
          <w:tcPr>
            <w:tcW w:type="dxa" w:w="2160"/>
          </w:tcPr>
          <w:p>
            <w:r>
              <w:t>3</w:t>
            </w:r>
          </w:p>
        </w:tc>
        <w:tc>
          <w:tcPr>
            <w:tcW w:type="dxa" w:w="2160"/>
          </w:tcPr>
          <w:p>
            <w:r>
              <w:t>平台</w:t>
            </w:r>
          </w:p>
        </w:tc>
      </w:tr>
      <w:tr>
        <w:tc>
          <w:tcPr>
            <w:tcW w:type="dxa" w:w="2160"/>
          </w:tcPr>
          <w:p>
            <w:r>
              <w:t>14140032</w:t>
            </w:r>
          </w:p>
        </w:tc>
        <w:tc>
          <w:tcPr>
            <w:tcW w:type="dxa" w:w="2160"/>
          </w:tcPr>
          <w:p>
            <w:r>
              <w:t>大学生物学</w:t>
            </w:r>
          </w:p>
        </w:tc>
        <w:tc>
          <w:tcPr>
            <w:tcW w:type="dxa" w:w="2160"/>
          </w:tcPr>
          <w:p>
            <w:r>
              <w:t>4</w:t>
            </w:r>
          </w:p>
        </w:tc>
        <w:tc>
          <w:tcPr>
            <w:tcW w:type="dxa" w:w="2160"/>
          </w:tcPr>
          <w:p>
            <w:r>
              <w:t>通修</w:t>
            </w:r>
          </w:p>
        </w:tc>
      </w:tr>
      <w:tr>
        <w:tc>
          <w:tcPr>
            <w:tcW w:type="dxa" w:w="2160"/>
          </w:tcPr>
          <w:p>
            <w:r>
              <w:t>15000010</w:t>
            </w:r>
          </w:p>
        </w:tc>
        <w:tc>
          <w:tcPr>
            <w:tcW w:type="dxa" w:w="2160"/>
          </w:tcPr>
          <w:p>
            <w:r>
              <w:t>普通地质学</w:t>
            </w:r>
          </w:p>
        </w:tc>
        <w:tc>
          <w:tcPr>
            <w:tcW w:type="dxa" w:w="2160"/>
          </w:tcPr>
          <w:p>
            <w:r>
              <w:t>4</w:t>
            </w:r>
          </w:p>
        </w:tc>
        <w:tc>
          <w:tcPr>
            <w:tcW w:type="dxa" w:w="2160"/>
          </w:tcPr>
          <w:p>
            <w:r>
              <w:t>平台</w:t>
            </w:r>
          </w:p>
        </w:tc>
      </w:tr>
      <w:tr>
        <w:tc>
          <w:tcPr>
            <w:tcW w:type="dxa" w:w="2160"/>
          </w:tcPr>
          <w:p>
            <w:r>
              <w:t>15000020</w:t>
            </w:r>
          </w:p>
        </w:tc>
        <w:tc>
          <w:tcPr>
            <w:tcW w:type="dxa" w:w="2160"/>
          </w:tcPr>
          <w:p>
            <w:r>
              <w:t>构造地质学</w:t>
            </w:r>
          </w:p>
        </w:tc>
        <w:tc>
          <w:tcPr>
            <w:tcW w:type="dxa" w:w="2160"/>
          </w:tcPr>
          <w:p>
            <w:r>
              <w:t>4</w:t>
            </w:r>
          </w:p>
        </w:tc>
        <w:tc>
          <w:tcPr>
            <w:tcW w:type="dxa" w:w="2160"/>
          </w:tcPr>
          <w:p>
            <w:r>
              <w:t>核心</w:t>
            </w:r>
          </w:p>
        </w:tc>
      </w:tr>
      <w:tr>
        <w:tc>
          <w:tcPr>
            <w:tcW w:type="dxa" w:w="2160"/>
          </w:tcPr>
          <w:p>
            <w:r>
              <w:t>15010140</w:t>
            </w:r>
          </w:p>
        </w:tc>
        <w:tc>
          <w:tcPr>
            <w:tcW w:type="dxa" w:w="2160"/>
          </w:tcPr>
          <w:p>
            <w:r>
              <w:t>地球科学概论</w:t>
            </w:r>
          </w:p>
        </w:tc>
        <w:tc>
          <w:tcPr>
            <w:tcW w:type="dxa" w:w="2160"/>
          </w:tcPr>
          <w:p>
            <w:r>
              <w:t>2</w:t>
            </w:r>
          </w:p>
        </w:tc>
        <w:tc>
          <w:tcPr>
            <w:tcW w:type="dxa" w:w="2160"/>
          </w:tcPr>
          <w:p>
            <w:r>
              <w:t>平台</w:t>
            </w:r>
          </w:p>
        </w:tc>
      </w:tr>
      <w:tr>
        <w:tc>
          <w:tcPr>
            <w:tcW w:type="dxa" w:w="2160"/>
          </w:tcPr>
          <w:p>
            <w:r>
              <w:t>15020050</w:t>
            </w:r>
          </w:p>
        </w:tc>
        <w:tc>
          <w:tcPr>
            <w:tcW w:type="dxa" w:w="2160"/>
          </w:tcPr>
          <w:p>
            <w:r>
              <w:t>沉积岩岩石学</w:t>
            </w:r>
          </w:p>
        </w:tc>
        <w:tc>
          <w:tcPr>
            <w:tcW w:type="dxa" w:w="2160"/>
          </w:tcPr>
          <w:p>
            <w:r>
              <w:t>3</w:t>
            </w:r>
          </w:p>
        </w:tc>
        <w:tc>
          <w:tcPr>
            <w:tcW w:type="dxa" w:w="2160"/>
          </w:tcPr>
          <w:p>
            <w:r>
              <w:t>平台</w:t>
            </w:r>
          </w:p>
        </w:tc>
      </w:tr>
      <w:tr>
        <w:tc>
          <w:tcPr>
            <w:tcW w:type="dxa" w:w="2160"/>
          </w:tcPr>
          <w:p>
            <w:r>
              <w:t>14010070</w:t>
            </w:r>
          </w:p>
        </w:tc>
        <w:tc>
          <w:tcPr>
            <w:tcW w:type="dxa" w:w="2160"/>
          </w:tcPr>
          <w:p>
            <w:r>
              <w:t>进化生物学</w:t>
            </w:r>
          </w:p>
        </w:tc>
        <w:tc>
          <w:tcPr>
            <w:tcW w:type="dxa" w:w="2160"/>
          </w:tcPr>
          <w:p>
            <w:r>
              <w:t>2</w:t>
            </w:r>
          </w:p>
        </w:tc>
        <w:tc>
          <w:tcPr>
            <w:tcW w:type="dxa" w:w="2160"/>
          </w:tcPr>
          <w:p>
            <w:r>
              <w:t>选修A</w:t>
            </w:r>
          </w:p>
        </w:tc>
      </w:tr>
      <w:tr>
        <w:tc>
          <w:tcPr>
            <w:tcW w:type="dxa" w:w="2160"/>
          </w:tcPr>
          <w:p>
            <w:r>
              <w:t>15020210</w:t>
            </w:r>
          </w:p>
        </w:tc>
        <w:tc>
          <w:tcPr>
            <w:tcW w:type="dxa" w:w="2160"/>
          </w:tcPr>
          <w:p>
            <w:r>
              <w:t>矿物学</w:t>
            </w:r>
          </w:p>
        </w:tc>
        <w:tc>
          <w:tcPr>
            <w:tcW w:type="dxa" w:w="2160"/>
          </w:tcPr>
          <w:p>
            <w:r>
              <w:t>2</w:t>
            </w:r>
          </w:p>
        </w:tc>
        <w:tc>
          <w:tcPr>
            <w:tcW w:type="dxa" w:w="2160"/>
          </w:tcPr>
          <w:p>
            <w:r>
              <w:t>核心</w:t>
            </w:r>
          </w:p>
        </w:tc>
      </w:tr>
      <w:tr>
        <w:tc>
          <w:tcPr>
            <w:tcW w:type="dxa" w:w="2160"/>
          </w:tcPr>
          <w:p>
            <w:r>
              <w:t>15020220</w:t>
            </w:r>
          </w:p>
        </w:tc>
        <w:tc>
          <w:tcPr>
            <w:tcW w:type="dxa" w:w="2160"/>
          </w:tcPr>
          <w:p>
            <w:r>
              <w:t>岩石学（水工专业版）</w:t>
            </w:r>
          </w:p>
        </w:tc>
        <w:tc>
          <w:tcPr>
            <w:tcW w:type="dxa" w:w="2160"/>
          </w:tcPr>
          <w:p>
            <w:r>
              <w:t>2</w:t>
            </w:r>
          </w:p>
        </w:tc>
        <w:tc>
          <w:tcPr>
            <w:tcW w:type="dxa" w:w="2160"/>
          </w:tcPr>
          <w:p>
            <w:r>
              <w:t>核心</w:t>
            </w:r>
          </w:p>
        </w:tc>
      </w:tr>
      <w:tr>
        <w:tc>
          <w:tcPr>
            <w:tcW w:type="dxa" w:w="2160"/>
          </w:tcPr>
          <w:p>
            <w:r>
              <w:t>15070020</w:t>
            </w:r>
          </w:p>
        </w:tc>
        <w:tc>
          <w:tcPr>
            <w:tcW w:type="dxa" w:w="2160"/>
          </w:tcPr>
          <w:p>
            <w:r>
              <w:t>古无脊椎动物学</w:t>
            </w:r>
          </w:p>
        </w:tc>
        <w:tc>
          <w:tcPr>
            <w:tcW w:type="dxa" w:w="2160"/>
          </w:tcPr>
          <w:p>
            <w:r>
              <w:t>3</w:t>
            </w:r>
          </w:p>
        </w:tc>
        <w:tc>
          <w:tcPr>
            <w:tcW w:type="dxa" w:w="2160"/>
          </w:tcPr>
          <w:p>
            <w:r>
              <w:t>平台</w:t>
            </w:r>
          </w:p>
        </w:tc>
      </w:tr>
      <w:tr>
        <w:tc>
          <w:tcPr>
            <w:tcW w:type="dxa" w:w="2160"/>
          </w:tcPr>
          <w:p>
            <w:r>
              <w:t>15070030</w:t>
            </w:r>
          </w:p>
        </w:tc>
        <w:tc>
          <w:tcPr>
            <w:tcW w:type="dxa" w:w="2160"/>
          </w:tcPr>
          <w:p>
            <w:r>
              <w:t>古脊椎动物学</w:t>
            </w:r>
          </w:p>
        </w:tc>
        <w:tc>
          <w:tcPr>
            <w:tcW w:type="dxa" w:w="2160"/>
          </w:tcPr>
          <w:p>
            <w:r>
              <w:t>2</w:t>
            </w:r>
          </w:p>
        </w:tc>
        <w:tc>
          <w:tcPr>
            <w:tcW w:type="dxa" w:w="2160"/>
          </w:tcPr>
          <w:p>
            <w:r>
              <w:t>平台</w:t>
            </w:r>
          </w:p>
        </w:tc>
      </w:tr>
      <w:tr>
        <w:tc>
          <w:tcPr>
            <w:tcW w:type="dxa" w:w="2160"/>
          </w:tcPr>
          <w:p>
            <w:r>
              <w:t>15070040</w:t>
            </w:r>
          </w:p>
        </w:tc>
        <w:tc>
          <w:tcPr>
            <w:tcW w:type="dxa" w:w="2160"/>
          </w:tcPr>
          <w:p>
            <w:r>
              <w:t>古植物学</w:t>
            </w:r>
          </w:p>
        </w:tc>
        <w:tc>
          <w:tcPr>
            <w:tcW w:type="dxa" w:w="2160"/>
          </w:tcPr>
          <w:p>
            <w:r>
              <w:t>3</w:t>
            </w:r>
          </w:p>
        </w:tc>
        <w:tc>
          <w:tcPr>
            <w:tcW w:type="dxa" w:w="2160"/>
          </w:tcPr>
          <w:p>
            <w:r>
              <w:t>平台</w:t>
            </w:r>
          </w:p>
        </w:tc>
      </w:tr>
      <w:tr>
        <w:tc>
          <w:tcPr>
            <w:tcW w:type="dxa" w:w="2160"/>
          </w:tcPr>
          <w:p>
            <w:r>
              <w:t>15070070</w:t>
            </w:r>
          </w:p>
        </w:tc>
        <w:tc>
          <w:tcPr>
            <w:tcW w:type="dxa" w:w="2160"/>
          </w:tcPr>
          <w:p>
            <w:r>
              <w:t>古生物学总论</w:t>
            </w:r>
          </w:p>
        </w:tc>
        <w:tc>
          <w:tcPr>
            <w:tcW w:type="dxa" w:w="2160"/>
          </w:tcPr>
          <w:p>
            <w:r>
              <w:t>1</w:t>
            </w:r>
          </w:p>
        </w:tc>
        <w:tc>
          <w:tcPr>
            <w:tcW w:type="dxa" w:w="2160"/>
          </w:tcPr>
          <w:p>
            <w:r>
              <w:t>平台</w:t>
            </w:r>
          </w:p>
        </w:tc>
      </w:tr>
      <w:tr>
        <w:tc>
          <w:tcPr>
            <w:tcW w:type="dxa" w:w="2160"/>
          </w:tcPr>
          <w:p>
            <w:r>
              <w:t>15070100</w:t>
            </w:r>
          </w:p>
        </w:tc>
        <w:tc>
          <w:tcPr>
            <w:tcW w:type="dxa" w:w="2160"/>
          </w:tcPr>
          <w:p>
            <w:r>
              <w:t>地史学</w:t>
            </w:r>
          </w:p>
        </w:tc>
        <w:tc>
          <w:tcPr>
            <w:tcW w:type="dxa" w:w="2160"/>
          </w:tcPr>
          <w:p>
            <w:r>
              <w:t>3</w:t>
            </w:r>
          </w:p>
        </w:tc>
        <w:tc>
          <w:tcPr>
            <w:tcW w:type="dxa" w:w="2160"/>
          </w:tcPr>
          <w:p>
            <w:r>
              <w:t>核心</w:t>
            </w:r>
          </w:p>
        </w:tc>
      </w:tr>
      <w:tr>
        <w:tc>
          <w:tcPr>
            <w:tcW w:type="dxa" w:w="2160"/>
          </w:tcPr>
          <w:p>
            <w:r>
              <w:t>15080010</w:t>
            </w:r>
          </w:p>
        </w:tc>
        <w:tc>
          <w:tcPr>
            <w:tcW w:type="dxa" w:w="2160"/>
          </w:tcPr>
          <w:p>
            <w:r>
              <w:t>普地实习</w:t>
            </w:r>
          </w:p>
        </w:tc>
        <w:tc>
          <w:tcPr>
            <w:tcW w:type="dxa" w:w="2160"/>
          </w:tcPr>
          <w:p>
            <w:r>
              <w:t>3</w:t>
            </w:r>
          </w:p>
        </w:tc>
        <w:tc>
          <w:tcPr>
            <w:tcW w:type="dxa" w:w="2160"/>
          </w:tcPr>
          <w:p>
            <w:r>
              <w:t>核心</w:t>
            </w:r>
          </w:p>
        </w:tc>
      </w:tr>
      <w:tr>
        <w:tc>
          <w:tcPr>
            <w:tcW w:type="dxa" w:w="2160"/>
          </w:tcPr>
          <w:p>
            <w:r>
              <w:t>15080020</w:t>
            </w:r>
          </w:p>
        </w:tc>
        <w:tc>
          <w:tcPr>
            <w:tcW w:type="dxa" w:w="2160"/>
          </w:tcPr>
          <w:p>
            <w:r>
              <w:t>区测实习</w:t>
            </w:r>
          </w:p>
        </w:tc>
        <w:tc>
          <w:tcPr>
            <w:tcW w:type="dxa" w:w="2160"/>
          </w:tcPr>
          <w:p>
            <w:r>
              <w:t>3</w:t>
            </w:r>
          </w:p>
        </w:tc>
        <w:tc>
          <w:tcPr>
            <w:tcW w:type="dxa" w:w="2160"/>
          </w:tcPr>
          <w:p>
            <w:r>
              <w:t>核心</w:t>
            </w:r>
          </w:p>
        </w:tc>
      </w:tr>
    </w:tbl>
    <w:p>
      <w:r>
        <w:t>地质学（地球物理方向）：</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课程编号</w:t>
            </w:r>
          </w:p>
        </w:tc>
        <w:tc>
          <w:tcPr>
            <w:tcW w:type="dxa" w:w="2160"/>
          </w:tcPr>
          <w:p>
            <w:r>
              <w:t>课程名</w:t>
            </w:r>
          </w:p>
        </w:tc>
        <w:tc>
          <w:tcPr>
            <w:tcW w:type="dxa" w:w="2160"/>
          </w:tcPr>
          <w:p>
            <w:r>
              <w:t>学分</w:t>
            </w:r>
          </w:p>
        </w:tc>
        <w:tc>
          <w:tcPr>
            <w:tcW w:type="dxa" w:w="2160"/>
          </w:tcPr>
          <w:p>
            <w:r>
              <w:t>课程性质</w:t>
            </w:r>
          </w:p>
        </w:tc>
      </w:tr>
      <w:tr>
        <w:tc>
          <w:tcPr>
            <w:tcW w:type="dxa" w:w="2160"/>
          </w:tcPr>
          <w:p>
            <w:r>
              <w:t>00020013A</w:t>
            </w:r>
          </w:p>
        </w:tc>
        <w:tc>
          <w:tcPr>
            <w:tcW w:type="dxa" w:w="2160"/>
          </w:tcPr>
          <w:p>
            <w:r>
              <w:t>大学英语（第三层次A)</w:t>
            </w:r>
          </w:p>
        </w:tc>
        <w:tc>
          <w:tcPr>
            <w:tcW w:type="dxa" w:w="2160"/>
          </w:tcPr>
          <w:p>
            <w:r>
              <w:t>4</w:t>
            </w:r>
          </w:p>
        </w:tc>
        <w:tc>
          <w:tcPr>
            <w:tcW w:type="dxa" w:w="2160"/>
          </w:tcPr>
          <w:p>
            <w:r>
              <w:t>通修</w:t>
            </w:r>
          </w:p>
        </w:tc>
      </w:tr>
      <w:tr>
        <w:tc>
          <w:tcPr>
            <w:tcW w:type="dxa" w:w="2160"/>
          </w:tcPr>
          <w:p>
            <w:r>
              <w:t>00020013B</w:t>
            </w:r>
          </w:p>
        </w:tc>
        <w:tc>
          <w:tcPr>
            <w:tcW w:type="dxa" w:w="2160"/>
          </w:tcPr>
          <w:p>
            <w:r>
              <w:t>大学英语（第三层次B)</w:t>
            </w:r>
          </w:p>
        </w:tc>
        <w:tc>
          <w:tcPr>
            <w:tcW w:type="dxa" w:w="2160"/>
          </w:tcPr>
          <w:p>
            <w:r>
              <w:t>4</w:t>
            </w:r>
          </w:p>
        </w:tc>
        <w:tc>
          <w:tcPr>
            <w:tcW w:type="dxa" w:w="2160"/>
          </w:tcPr>
          <w:p>
            <w:r>
              <w:t>通修</w:t>
            </w:r>
          </w:p>
        </w:tc>
      </w:tr>
      <w:tr>
        <w:tc>
          <w:tcPr>
            <w:tcW w:type="dxa" w:w="2160"/>
          </w:tcPr>
          <w:p>
            <w:r>
              <w:t>00010011A</w:t>
            </w:r>
          </w:p>
        </w:tc>
        <w:tc>
          <w:tcPr>
            <w:tcW w:type="dxa" w:w="2160"/>
          </w:tcPr>
          <w:p>
            <w:r>
              <w:t>微积分I(第一层次)</w:t>
            </w:r>
          </w:p>
        </w:tc>
        <w:tc>
          <w:tcPr>
            <w:tcW w:type="dxa" w:w="2160"/>
          </w:tcPr>
          <w:p>
            <w:r>
              <w:t>5</w:t>
            </w:r>
          </w:p>
        </w:tc>
        <w:tc>
          <w:tcPr>
            <w:tcW w:type="dxa" w:w="2160"/>
          </w:tcPr>
          <w:p>
            <w:r>
              <w:t>通修</w:t>
            </w:r>
          </w:p>
        </w:tc>
      </w:tr>
      <w:tr>
        <w:tc>
          <w:tcPr>
            <w:tcW w:type="dxa" w:w="2160"/>
          </w:tcPr>
          <w:p>
            <w:r>
              <w:t>00010011B</w:t>
            </w:r>
          </w:p>
        </w:tc>
        <w:tc>
          <w:tcPr>
            <w:tcW w:type="dxa" w:w="2160"/>
          </w:tcPr>
          <w:p>
            <w:r>
              <w:t>微积分II(第一层次)</w:t>
            </w:r>
          </w:p>
        </w:tc>
        <w:tc>
          <w:tcPr>
            <w:tcW w:type="dxa" w:w="2160"/>
          </w:tcPr>
          <w:p>
            <w:r>
              <w:t>5</w:t>
            </w:r>
          </w:p>
        </w:tc>
        <w:tc>
          <w:tcPr>
            <w:tcW w:type="dxa" w:w="2160"/>
          </w:tcPr>
          <w:p>
            <w:r>
              <w:t>通修</w:t>
            </w:r>
          </w:p>
        </w:tc>
      </w:tr>
      <w:tr>
        <w:tc>
          <w:tcPr>
            <w:tcW w:type="dxa" w:w="2160"/>
          </w:tcPr>
          <w:p>
            <w:r>
              <w:t>00010011C</w:t>
            </w:r>
          </w:p>
        </w:tc>
        <w:tc>
          <w:tcPr>
            <w:tcW w:type="dxa" w:w="2160"/>
          </w:tcPr>
          <w:p>
            <w:r>
              <w:t>线性代数(第一层次)</w:t>
            </w:r>
          </w:p>
        </w:tc>
        <w:tc>
          <w:tcPr>
            <w:tcW w:type="dxa" w:w="2160"/>
          </w:tcPr>
          <w:p>
            <w:r>
              <w:t>4</w:t>
            </w:r>
          </w:p>
        </w:tc>
        <w:tc>
          <w:tcPr>
            <w:tcW w:type="dxa" w:w="2160"/>
          </w:tcPr>
          <w:p>
            <w:r>
              <w:t>通修</w:t>
            </w:r>
          </w:p>
        </w:tc>
      </w:tr>
      <w:tr>
        <w:tc>
          <w:tcPr>
            <w:tcW w:type="dxa" w:w="2160"/>
          </w:tcPr>
          <w:p>
            <w:r>
              <w:t>12000014A</w:t>
            </w:r>
          </w:p>
        </w:tc>
        <w:tc>
          <w:tcPr>
            <w:tcW w:type="dxa" w:w="2160"/>
          </w:tcPr>
          <w:p>
            <w:r>
              <w:t>普通物理（上）</w:t>
            </w:r>
          </w:p>
        </w:tc>
        <w:tc>
          <w:tcPr>
            <w:tcW w:type="dxa" w:w="2160"/>
          </w:tcPr>
          <w:p>
            <w:r>
              <w:t>3</w:t>
            </w:r>
          </w:p>
        </w:tc>
        <w:tc>
          <w:tcPr>
            <w:tcW w:type="dxa" w:w="2160"/>
          </w:tcPr>
          <w:p>
            <w:r>
              <w:t>通修</w:t>
            </w:r>
          </w:p>
        </w:tc>
      </w:tr>
      <w:tr>
        <w:tc>
          <w:tcPr>
            <w:tcW w:type="dxa" w:w="2160"/>
          </w:tcPr>
          <w:p>
            <w:r>
              <w:t>12000014B</w:t>
            </w:r>
          </w:p>
        </w:tc>
        <w:tc>
          <w:tcPr>
            <w:tcW w:type="dxa" w:w="2160"/>
          </w:tcPr>
          <w:p>
            <w:r>
              <w:t>普通物理（下）</w:t>
            </w:r>
          </w:p>
        </w:tc>
        <w:tc>
          <w:tcPr>
            <w:tcW w:type="dxa" w:w="2160"/>
          </w:tcPr>
          <w:p>
            <w:r>
              <w:t>3</w:t>
            </w:r>
          </w:p>
        </w:tc>
        <w:tc>
          <w:tcPr>
            <w:tcW w:type="dxa" w:w="2160"/>
          </w:tcPr>
          <w:p>
            <w:r>
              <w:t>平台</w:t>
            </w:r>
          </w:p>
        </w:tc>
      </w:tr>
      <w:tr>
        <w:tc>
          <w:tcPr>
            <w:tcW w:type="dxa" w:w="2160"/>
          </w:tcPr>
          <w:p>
            <w:r>
              <w:t>00030032</w:t>
            </w:r>
          </w:p>
        </w:tc>
        <w:tc>
          <w:tcPr>
            <w:tcW w:type="dxa" w:w="2160"/>
          </w:tcPr>
          <w:p>
            <w:r>
              <w:t>C语言程序设计（二）</w:t>
            </w:r>
          </w:p>
        </w:tc>
        <w:tc>
          <w:tcPr>
            <w:tcW w:type="dxa" w:w="2160"/>
          </w:tcPr>
          <w:p>
            <w:r>
              <w:t>3</w:t>
            </w:r>
          </w:p>
        </w:tc>
        <w:tc>
          <w:tcPr>
            <w:tcW w:type="dxa" w:w="2160"/>
          </w:tcPr>
          <w:p>
            <w:r>
              <w:t>通修</w:t>
            </w:r>
          </w:p>
        </w:tc>
      </w:tr>
      <w:tr>
        <w:tc>
          <w:tcPr>
            <w:tcW w:type="dxa" w:w="2160"/>
          </w:tcPr>
          <w:p>
            <w:r>
              <w:t>12000010A</w:t>
            </w:r>
          </w:p>
        </w:tc>
        <w:tc>
          <w:tcPr>
            <w:tcW w:type="dxa" w:w="2160"/>
          </w:tcPr>
          <w:p>
            <w:r>
              <w:t>大学物理实验（一）</w:t>
            </w:r>
          </w:p>
        </w:tc>
        <w:tc>
          <w:tcPr>
            <w:tcW w:type="dxa" w:w="2160"/>
          </w:tcPr>
          <w:p>
            <w:r>
              <w:t>3</w:t>
            </w:r>
          </w:p>
        </w:tc>
        <w:tc>
          <w:tcPr>
            <w:tcW w:type="dxa" w:w="2160"/>
          </w:tcPr>
          <w:p>
            <w:r>
              <w:t>平台</w:t>
            </w:r>
          </w:p>
        </w:tc>
      </w:tr>
      <w:tr>
        <w:tc>
          <w:tcPr>
            <w:tcW w:type="dxa" w:w="2160"/>
          </w:tcPr>
          <w:p>
            <w:r>
              <w:t>13030250B</w:t>
            </w:r>
          </w:p>
        </w:tc>
        <w:tc>
          <w:tcPr>
            <w:tcW w:type="dxa" w:w="2160"/>
          </w:tcPr>
          <w:p>
            <w:r>
              <w:t>基础化学</w:t>
            </w:r>
          </w:p>
        </w:tc>
        <w:tc>
          <w:tcPr>
            <w:tcW w:type="dxa" w:w="2160"/>
          </w:tcPr>
          <w:p>
            <w:r>
              <w:t>3</w:t>
            </w:r>
          </w:p>
        </w:tc>
        <w:tc>
          <w:tcPr>
            <w:tcW w:type="dxa" w:w="2160"/>
          </w:tcPr>
          <w:p>
            <w:r>
              <w:t>平台</w:t>
            </w:r>
          </w:p>
        </w:tc>
      </w:tr>
      <w:tr>
        <w:tc>
          <w:tcPr>
            <w:tcW w:type="dxa" w:w="2160"/>
          </w:tcPr>
          <w:p>
            <w:r>
              <w:t>13030250A</w:t>
            </w:r>
          </w:p>
        </w:tc>
        <w:tc>
          <w:tcPr>
            <w:tcW w:type="dxa" w:w="2160"/>
          </w:tcPr>
          <w:p>
            <w:r>
              <w:t>基础化学</w:t>
            </w:r>
          </w:p>
        </w:tc>
        <w:tc>
          <w:tcPr>
            <w:tcW w:type="dxa" w:w="2160"/>
          </w:tcPr>
          <w:p>
            <w:r>
              <w:t>3</w:t>
            </w:r>
          </w:p>
        </w:tc>
        <w:tc>
          <w:tcPr>
            <w:tcW w:type="dxa" w:w="2160"/>
          </w:tcPr>
          <w:p>
            <w:r>
              <w:t>平台</w:t>
            </w:r>
          </w:p>
        </w:tc>
      </w:tr>
      <w:tr>
        <w:tc>
          <w:tcPr>
            <w:tcW w:type="dxa" w:w="2160"/>
          </w:tcPr>
          <w:p>
            <w:r>
              <w:t>13000020T</w:t>
            </w:r>
          </w:p>
        </w:tc>
        <w:tc>
          <w:tcPr>
            <w:tcW w:type="dxa" w:w="2160"/>
          </w:tcPr>
          <w:p>
            <w:r>
              <w:t>大学化学实验</w:t>
            </w:r>
          </w:p>
        </w:tc>
        <w:tc>
          <w:tcPr>
            <w:tcW w:type="dxa" w:w="2160"/>
          </w:tcPr>
          <w:p>
            <w:r>
              <w:t>2</w:t>
            </w:r>
          </w:p>
        </w:tc>
        <w:tc>
          <w:tcPr>
            <w:tcW w:type="dxa" w:w="2160"/>
          </w:tcPr>
          <w:p>
            <w:r>
              <w:t>通修</w:t>
            </w:r>
          </w:p>
        </w:tc>
      </w:tr>
      <w:tr>
        <w:tc>
          <w:tcPr>
            <w:tcW w:type="dxa" w:w="2160"/>
          </w:tcPr>
          <w:p>
            <w:r>
              <w:t>15000010</w:t>
            </w:r>
          </w:p>
        </w:tc>
        <w:tc>
          <w:tcPr>
            <w:tcW w:type="dxa" w:w="2160"/>
          </w:tcPr>
          <w:p>
            <w:r>
              <w:t>普通地质学</w:t>
            </w:r>
          </w:p>
        </w:tc>
        <w:tc>
          <w:tcPr>
            <w:tcW w:type="dxa" w:w="2160"/>
          </w:tcPr>
          <w:p>
            <w:r>
              <w:t>4</w:t>
            </w:r>
          </w:p>
        </w:tc>
        <w:tc>
          <w:tcPr>
            <w:tcW w:type="dxa" w:w="2160"/>
          </w:tcPr>
          <w:p>
            <w:r>
              <w:t>核心</w:t>
            </w:r>
          </w:p>
        </w:tc>
      </w:tr>
      <w:tr>
        <w:tc>
          <w:tcPr>
            <w:tcW w:type="dxa" w:w="2160"/>
          </w:tcPr>
          <w:p>
            <w:r>
              <w:t>15000020</w:t>
            </w:r>
          </w:p>
        </w:tc>
        <w:tc>
          <w:tcPr>
            <w:tcW w:type="dxa" w:w="2160"/>
          </w:tcPr>
          <w:p>
            <w:r>
              <w:t>构造地质学</w:t>
            </w:r>
          </w:p>
        </w:tc>
        <w:tc>
          <w:tcPr>
            <w:tcW w:type="dxa" w:w="2160"/>
          </w:tcPr>
          <w:p>
            <w:r>
              <w:t>4</w:t>
            </w:r>
          </w:p>
        </w:tc>
        <w:tc>
          <w:tcPr>
            <w:tcW w:type="dxa" w:w="2160"/>
          </w:tcPr>
          <w:p>
            <w:r>
              <w:t>平台</w:t>
            </w:r>
          </w:p>
        </w:tc>
      </w:tr>
      <w:tr>
        <w:tc>
          <w:tcPr>
            <w:tcW w:type="dxa" w:w="2160"/>
          </w:tcPr>
          <w:p>
            <w:r>
              <w:t>15020210</w:t>
            </w:r>
          </w:p>
        </w:tc>
        <w:tc>
          <w:tcPr>
            <w:tcW w:type="dxa" w:w="2160"/>
          </w:tcPr>
          <w:p>
            <w:r>
              <w:t>矿物学</w:t>
            </w:r>
          </w:p>
        </w:tc>
        <w:tc>
          <w:tcPr>
            <w:tcW w:type="dxa" w:w="2160"/>
          </w:tcPr>
          <w:p>
            <w:r>
              <w:t>2</w:t>
            </w:r>
          </w:p>
        </w:tc>
        <w:tc>
          <w:tcPr>
            <w:tcW w:type="dxa" w:w="2160"/>
          </w:tcPr>
          <w:p>
            <w:r>
              <w:t>核心</w:t>
            </w:r>
          </w:p>
        </w:tc>
      </w:tr>
      <w:tr>
        <w:tc>
          <w:tcPr>
            <w:tcW w:type="dxa" w:w="2160"/>
          </w:tcPr>
          <w:p>
            <w:r>
              <w:t>15020220</w:t>
            </w:r>
          </w:p>
        </w:tc>
        <w:tc>
          <w:tcPr>
            <w:tcW w:type="dxa" w:w="2160"/>
          </w:tcPr>
          <w:p>
            <w:r>
              <w:t>岩石学（水工专业版）</w:t>
            </w:r>
          </w:p>
        </w:tc>
        <w:tc>
          <w:tcPr>
            <w:tcW w:type="dxa" w:w="2160"/>
          </w:tcPr>
          <w:p>
            <w:r>
              <w:t>2</w:t>
            </w:r>
          </w:p>
        </w:tc>
        <w:tc>
          <w:tcPr>
            <w:tcW w:type="dxa" w:w="2160"/>
          </w:tcPr>
          <w:p>
            <w:r>
              <w:t>核心</w:t>
            </w:r>
          </w:p>
        </w:tc>
      </w:tr>
      <w:tr>
        <w:tc>
          <w:tcPr>
            <w:tcW w:type="dxa" w:w="2160"/>
          </w:tcPr>
          <w:p>
            <w:r>
              <w:t>15090030</w:t>
            </w:r>
          </w:p>
        </w:tc>
        <w:tc>
          <w:tcPr>
            <w:tcW w:type="dxa" w:w="2160"/>
          </w:tcPr>
          <w:p>
            <w:r>
              <w:t>地震学</w:t>
            </w:r>
          </w:p>
        </w:tc>
        <w:tc>
          <w:tcPr>
            <w:tcW w:type="dxa" w:w="2160"/>
          </w:tcPr>
          <w:p>
            <w:r>
              <w:t>4</w:t>
            </w:r>
          </w:p>
        </w:tc>
        <w:tc>
          <w:tcPr>
            <w:tcW w:type="dxa" w:w="2160"/>
          </w:tcPr>
          <w:p>
            <w:r>
              <w:t>核心</w:t>
            </w:r>
          </w:p>
        </w:tc>
      </w:tr>
      <w:tr>
        <w:tc>
          <w:tcPr>
            <w:tcW w:type="dxa" w:w="2160"/>
          </w:tcPr>
          <w:p>
            <w:r>
              <w:t>15090020</w:t>
            </w:r>
          </w:p>
        </w:tc>
        <w:tc>
          <w:tcPr>
            <w:tcW w:type="dxa" w:w="2160"/>
          </w:tcPr>
          <w:p>
            <w:r>
              <w:t>连续介质力学</w:t>
            </w:r>
          </w:p>
        </w:tc>
        <w:tc>
          <w:tcPr>
            <w:tcW w:type="dxa" w:w="2160"/>
          </w:tcPr>
          <w:p>
            <w:r>
              <w:t>2</w:t>
            </w:r>
          </w:p>
        </w:tc>
        <w:tc>
          <w:tcPr>
            <w:tcW w:type="dxa" w:w="2160"/>
          </w:tcPr>
          <w:p>
            <w:r>
              <w:t>核心</w:t>
            </w:r>
          </w:p>
        </w:tc>
      </w:tr>
      <w:tr>
        <w:tc>
          <w:tcPr>
            <w:tcW w:type="dxa" w:w="2160"/>
          </w:tcPr>
          <w:p>
            <w:r>
              <w:t>15080010</w:t>
            </w:r>
          </w:p>
        </w:tc>
        <w:tc>
          <w:tcPr>
            <w:tcW w:type="dxa" w:w="2160"/>
          </w:tcPr>
          <w:p>
            <w:r>
              <w:t>普地实习</w:t>
            </w:r>
          </w:p>
        </w:tc>
        <w:tc>
          <w:tcPr>
            <w:tcW w:type="dxa" w:w="2160"/>
          </w:tcPr>
          <w:p>
            <w:r>
              <w:t>3</w:t>
            </w:r>
          </w:p>
        </w:tc>
        <w:tc>
          <w:tcPr>
            <w:tcW w:type="dxa" w:w="2160"/>
          </w:tcPr>
          <w:p>
            <w:r>
              <w:t>核心</w:t>
            </w:r>
          </w:p>
        </w:tc>
      </w:tr>
      <w:tr>
        <w:tc>
          <w:tcPr>
            <w:tcW w:type="dxa" w:w="2160"/>
          </w:tcPr>
          <w:p>
            <w:r>
              <w:t>15080020</w:t>
            </w:r>
          </w:p>
        </w:tc>
        <w:tc>
          <w:tcPr>
            <w:tcW w:type="dxa" w:w="2160"/>
          </w:tcPr>
          <w:p>
            <w:r>
              <w:t>区测实习</w:t>
            </w:r>
          </w:p>
        </w:tc>
        <w:tc>
          <w:tcPr>
            <w:tcW w:type="dxa" w:w="2160"/>
          </w:tcPr>
          <w:p>
            <w:r>
              <w:t>3</w:t>
            </w:r>
          </w:p>
        </w:tc>
        <w:tc>
          <w:tcPr>
            <w:tcW w:type="dxa" w:w="2160"/>
          </w:tcPr>
          <w:p>
            <w:r>
              <w:t>核心</w:t>
            </w:r>
          </w:p>
        </w:tc>
      </w:tr>
      <w:tr>
        <w:tc>
          <w:tcPr>
            <w:tcW w:type="dxa" w:w="2160"/>
          </w:tcPr>
          <w:p>
            <w:r>
              <w:t>15010020</w:t>
            </w:r>
          </w:p>
        </w:tc>
        <w:tc>
          <w:tcPr>
            <w:tcW w:type="dxa" w:w="2160"/>
          </w:tcPr>
          <w:p>
            <w:r>
              <w:t>地球物理基础</w:t>
            </w:r>
          </w:p>
        </w:tc>
        <w:tc>
          <w:tcPr>
            <w:tcW w:type="dxa" w:w="2160"/>
          </w:tcPr>
          <w:p>
            <w:r>
              <w:t>3</w:t>
            </w:r>
          </w:p>
        </w:tc>
        <w:tc>
          <w:tcPr>
            <w:tcW w:type="dxa" w:w="2160"/>
          </w:tcPr>
          <w:p>
            <w:r>
              <w:t>核心</w:t>
            </w:r>
          </w:p>
        </w:tc>
      </w:tr>
      <w:tr>
        <w:tc>
          <w:tcPr>
            <w:tcW w:type="dxa" w:w="2160"/>
          </w:tcPr>
          <w:p>
            <w:r>
              <w:t>12000070</w:t>
            </w:r>
          </w:p>
        </w:tc>
        <w:tc>
          <w:tcPr>
            <w:tcW w:type="dxa" w:w="2160"/>
          </w:tcPr>
          <w:p>
            <w:r>
              <w:t>数学物理方法</w:t>
            </w:r>
          </w:p>
        </w:tc>
        <w:tc>
          <w:tcPr>
            <w:tcW w:type="dxa" w:w="2160"/>
          </w:tcPr>
          <w:p>
            <w:r>
              <w:t>4</w:t>
            </w:r>
          </w:p>
        </w:tc>
        <w:tc>
          <w:tcPr>
            <w:tcW w:type="dxa" w:w="2160"/>
          </w:tcPr>
          <w:p>
            <w:r>
              <w:t>核心</w:t>
            </w:r>
          </w:p>
        </w:tc>
      </w:tr>
      <w:tr>
        <w:tc>
          <w:tcPr>
            <w:tcW w:type="dxa" w:w="2160"/>
          </w:tcPr>
          <w:p>
            <w:r>
              <w:t>15090090</w:t>
            </w:r>
          </w:p>
        </w:tc>
        <w:tc>
          <w:tcPr>
            <w:tcW w:type="dxa" w:w="2160"/>
          </w:tcPr>
          <w:p>
            <w:r>
              <w:t>信号分析与数字处理</w:t>
            </w:r>
          </w:p>
        </w:tc>
        <w:tc>
          <w:tcPr>
            <w:tcW w:type="dxa" w:w="2160"/>
          </w:tcPr>
          <w:p>
            <w:r>
              <w:t>2</w:t>
            </w:r>
          </w:p>
        </w:tc>
        <w:tc>
          <w:tcPr>
            <w:tcW w:type="dxa" w:w="2160"/>
          </w:tcPr>
          <w:p>
            <w:r>
              <w:t>选修A</w:t>
            </w:r>
          </w:p>
        </w:tc>
      </w:tr>
      <w:tr>
        <w:tc>
          <w:tcPr>
            <w:tcW w:type="dxa" w:w="2160"/>
          </w:tcPr>
          <w:p>
            <w:r>
              <w:t>11100200</w:t>
            </w:r>
          </w:p>
        </w:tc>
        <w:tc>
          <w:tcPr>
            <w:tcW w:type="dxa" w:w="2160"/>
          </w:tcPr>
          <w:p>
            <w:r>
              <w:t>概率论与数理统计</w:t>
            </w:r>
          </w:p>
        </w:tc>
        <w:tc>
          <w:tcPr>
            <w:tcW w:type="dxa" w:w="2160"/>
          </w:tcPr>
          <w:p>
            <w:r>
              <w:t>3</w:t>
            </w:r>
          </w:p>
        </w:tc>
        <w:tc>
          <w:tcPr>
            <w:tcW w:type="dxa" w:w="2160"/>
          </w:tcPr>
          <w:p>
            <w:r>
              <w:t>选修A</w:t>
            </w:r>
          </w:p>
        </w:tc>
      </w:tr>
    </w:tbl>
    <w:p>
      <w:r>
        <w:t>地球化学专业：</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课程编号</w:t>
            </w:r>
          </w:p>
        </w:tc>
        <w:tc>
          <w:tcPr>
            <w:tcW w:type="dxa" w:w="2160"/>
          </w:tcPr>
          <w:p>
            <w:r>
              <w:t>课程名</w:t>
            </w:r>
          </w:p>
        </w:tc>
        <w:tc>
          <w:tcPr>
            <w:tcW w:type="dxa" w:w="2160"/>
          </w:tcPr>
          <w:p>
            <w:r>
              <w:t>学分</w:t>
            </w:r>
          </w:p>
        </w:tc>
        <w:tc>
          <w:tcPr>
            <w:tcW w:type="dxa" w:w="2160"/>
          </w:tcPr>
          <w:p>
            <w:r>
              <w:t>课程性质</w:t>
            </w:r>
          </w:p>
        </w:tc>
      </w:tr>
      <w:tr>
        <w:tc>
          <w:tcPr>
            <w:tcW w:type="dxa" w:w="2160"/>
          </w:tcPr>
          <w:p>
            <w:r>
              <w:t>00020012A</w:t>
            </w:r>
          </w:p>
        </w:tc>
        <w:tc>
          <w:tcPr>
            <w:tcW w:type="dxa" w:w="2160"/>
          </w:tcPr>
          <w:p>
            <w:r>
              <w:t>大学英语（第二层次A)</w:t>
            </w:r>
          </w:p>
        </w:tc>
        <w:tc>
          <w:tcPr>
            <w:tcW w:type="dxa" w:w="2160"/>
          </w:tcPr>
          <w:p>
            <w:r>
              <w:t>4</w:t>
            </w:r>
          </w:p>
        </w:tc>
        <w:tc>
          <w:tcPr>
            <w:tcW w:type="dxa" w:w="2160"/>
          </w:tcPr>
          <w:p>
            <w:r>
              <w:t>通修</w:t>
            </w:r>
          </w:p>
        </w:tc>
      </w:tr>
      <w:tr>
        <w:tc>
          <w:tcPr>
            <w:tcW w:type="dxa" w:w="2160"/>
          </w:tcPr>
          <w:p>
            <w:r>
              <w:t>00020012B</w:t>
            </w:r>
          </w:p>
        </w:tc>
        <w:tc>
          <w:tcPr>
            <w:tcW w:type="dxa" w:w="2160"/>
          </w:tcPr>
          <w:p>
            <w:r>
              <w:t>大学英语（第二层次B)</w:t>
            </w:r>
          </w:p>
        </w:tc>
        <w:tc>
          <w:tcPr>
            <w:tcW w:type="dxa" w:w="2160"/>
          </w:tcPr>
          <w:p>
            <w:r>
              <w:t>4</w:t>
            </w:r>
          </w:p>
        </w:tc>
        <w:tc>
          <w:tcPr>
            <w:tcW w:type="dxa" w:w="2160"/>
          </w:tcPr>
          <w:p>
            <w:r>
              <w:t>通修</w:t>
            </w:r>
          </w:p>
        </w:tc>
      </w:tr>
      <w:tr>
        <w:tc>
          <w:tcPr>
            <w:tcW w:type="dxa" w:w="2160"/>
          </w:tcPr>
          <w:p>
            <w:r>
              <w:t>00030032</w:t>
            </w:r>
          </w:p>
        </w:tc>
        <w:tc>
          <w:tcPr>
            <w:tcW w:type="dxa" w:w="2160"/>
          </w:tcPr>
          <w:p>
            <w:r>
              <w:t>C语言程序设计（二）</w:t>
            </w:r>
          </w:p>
        </w:tc>
        <w:tc>
          <w:tcPr>
            <w:tcW w:type="dxa" w:w="2160"/>
          </w:tcPr>
          <w:p>
            <w:r>
              <w:t>3</w:t>
            </w:r>
          </w:p>
        </w:tc>
        <w:tc>
          <w:tcPr>
            <w:tcW w:type="dxa" w:w="2160"/>
          </w:tcPr>
          <w:p>
            <w:r>
              <w:t>通修</w:t>
            </w:r>
          </w:p>
        </w:tc>
      </w:tr>
      <w:tr>
        <w:tc>
          <w:tcPr>
            <w:tcW w:type="dxa" w:w="2160"/>
          </w:tcPr>
          <w:p>
            <w:r>
              <w:t>15020060</w:t>
            </w:r>
          </w:p>
        </w:tc>
        <w:tc>
          <w:tcPr>
            <w:tcW w:type="dxa" w:w="2160"/>
          </w:tcPr>
          <w:p>
            <w:r>
              <w:t>变质岩岩石学</w:t>
            </w:r>
          </w:p>
        </w:tc>
        <w:tc>
          <w:tcPr>
            <w:tcW w:type="dxa" w:w="2160"/>
          </w:tcPr>
          <w:p>
            <w:r>
              <w:t>2</w:t>
            </w:r>
          </w:p>
        </w:tc>
        <w:tc>
          <w:tcPr>
            <w:tcW w:type="dxa" w:w="2160"/>
          </w:tcPr>
          <w:p>
            <w:r>
              <w:t>平台</w:t>
            </w:r>
          </w:p>
        </w:tc>
      </w:tr>
      <w:tr>
        <w:tc>
          <w:tcPr>
            <w:tcW w:type="dxa" w:w="2160"/>
          </w:tcPr>
          <w:p>
            <w:r>
              <w:t>15020050</w:t>
            </w:r>
          </w:p>
        </w:tc>
        <w:tc>
          <w:tcPr>
            <w:tcW w:type="dxa" w:w="2160"/>
          </w:tcPr>
          <w:p>
            <w:r>
              <w:t>沉积岩岩石学</w:t>
            </w:r>
          </w:p>
        </w:tc>
        <w:tc>
          <w:tcPr>
            <w:tcW w:type="dxa" w:w="2160"/>
          </w:tcPr>
          <w:p>
            <w:r>
              <w:t>3</w:t>
            </w:r>
          </w:p>
        </w:tc>
        <w:tc>
          <w:tcPr>
            <w:tcW w:type="dxa" w:w="2160"/>
          </w:tcPr>
          <w:p>
            <w:r>
              <w:t>平台</w:t>
            </w:r>
          </w:p>
        </w:tc>
      </w:tr>
      <w:tr>
        <w:tc>
          <w:tcPr>
            <w:tcW w:type="dxa" w:w="2160"/>
          </w:tcPr>
          <w:p>
            <w:r>
              <w:t>13000020T</w:t>
            </w:r>
          </w:p>
        </w:tc>
        <w:tc>
          <w:tcPr>
            <w:tcW w:type="dxa" w:w="2160"/>
          </w:tcPr>
          <w:p>
            <w:r>
              <w:t>大学化学实验</w:t>
            </w:r>
          </w:p>
        </w:tc>
        <w:tc>
          <w:tcPr>
            <w:tcW w:type="dxa" w:w="2160"/>
          </w:tcPr>
          <w:p>
            <w:r>
              <w:t>2</w:t>
            </w:r>
          </w:p>
        </w:tc>
        <w:tc>
          <w:tcPr>
            <w:tcW w:type="dxa" w:w="2160"/>
          </w:tcPr>
          <w:p>
            <w:r>
              <w:t>通修</w:t>
            </w:r>
          </w:p>
        </w:tc>
      </w:tr>
      <w:tr>
        <w:tc>
          <w:tcPr>
            <w:tcW w:type="dxa" w:w="2160"/>
          </w:tcPr>
          <w:p>
            <w:r>
              <w:t>12000010A</w:t>
            </w:r>
          </w:p>
        </w:tc>
        <w:tc>
          <w:tcPr>
            <w:tcW w:type="dxa" w:w="2160"/>
          </w:tcPr>
          <w:p>
            <w:r>
              <w:t>大学物理实验（一）</w:t>
            </w:r>
          </w:p>
        </w:tc>
        <w:tc>
          <w:tcPr>
            <w:tcW w:type="dxa" w:w="2160"/>
          </w:tcPr>
          <w:p>
            <w:r>
              <w:t>3</w:t>
            </w:r>
          </w:p>
        </w:tc>
        <w:tc>
          <w:tcPr>
            <w:tcW w:type="dxa" w:w="2160"/>
          </w:tcPr>
          <w:p>
            <w:r>
              <w:t>平台</w:t>
            </w:r>
          </w:p>
        </w:tc>
      </w:tr>
      <w:tr>
        <w:tc>
          <w:tcPr>
            <w:tcW w:type="dxa" w:w="2160"/>
          </w:tcPr>
          <w:p>
            <w:r>
              <w:t>15020010</w:t>
            </w:r>
          </w:p>
        </w:tc>
        <w:tc>
          <w:tcPr>
            <w:tcW w:type="dxa" w:w="2160"/>
          </w:tcPr>
          <w:p>
            <w:r>
              <w:t>地球化学</w:t>
            </w:r>
          </w:p>
        </w:tc>
        <w:tc>
          <w:tcPr>
            <w:tcW w:type="dxa" w:w="2160"/>
          </w:tcPr>
          <w:p>
            <w:r>
              <w:t>3</w:t>
            </w:r>
          </w:p>
        </w:tc>
        <w:tc>
          <w:tcPr>
            <w:tcW w:type="dxa" w:w="2160"/>
          </w:tcPr>
          <w:p>
            <w:r>
              <w:t>核心</w:t>
            </w:r>
          </w:p>
        </w:tc>
      </w:tr>
      <w:tr>
        <w:tc>
          <w:tcPr>
            <w:tcW w:type="dxa" w:w="2160"/>
          </w:tcPr>
          <w:p>
            <w:r>
              <w:t>15070100</w:t>
            </w:r>
          </w:p>
        </w:tc>
        <w:tc>
          <w:tcPr>
            <w:tcW w:type="dxa" w:w="2160"/>
          </w:tcPr>
          <w:p>
            <w:r>
              <w:t>地史学</w:t>
            </w:r>
          </w:p>
        </w:tc>
        <w:tc>
          <w:tcPr>
            <w:tcW w:type="dxa" w:w="2160"/>
          </w:tcPr>
          <w:p>
            <w:r>
              <w:t>3</w:t>
            </w:r>
          </w:p>
        </w:tc>
        <w:tc>
          <w:tcPr>
            <w:tcW w:type="dxa" w:w="2160"/>
          </w:tcPr>
          <w:p>
            <w:r>
              <w:t>选修A</w:t>
            </w:r>
          </w:p>
        </w:tc>
      </w:tr>
      <w:tr>
        <w:tc>
          <w:tcPr>
            <w:tcW w:type="dxa" w:w="2160"/>
          </w:tcPr>
          <w:p>
            <w:r>
              <w:t>15080010</w:t>
            </w:r>
          </w:p>
        </w:tc>
        <w:tc>
          <w:tcPr>
            <w:tcW w:type="dxa" w:w="2160"/>
          </w:tcPr>
          <w:p>
            <w:r>
              <w:t>普地实习</w:t>
            </w:r>
          </w:p>
        </w:tc>
        <w:tc>
          <w:tcPr>
            <w:tcW w:type="dxa" w:w="2160"/>
          </w:tcPr>
          <w:p>
            <w:r>
              <w:t>3</w:t>
            </w:r>
          </w:p>
        </w:tc>
        <w:tc>
          <w:tcPr>
            <w:tcW w:type="dxa" w:w="2160"/>
          </w:tcPr>
          <w:p>
            <w:r>
              <w:t>核心</w:t>
            </w:r>
          </w:p>
        </w:tc>
      </w:tr>
      <w:tr>
        <w:tc>
          <w:tcPr>
            <w:tcW w:type="dxa" w:w="2160"/>
          </w:tcPr>
          <w:p>
            <w:r>
              <w:t>13030070</w:t>
            </w:r>
          </w:p>
        </w:tc>
        <w:tc>
          <w:tcPr>
            <w:tcW w:type="dxa" w:w="2160"/>
          </w:tcPr>
          <w:p>
            <w:r>
              <w:t>分析化学</w:t>
            </w:r>
          </w:p>
        </w:tc>
        <w:tc>
          <w:tcPr>
            <w:tcW w:type="dxa" w:w="2160"/>
          </w:tcPr>
          <w:p>
            <w:r>
              <w:t>2</w:t>
            </w:r>
          </w:p>
        </w:tc>
        <w:tc>
          <w:tcPr>
            <w:tcW w:type="dxa" w:w="2160"/>
          </w:tcPr>
          <w:p>
            <w:r>
              <w:t>选修</w:t>
            </w:r>
          </w:p>
        </w:tc>
      </w:tr>
      <w:tr>
        <w:tc>
          <w:tcPr>
            <w:tcW w:type="dxa" w:w="2160"/>
          </w:tcPr>
          <w:p>
            <w:r>
              <w:t>15000020</w:t>
            </w:r>
          </w:p>
        </w:tc>
        <w:tc>
          <w:tcPr>
            <w:tcW w:type="dxa" w:w="2160"/>
          </w:tcPr>
          <w:p>
            <w:r>
              <w:t>构造地质学</w:t>
            </w:r>
          </w:p>
        </w:tc>
        <w:tc>
          <w:tcPr>
            <w:tcW w:type="dxa" w:w="2160"/>
          </w:tcPr>
          <w:p>
            <w:r>
              <w:t>4</w:t>
            </w:r>
          </w:p>
        </w:tc>
        <w:tc>
          <w:tcPr>
            <w:tcW w:type="dxa" w:w="2160"/>
          </w:tcPr>
          <w:p>
            <w:r>
              <w:t>平台</w:t>
            </w:r>
          </w:p>
        </w:tc>
      </w:tr>
      <w:tr>
        <w:tc>
          <w:tcPr>
            <w:tcW w:type="dxa" w:w="2160"/>
          </w:tcPr>
          <w:p>
            <w:r>
              <w:t>15000030</w:t>
            </w:r>
          </w:p>
        </w:tc>
        <w:tc>
          <w:tcPr>
            <w:tcW w:type="dxa" w:w="2160"/>
          </w:tcPr>
          <w:p>
            <w:r>
              <w:t>古生物学</w:t>
            </w:r>
          </w:p>
        </w:tc>
        <w:tc>
          <w:tcPr>
            <w:tcW w:type="dxa" w:w="2160"/>
          </w:tcPr>
          <w:p>
            <w:r>
              <w:t>3</w:t>
            </w:r>
          </w:p>
        </w:tc>
        <w:tc>
          <w:tcPr>
            <w:tcW w:type="dxa" w:w="2160"/>
          </w:tcPr>
          <w:p>
            <w:r>
              <w:t>核心</w:t>
            </w:r>
          </w:p>
        </w:tc>
      </w:tr>
      <w:tr>
        <w:tc>
          <w:tcPr>
            <w:tcW w:type="dxa" w:w="2160"/>
          </w:tcPr>
          <w:p>
            <w:r>
              <w:t>15020040</w:t>
            </w:r>
          </w:p>
        </w:tc>
        <w:tc>
          <w:tcPr>
            <w:tcW w:type="dxa" w:w="2160"/>
          </w:tcPr>
          <w:p>
            <w:r>
              <w:t>火成岩石学</w:t>
            </w:r>
          </w:p>
        </w:tc>
        <w:tc>
          <w:tcPr>
            <w:tcW w:type="dxa" w:w="2160"/>
          </w:tcPr>
          <w:p>
            <w:r>
              <w:t>3</w:t>
            </w:r>
          </w:p>
        </w:tc>
        <w:tc>
          <w:tcPr>
            <w:tcW w:type="dxa" w:w="2160"/>
          </w:tcPr>
          <w:p>
            <w:r>
              <w:t>平台</w:t>
            </w:r>
          </w:p>
        </w:tc>
      </w:tr>
      <w:tr>
        <w:tc>
          <w:tcPr>
            <w:tcW w:type="dxa" w:w="2160"/>
          </w:tcPr>
          <w:p>
            <w:r>
              <w:t>13030250B</w:t>
            </w:r>
          </w:p>
        </w:tc>
        <w:tc>
          <w:tcPr>
            <w:tcW w:type="dxa" w:w="2160"/>
          </w:tcPr>
          <w:p>
            <w:r>
              <w:t>基础化学</w:t>
            </w:r>
          </w:p>
        </w:tc>
        <w:tc>
          <w:tcPr>
            <w:tcW w:type="dxa" w:w="2160"/>
          </w:tcPr>
          <w:p>
            <w:r>
              <w:t>3</w:t>
            </w:r>
          </w:p>
        </w:tc>
        <w:tc>
          <w:tcPr>
            <w:tcW w:type="dxa" w:w="2160"/>
          </w:tcPr>
          <w:p>
            <w:r>
              <w:t>平台</w:t>
            </w:r>
          </w:p>
        </w:tc>
      </w:tr>
      <w:tr>
        <w:tc>
          <w:tcPr>
            <w:tcW w:type="dxa" w:w="2160"/>
          </w:tcPr>
          <w:p>
            <w:r>
              <w:t>13030250A</w:t>
            </w:r>
          </w:p>
        </w:tc>
        <w:tc>
          <w:tcPr>
            <w:tcW w:type="dxa" w:w="2160"/>
          </w:tcPr>
          <w:p>
            <w:r>
              <w:t>基础化学</w:t>
            </w:r>
          </w:p>
        </w:tc>
        <w:tc>
          <w:tcPr>
            <w:tcW w:type="dxa" w:w="2160"/>
          </w:tcPr>
          <w:p>
            <w:r>
              <w:t>3</w:t>
            </w:r>
          </w:p>
        </w:tc>
        <w:tc>
          <w:tcPr>
            <w:tcW w:type="dxa" w:w="2160"/>
          </w:tcPr>
          <w:p>
            <w:r>
              <w:t>平台</w:t>
            </w:r>
          </w:p>
        </w:tc>
      </w:tr>
      <w:tr>
        <w:tc>
          <w:tcPr>
            <w:tcW w:type="dxa" w:w="2160"/>
          </w:tcPr>
          <w:p>
            <w:r>
              <w:t>15020020</w:t>
            </w:r>
          </w:p>
        </w:tc>
        <w:tc>
          <w:tcPr>
            <w:tcW w:type="dxa" w:w="2160"/>
          </w:tcPr>
          <w:p>
            <w:r>
              <w:t>结晶学与矿物学</w:t>
            </w:r>
          </w:p>
        </w:tc>
        <w:tc>
          <w:tcPr>
            <w:tcW w:type="dxa" w:w="2160"/>
          </w:tcPr>
          <w:p>
            <w:r>
              <w:t>4</w:t>
            </w:r>
          </w:p>
        </w:tc>
        <w:tc>
          <w:tcPr>
            <w:tcW w:type="dxa" w:w="2160"/>
          </w:tcPr>
          <w:p>
            <w:r>
              <w:t>核心</w:t>
            </w:r>
          </w:p>
        </w:tc>
      </w:tr>
      <w:tr>
        <w:tc>
          <w:tcPr>
            <w:tcW w:type="dxa" w:w="2160"/>
          </w:tcPr>
          <w:p>
            <w:r>
              <w:t>15020070</w:t>
            </w:r>
          </w:p>
        </w:tc>
        <w:tc>
          <w:tcPr>
            <w:tcW w:type="dxa" w:w="2160"/>
          </w:tcPr>
          <w:p>
            <w:r>
              <w:t>经济地质学</w:t>
            </w:r>
          </w:p>
        </w:tc>
        <w:tc>
          <w:tcPr>
            <w:tcW w:type="dxa" w:w="2160"/>
          </w:tcPr>
          <w:p>
            <w:r>
              <w:t>3</w:t>
            </w:r>
          </w:p>
        </w:tc>
        <w:tc>
          <w:tcPr>
            <w:tcW w:type="dxa" w:w="2160"/>
          </w:tcPr>
          <w:p>
            <w:r>
              <w:t>平台</w:t>
            </w:r>
          </w:p>
        </w:tc>
      </w:tr>
      <w:tr>
        <w:tc>
          <w:tcPr>
            <w:tcW w:type="dxa" w:w="2160"/>
          </w:tcPr>
          <w:p>
            <w:r>
              <w:t>15020030</w:t>
            </w:r>
          </w:p>
        </w:tc>
        <w:tc>
          <w:tcPr>
            <w:tcW w:type="dxa" w:w="2160"/>
          </w:tcPr>
          <w:p>
            <w:r>
              <w:t>晶体光学</w:t>
            </w:r>
          </w:p>
        </w:tc>
        <w:tc>
          <w:tcPr>
            <w:tcW w:type="dxa" w:w="2160"/>
          </w:tcPr>
          <w:p>
            <w:r>
              <w:t>2</w:t>
            </w:r>
          </w:p>
        </w:tc>
        <w:tc>
          <w:tcPr>
            <w:tcW w:type="dxa" w:w="2160"/>
          </w:tcPr>
          <w:p>
            <w:r>
              <w:t>平台</w:t>
            </w:r>
          </w:p>
        </w:tc>
      </w:tr>
      <w:tr>
        <w:tc>
          <w:tcPr>
            <w:tcW w:type="dxa" w:w="2160"/>
          </w:tcPr>
          <w:p>
            <w:r>
              <w:t>15000010</w:t>
            </w:r>
          </w:p>
        </w:tc>
        <w:tc>
          <w:tcPr>
            <w:tcW w:type="dxa" w:w="2160"/>
          </w:tcPr>
          <w:p>
            <w:r>
              <w:t>普通地质学</w:t>
            </w:r>
          </w:p>
        </w:tc>
        <w:tc>
          <w:tcPr>
            <w:tcW w:type="dxa" w:w="2160"/>
          </w:tcPr>
          <w:p>
            <w:r>
              <w:t>4</w:t>
            </w:r>
          </w:p>
        </w:tc>
        <w:tc>
          <w:tcPr>
            <w:tcW w:type="dxa" w:w="2160"/>
          </w:tcPr>
          <w:p>
            <w:r>
              <w:t>核心</w:t>
            </w:r>
          </w:p>
        </w:tc>
      </w:tr>
      <w:tr>
        <w:tc>
          <w:tcPr>
            <w:tcW w:type="dxa" w:w="2160"/>
          </w:tcPr>
          <w:p>
            <w:r>
              <w:t>12000014A</w:t>
            </w:r>
          </w:p>
        </w:tc>
        <w:tc>
          <w:tcPr>
            <w:tcW w:type="dxa" w:w="2160"/>
          </w:tcPr>
          <w:p>
            <w:r>
              <w:t>普通物理（上）</w:t>
            </w:r>
          </w:p>
        </w:tc>
        <w:tc>
          <w:tcPr>
            <w:tcW w:type="dxa" w:w="2160"/>
          </w:tcPr>
          <w:p>
            <w:r>
              <w:t>3</w:t>
            </w:r>
          </w:p>
        </w:tc>
        <w:tc>
          <w:tcPr>
            <w:tcW w:type="dxa" w:w="2160"/>
          </w:tcPr>
          <w:p>
            <w:r>
              <w:t>通修</w:t>
            </w:r>
          </w:p>
        </w:tc>
      </w:tr>
      <w:tr>
        <w:tc>
          <w:tcPr>
            <w:tcW w:type="dxa" w:w="2160"/>
          </w:tcPr>
          <w:p>
            <w:r>
              <w:t>12000014B</w:t>
            </w:r>
          </w:p>
        </w:tc>
        <w:tc>
          <w:tcPr>
            <w:tcW w:type="dxa" w:w="2160"/>
          </w:tcPr>
          <w:p>
            <w:r>
              <w:t>普通物理（下）</w:t>
            </w:r>
          </w:p>
        </w:tc>
        <w:tc>
          <w:tcPr>
            <w:tcW w:type="dxa" w:w="2160"/>
          </w:tcPr>
          <w:p>
            <w:r>
              <w:t>3</w:t>
            </w:r>
          </w:p>
        </w:tc>
        <w:tc>
          <w:tcPr>
            <w:tcW w:type="dxa" w:w="2160"/>
          </w:tcPr>
          <w:p>
            <w:r>
              <w:t>平台</w:t>
            </w:r>
          </w:p>
        </w:tc>
      </w:tr>
      <w:tr>
        <w:tc>
          <w:tcPr>
            <w:tcW w:type="dxa" w:w="2160"/>
          </w:tcPr>
          <w:p>
            <w:r>
              <w:t>15080020</w:t>
            </w:r>
          </w:p>
        </w:tc>
        <w:tc>
          <w:tcPr>
            <w:tcW w:type="dxa" w:w="2160"/>
          </w:tcPr>
          <w:p>
            <w:r>
              <w:t>区测实习</w:t>
            </w:r>
          </w:p>
        </w:tc>
        <w:tc>
          <w:tcPr>
            <w:tcW w:type="dxa" w:w="2160"/>
          </w:tcPr>
          <w:p>
            <w:r>
              <w:t>3</w:t>
            </w:r>
          </w:p>
        </w:tc>
        <w:tc>
          <w:tcPr>
            <w:tcW w:type="dxa" w:w="2160"/>
          </w:tcPr>
          <w:p>
            <w:r>
              <w:t>核心</w:t>
            </w:r>
          </w:p>
        </w:tc>
      </w:tr>
      <w:tr>
        <w:tc>
          <w:tcPr>
            <w:tcW w:type="dxa" w:w="2160"/>
          </w:tcPr>
          <w:p>
            <w:r>
              <w:t>15020170</w:t>
            </w:r>
          </w:p>
        </w:tc>
        <w:tc>
          <w:tcPr>
            <w:tcW w:type="dxa" w:w="2160"/>
          </w:tcPr>
          <w:p>
            <w:r>
              <w:t>同位素地球化学</w:t>
            </w:r>
          </w:p>
        </w:tc>
        <w:tc>
          <w:tcPr>
            <w:tcW w:type="dxa" w:w="2160"/>
          </w:tcPr>
          <w:p>
            <w:r>
              <w:t>2</w:t>
            </w:r>
          </w:p>
        </w:tc>
        <w:tc>
          <w:tcPr>
            <w:tcW w:type="dxa" w:w="2160"/>
          </w:tcPr>
          <w:p>
            <w:r>
              <w:t>选修A</w:t>
            </w:r>
          </w:p>
        </w:tc>
      </w:tr>
      <w:tr>
        <w:tc>
          <w:tcPr>
            <w:tcW w:type="dxa" w:w="2160"/>
          </w:tcPr>
          <w:p>
            <w:r>
              <w:t>00010011A</w:t>
            </w:r>
          </w:p>
        </w:tc>
        <w:tc>
          <w:tcPr>
            <w:tcW w:type="dxa" w:w="2160"/>
          </w:tcPr>
          <w:p>
            <w:r>
              <w:t>微积分I(第一层次)</w:t>
            </w:r>
          </w:p>
        </w:tc>
        <w:tc>
          <w:tcPr>
            <w:tcW w:type="dxa" w:w="2160"/>
          </w:tcPr>
          <w:p>
            <w:r>
              <w:t>5</w:t>
            </w:r>
          </w:p>
        </w:tc>
        <w:tc>
          <w:tcPr>
            <w:tcW w:type="dxa" w:w="2160"/>
          </w:tcPr>
          <w:p>
            <w:r>
              <w:t>通修</w:t>
            </w:r>
          </w:p>
        </w:tc>
      </w:tr>
      <w:tr>
        <w:tc>
          <w:tcPr>
            <w:tcW w:type="dxa" w:w="2160"/>
          </w:tcPr>
          <w:p>
            <w:r>
              <w:t>00010011B</w:t>
            </w:r>
          </w:p>
        </w:tc>
        <w:tc>
          <w:tcPr>
            <w:tcW w:type="dxa" w:w="2160"/>
          </w:tcPr>
          <w:p>
            <w:r>
              <w:t>微积分II(第一层次)</w:t>
            </w:r>
          </w:p>
        </w:tc>
        <w:tc>
          <w:tcPr>
            <w:tcW w:type="dxa" w:w="2160"/>
          </w:tcPr>
          <w:p>
            <w:r>
              <w:t>5</w:t>
            </w:r>
          </w:p>
        </w:tc>
        <w:tc>
          <w:tcPr>
            <w:tcW w:type="dxa" w:w="2160"/>
          </w:tcPr>
          <w:p>
            <w:r>
              <w:t>通修</w:t>
            </w:r>
          </w:p>
        </w:tc>
      </w:tr>
      <w:tr>
        <w:tc>
          <w:tcPr>
            <w:tcW w:type="dxa" w:w="2160"/>
          </w:tcPr>
          <w:p>
            <w:r>
              <w:t>13000100T</w:t>
            </w:r>
          </w:p>
        </w:tc>
        <w:tc>
          <w:tcPr>
            <w:tcW w:type="dxa" w:w="2160"/>
          </w:tcPr>
          <w:p>
            <w:r>
              <w:t>物理化学实验</w:t>
            </w:r>
          </w:p>
        </w:tc>
        <w:tc>
          <w:tcPr>
            <w:tcW w:type="dxa" w:w="2160"/>
          </w:tcPr>
          <w:p>
            <w:r>
              <w:t>3</w:t>
            </w:r>
          </w:p>
        </w:tc>
        <w:tc>
          <w:tcPr>
            <w:tcW w:type="dxa" w:w="2160"/>
          </w:tcPr>
          <w:p>
            <w:r>
              <w:t>核心</w:t>
            </w:r>
          </w:p>
        </w:tc>
      </w:tr>
      <w:tr>
        <w:tc>
          <w:tcPr>
            <w:tcW w:type="dxa" w:w="2160"/>
          </w:tcPr>
          <w:p>
            <w:r>
              <w:t>00010011C</w:t>
            </w:r>
          </w:p>
        </w:tc>
        <w:tc>
          <w:tcPr>
            <w:tcW w:type="dxa" w:w="2160"/>
          </w:tcPr>
          <w:p>
            <w:r>
              <w:t>线性代数(第一层次)</w:t>
            </w:r>
          </w:p>
        </w:tc>
        <w:tc>
          <w:tcPr>
            <w:tcW w:type="dxa" w:w="2160"/>
          </w:tcPr>
          <w:p>
            <w:r>
              <w:t>4</w:t>
            </w:r>
          </w:p>
        </w:tc>
        <w:tc>
          <w:tcPr>
            <w:tcW w:type="dxa" w:w="2160"/>
          </w:tcPr>
          <w:p>
            <w:r>
              <w:t>通修</w:t>
            </w:r>
          </w:p>
        </w:tc>
      </w:tr>
    </w:tbl>
    <w:p>
      <w:r>
        <w:t>水文专业：</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课程编号</w:t>
            </w:r>
          </w:p>
        </w:tc>
        <w:tc>
          <w:tcPr>
            <w:tcW w:type="dxa" w:w="2160"/>
          </w:tcPr>
          <w:p>
            <w:r>
              <w:t>课程名</w:t>
            </w:r>
          </w:p>
        </w:tc>
        <w:tc>
          <w:tcPr>
            <w:tcW w:type="dxa" w:w="2160"/>
          </w:tcPr>
          <w:p>
            <w:r>
              <w:t>学分</w:t>
            </w:r>
          </w:p>
        </w:tc>
        <w:tc>
          <w:tcPr>
            <w:tcW w:type="dxa" w:w="2160"/>
          </w:tcPr>
          <w:p>
            <w:r>
              <w:t>课程性质</w:t>
            </w:r>
          </w:p>
        </w:tc>
      </w:tr>
      <w:tr>
        <w:tc>
          <w:tcPr>
            <w:tcW w:type="dxa" w:w="2160"/>
          </w:tcPr>
          <w:p>
            <w:r>
              <w:t>00020011A</w:t>
            </w:r>
          </w:p>
        </w:tc>
        <w:tc>
          <w:tcPr>
            <w:tcW w:type="dxa" w:w="2160"/>
          </w:tcPr>
          <w:p>
            <w:r>
              <w:t>大学英语（第一层次A)</w:t>
            </w:r>
          </w:p>
        </w:tc>
        <w:tc>
          <w:tcPr>
            <w:tcW w:type="dxa" w:w="2160"/>
          </w:tcPr>
          <w:p>
            <w:r>
              <w:t>4</w:t>
            </w:r>
          </w:p>
        </w:tc>
        <w:tc>
          <w:tcPr>
            <w:tcW w:type="dxa" w:w="2160"/>
          </w:tcPr>
          <w:p>
            <w:r>
              <w:t>通修</w:t>
            </w:r>
          </w:p>
        </w:tc>
      </w:tr>
      <w:tr>
        <w:tc>
          <w:tcPr>
            <w:tcW w:type="dxa" w:w="2160"/>
          </w:tcPr>
          <w:p>
            <w:r>
              <w:t>00020011B</w:t>
            </w:r>
          </w:p>
        </w:tc>
        <w:tc>
          <w:tcPr>
            <w:tcW w:type="dxa" w:w="2160"/>
          </w:tcPr>
          <w:p>
            <w:r>
              <w:t>大学英语（第一层次B)</w:t>
            </w:r>
          </w:p>
        </w:tc>
        <w:tc>
          <w:tcPr>
            <w:tcW w:type="dxa" w:w="2160"/>
          </w:tcPr>
          <w:p>
            <w:r>
              <w:t>4</w:t>
            </w:r>
          </w:p>
        </w:tc>
        <w:tc>
          <w:tcPr>
            <w:tcW w:type="dxa" w:w="2160"/>
          </w:tcPr>
          <w:p>
            <w:r>
              <w:t>通修</w:t>
            </w:r>
          </w:p>
        </w:tc>
      </w:tr>
      <w:tr>
        <w:tc>
          <w:tcPr>
            <w:tcW w:type="dxa" w:w="2160"/>
          </w:tcPr>
          <w:p>
            <w:r>
              <w:t>00030032</w:t>
            </w:r>
          </w:p>
        </w:tc>
        <w:tc>
          <w:tcPr>
            <w:tcW w:type="dxa" w:w="2160"/>
          </w:tcPr>
          <w:p>
            <w:r>
              <w:t>C语言程序设计（二）</w:t>
            </w:r>
          </w:p>
        </w:tc>
        <w:tc>
          <w:tcPr>
            <w:tcW w:type="dxa" w:w="2160"/>
          </w:tcPr>
          <w:p>
            <w:r>
              <w:t>3</w:t>
            </w:r>
          </w:p>
        </w:tc>
        <w:tc>
          <w:tcPr>
            <w:tcW w:type="dxa" w:w="2160"/>
          </w:tcPr>
          <w:p>
            <w:r>
              <w:t>通修</w:t>
            </w:r>
          </w:p>
        </w:tc>
      </w:tr>
      <w:tr>
        <w:tc>
          <w:tcPr>
            <w:tcW w:type="dxa" w:w="2160"/>
          </w:tcPr>
          <w:p>
            <w:r>
              <w:t>13000020T</w:t>
            </w:r>
          </w:p>
        </w:tc>
        <w:tc>
          <w:tcPr>
            <w:tcW w:type="dxa" w:w="2160"/>
          </w:tcPr>
          <w:p>
            <w:r>
              <w:t>大学化学实验</w:t>
            </w:r>
          </w:p>
        </w:tc>
        <w:tc>
          <w:tcPr>
            <w:tcW w:type="dxa" w:w="2160"/>
          </w:tcPr>
          <w:p>
            <w:r>
              <w:t>2</w:t>
            </w:r>
          </w:p>
        </w:tc>
        <w:tc>
          <w:tcPr>
            <w:tcW w:type="dxa" w:w="2160"/>
          </w:tcPr>
          <w:p>
            <w:r>
              <w:t>通修</w:t>
            </w:r>
          </w:p>
        </w:tc>
      </w:tr>
      <w:tr>
        <w:tc>
          <w:tcPr>
            <w:tcW w:type="dxa" w:w="2160"/>
          </w:tcPr>
          <w:p>
            <w:r>
              <w:t>12000010A</w:t>
            </w:r>
          </w:p>
        </w:tc>
        <w:tc>
          <w:tcPr>
            <w:tcW w:type="dxa" w:w="2160"/>
          </w:tcPr>
          <w:p>
            <w:r>
              <w:t>大学物理实验（一）</w:t>
            </w:r>
          </w:p>
        </w:tc>
        <w:tc>
          <w:tcPr>
            <w:tcW w:type="dxa" w:w="2160"/>
          </w:tcPr>
          <w:p>
            <w:r>
              <w:t>3</w:t>
            </w:r>
          </w:p>
        </w:tc>
        <w:tc>
          <w:tcPr>
            <w:tcW w:type="dxa" w:w="2160"/>
          </w:tcPr>
          <w:p>
            <w:r>
              <w:t>平台</w:t>
            </w:r>
          </w:p>
        </w:tc>
      </w:tr>
      <w:tr>
        <w:tc>
          <w:tcPr>
            <w:tcW w:type="dxa" w:w="2160"/>
          </w:tcPr>
          <w:p>
            <w:r>
              <w:t>15050010</w:t>
            </w:r>
          </w:p>
        </w:tc>
        <w:tc>
          <w:tcPr>
            <w:tcW w:type="dxa" w:w="2160"/>
          </w:tcPr>
          <w:p>
            <w:r>
              <w:t>地下水动力学</w:t>
            </w:r>
          </w:p>
        </w:tc>
        <w:tc>
          <w:tcPr>
            <w:tcW w:type="dxa" w:w="2160"/>
          </w:tcPr>
          <w:p>
            <w:r>
              <w:t>5</w:t>
            </w:r>
          </w:p>
        </w:tc>
        <w:tc>
          <w:tcPr>
            <w:tcW w:type="dxa" w:w="2160"/>
          </w:tcPr>
          <w:p>
            <w:r>
              <w:t>选修A</w:t>
            </w:r>
          </w:p>
        </w:tc>
      </w:tr>
      <w:tr>
        <w:tc>
          <w:tcPr>
            <w:tcW w:type="dxa" w:w="2160"/>
          </w:tcPr>
          <w:p>
            <w:r>
              <w:t>11100200</w:t>
            </w:r>
          </w:p>
        </w:tc>
        <w:tc>
          <w:tcPr>
            <w:tcW w:type="dxa" w:w="2160"/>
          </w:tcPr>
          <w:p>
            <w:r>
              <w:t>概率论与数理统计</w:t>
            </w:r>
          </w:p>
        </w:tc>
        <w:tc>
          <w:tcPr>
            <w:tcW w:type="dxa" w:w="2160"/>
          </w:tcPr>
          <w:p>
            <w:r>
              <w:t>3</w:t>
            </w:r>
          </w:p>
        </w:tc>
        <w:tc>
          <w:tcPr>
            <w:tcW w:type="dxa" w:w="2160"/>
          </w:tcPr>
          <w:p>
            <w:r>
              <w:t>选修A</w:t>
            </w:r>
          </w:p>
        </w:tc>
      </w:tr>
      <w:tr>
        <w:tc>
          <w:tcPr>
            <w:tcW w:type="dxa" w:w="2160"/>
          </w:tcPr>
          <w:p>
            <w:r>
              <w:t>15000020</w:t>
            </w:r>
          </w:p>
        </w:tc>
        <w:tc>
          <w:tcPr>
            <w:tcW w:type="dxa" w:w="2160"/>
          </w:tcPr>
          <w:p>
            <w:r>
              <w:t>构造地质学</w:t>
            </w:r>
          </w:p>
        </w:tc>
        <w:tc>
          <w:tcPr>
            <w:tcW w:type="dxa" w:w="2160"/>
          </w:tcPr>
          <w:p>
            <w:r>
              <w:t>4</w:t>
            </w:r>
          </w:p>
        </w:tc>
        <w:tc>
          <w:tcPr>
            <w:tcW w:type="dxa" w:w="2160"/>
          </w:tcPr>
          <w:p>
            <w:r>
              <w:t>核心</w:t>
            </w:r>
          </w:p>
        </w:tc>
      </w:tr>
      <w:tr>
        <w:tc>
          <w:tcPr>
            <w:tcW w:type="dxa" w:w="2160"/>
          </w:tcPr>
          <w:p>
            <w:r>
              <w:t>13030250B</w:t>
            </w:r>
          </w:p>
        </w:tc>
        <w:tc>
          <w:tcPr>
            <w:tcW w:type="dxa" w:w="2160"/>
          </w:tcPr>
          <w:p>
            <w:r>
              <w:t>基础化学</w:t>
            </w:r>
          </w:p>
        </w:tc>
        <w:tc>
          <w:tcPr>
            <w:tcW w:type="dxa" w:w="2160"/>
          </w:tcPr>
          <w:p>
            <w:r>
              <w:t>3</w:t>
            </w:r>
          </w:p>
        </w:tc>
        <w:tc>
          <w:tcPr>
            <w:tcW w:type="dxa" w:w="2160"/>
          </w:tcPr>
          <w:p>
            <w:r>
              <w:t>平台</w:t>
            </w:r>
          </w:p>
        </w:tc>
      </w:tr>
      <w:tr>
        <w:tc>
          <w:tcPr>
            <w:tcW w:type="dxa" w:w="2160"/>
          </w:tcPr>
          <w:p>
            <w:r>
              <w:t>13030250A</w:t>
            </w:r>
          </w:p>
        </w:tc>
        <w:tc>
          <w:tcPr>
            <w:tcW w:type="dxa" w:w="2160"/>
          </w:tcPr>
          <w:p>
            <w:r>
              <w:t>基础化学</w:t>
            </w:r>
          </w:p>
        </w:tc>
        <w:tc>
          <w:tcPr>
            <w:tcW w:type="dxa" w:w="2160"/>
          </w:tcPr>
          <w:p>
            <w:r>
              <w:t>3</w:t>
            </w:r>
          </w:p>
        </w:tc>
        <w:tc>
          <w:tcPr>
            <w:tcW w:type="dxa" w:w="2160"/>
          </w:tcPr>
          <w:p>
            <w:r>
              <w:t>平台</w:t>
            </w:r>
          </w:p>
        </w:tc>
      </w:tr>
      <w:tr>
        <w:tc>
          <w:tcPr>
            <w:tcW w:type="dxa" w:w="2160"/>
          </w:tcPr>
          <w:p>
            <w:r>
              <w:t>15020210</w:t>
            </w:r>
          </w:p>
        </w:tc>
        <w:tc>
          <w:tcPr>
            <w:tcW w:type="dxa" w:w="2160"/>
          </w:tcPr>
          <w:p>
            <w:r>
              <w:t>矿物学</w:t>
            </w:r>
          </w:p>
        </w:tc>
        <w:tc>
          <w:tcPr>
            <w:tcW w:type="dxa" w:w="2160"/>
          </w:tcPr>
          <w:p>
            <w:r>
              <w:t>2</w:t>
            </w:r>
          </w:p>
        </w:tc>
        <w:tc>
          <w:tcPr>
            <w:tcW w:type="dxa" w:w="2160"/>
          </w:tcPr>
          <w:p>
            <w:r>
              <w:t>核心</w:t>
            </w:r>
          </w:p>
        </w:tc>
      </w:tr>
      <w:tr>
        <w:tc>
          <w:tcPr>
            <w:tcW w:type="dxa" w:w="2160"/>
          </w:tcPr>
          <w:p>
            <w:r>
              <w:t>15020220</w:t>
            </w:r>
          </w:p>
        </w:tc>
        <w:tc>
          <w:tcPr>
            <w:tcW w:type="dxa" w:w="2160"/>
          </w:tcPr>
          <w:p>
            <w:r>
              <w:t>岩石学（水工专业版）</w:t>
            </w:r>
          </w:p>
        </w:tc>
        <w:tc>
          <w:tcPr>
            <w:tcW w:type="dxa" w:w="2160"/>
          </w:tcPr>
          <w:p>
            <w:r>
              <w:t>2</w:t>
            </w:r>
          </w:p>
        </w:tc>
        <w:tc>
          <w:tcPr>
            <w:tcW w:type="dxa" w:w="2160"/>
          </w:tcPr>
          <w:p>
            <w:r>
              <w:t>核心</w:t>
            </w:r>
          </w:p>
        </w:tc>
      </w:tr>
      <w:tr>
        <w:tc>
          <w:tcPr>
            <w:tcW w:type="dxa" w:w="2160"/>
          </w:tcPr>
          <w:p>
            <w:r>
              <w:t>15080010</w:t>
            </w:r>
          </w:p>
        </w:tc>
        <w:tc>
          <w:tcPr>
            <w:tcW w:type="dxa" w:w="2160"/>
          </w:tcPr>
          <w:p>
            <w:r>
              <w:t>普地实习</w:t>
            </w:r>
          </w:p>
        </w:tc>
        <w:tc>
          <w:tcPr>
            <w:tcW w:type="dxa" w:w="2160"/>
          </w:tcPr>
          <w:p>
            <w:r>
              <w:t>3</w:t>
            </w:r>
          </w:p>
        </w:tc>
        <w:tc>
          <w:tcPr>
            <w:tcW w:type="dxa" w:w="2160"/>
          </w:tcPr>
          <w:p>
            <w:r>
              <w:t>核心</w:t>
            </w:r>
          </w:p>
        </w:tc>
      </w:tr>
      <w:tr>
        <w:tc>
          <w:tcPr>
            <w:tcW w:type="dxa" w:w="2160"/>
          </w:tcPr>
          <w:p>
            <w:r>
              <w:t>15000010</w:t>
            </w:r>
          </w:p>
        </w:tc>
        <w:tc>
          <w:tcPr>
            <w:tcW w:type="dxa" w:w="2160"/>
          </w:tcPr>
          <w:p>
            <w:r>
              <w:t>普通地质学</w:t>
            </w:r>
          </w:p>
        </w:tc>
        <w:tc>
          <w:tcPr>
            <w:tcW w:type="dxa" w:w="2160"/>
          </w:tcPr>
          <w:p>
            <w:r>
              <w:t>4</w:t>
            </w:r>
          </w:p>
        </w:tc>
        <w:tc>
          <w:tcPr>
            <w:tcW w:type="dxa" w:w="2160"/>
          </w:tcPr>
          <w:p>
            <w:r>
              <w:t>核心</w:t>
            </w:r>
          </w:p>
        </w:tc>
      </w:tr>
      <w:tr>
        <w:tc>
          <w:tcPr>
            <w:tcW w:type="dxa" w:w="2160"/>
          </w:tcPr>
          <w:p>
            <w:r>
              <w:t>12000014A</w:t>
            </w:r>
          </w:p>
        </w:tc>
        <w:tc>
          <w:tcPr>
            <w:tcW w:type="dxa" w:w="2160"/>
          </w:tcPr>
          <w:p>
            <w:r>
              <w:t>普通物理（上）</w:t>
            </w:r>
          </w:p>
        </w:tc>
        <w:tc>
          <w:tcPr>
            <w:tcW w:type="dxa" w:w="2160"/>
          </w:tcPr>
          <w:p>
            <w:r>
              <w:t>3</w:t>
            </w:r>
          </w:p>
        </w:tc>
        <w:tc>
          <w:tcPr>
            <w:tcW w:type="dxa" w:w="2160"/>
          </w:tcPr>
          <w:p>
            <w:r>
              <w:t>通修</w:t>
            </w:r>
          </w:p>
        </w:tc>
      </w:tr>
      <w:tr>
        <w:tc>
          <w:tcPr>
            <w:tcW w:type="dxa" w:w="2160"/>
          </w:tcPr>
          <w:p>
            <w:r>
              <w:t>12000014B</w:t>
            </w:r>
          </w:p>
        </w:tc>
        <w:tc>
          <w:tcPr>
            <w:tcW w:type="dxa" w:w="2160"/>
          </w:tcPr>
          <w:p>
            <w:r>
              <w:t>普通物理（下）</w:t>
            </w:r>
          </w:p>
        </w:tc>
        <w:tc>
          <w:tcPr>
            <w:tcW w:type="dxa" w:w="2160"/>
          </w:tcPr>
          <w:p>
            <w:r>
              <w:t>3</w:t>
            </w:r>
          </w:p>
        </w:tc>
        <w:tc>
          <w:tcPr>
            <w:tcW w:type="dxa" w:w="2160"/>
          </w:tcPr>
          <w:p>
            <w:r>
              <w:t>平台</w:t>
            </w:r>
          </w:p>
        </w:tc>
      </w:tr>
      <w:tr>
        <w:tc>
          <w:tcPr>
            <w:tcW w:type="dxa" w:w="2160"/>
          </w:tcPr>
          <w:p>
            <w:r>
              <w:t>15040080</w:t>
            </w:r>
          </w:p>
        </w:tc>
        <w:tc>
          <w:tcPr>
            <w:tcW w:type="dxa" w:w="2160"/>
          </w:tcPr>
          <w:p>
            <w:r>
              <w:t>气象学概论</w:t>
            </w:r>
          </w:p>
        </w:tc>
        <w:tc>
          <w:tcPr>
            <w:tcW w:type="dxa" w:w="2160"/>
          </w:tcPr>
          <w:p>
            <w:r>
              <w:t>2</w:t>
            </w:r>
          </w:p>
        </w:tc>
        <w:tc>
          <w:tcPr>
            <w:tcW w:type="dxa" w:w="2160"/>
          </w:tcPr>
          <w:p>
            <w:r>
              <w:t>平台</w:t>
            </w:r>
          </w:p>
        </w:tc>
      </w:tr>
      <w:tr>
        <w:tc>
          <w:tcPr>
            <w:tcW w:type="dxa" w:w="2160"/>
          </w:tcPr>
          <w:p>
            <w:r>
              <w:t>15080020</w:t>
            </w:r>
          </w:p>
        </w:tc>
        <w:tc>
          <w:tcPr>
            <w:tcW w:type="dxa" w:w="2160"/>
          </w:tcPr>
          <w:p>
            <w:r>
              <w:t>区测实习</w:t>
            </w:r>
          </w:p>
        </w:tc>
        <w:tc>
          <w:tcPr>
            <w:tcW w:type="dxa" w:w="2160"/>
          </w:tcPr>
          <w:p>
            <w:r>
              <w:t>3</w:t>
            </w:r>
          </w:p>
        </w:tc>
        <w:tc>
          <w:tcPr>
            <w:tcW w:type="dxa" w:w="2160"/>
          </w:tcPr>
          <w:p>
            <w:r>
              <w:t>核心</w:t>
            </w:r>
          </w:p>
        </w:tc>
      </w:tr>
      <w:tr>
        <w:tc>
          <w:tcPr>
            <w:tcW w:type="dxa" w:w="2160"/>
          </w:tcPr>
          <w:p>
            <w:r>
              <w:t>12000070</w:t>
            </w:r>
          </w:p>
        </w:tc>
        <w:tc>
          <w:tcPr>
            <w:tcW w:type="dxa" w:w="2160"/>
          </w:tcPr>
          <w:p>
            <w:r>
              <w:t>数学物理方法</w:t>
            </w:r>
          </w:p>
        </w:tc>
        <w:tc>
          <w:tcPr>
            <w:tcW w:type="dxa" w:w="2160"/>
          </w:tcPr>
          <w:p>
            <w:r>
              <w:t>3</w:t>
            </w:r>
          </w:p>
        </w:tc>
        <w:tc>
          <w:tcPr>
            <w:tcW w:type="dxa" w:w="2160"/>
          </w:tcPr>
          <w:p>
            <w:r>
              <w:t>选修A</w:t>
            </w:r>
          </w:p>
        </w:tc>
      </w:tr>
      <w:tr>
        <w:tc>
          <w:tcPr>
            <w:tcW w:type="dxa" w:w="2160"/>
          </w:tcPr>
          <w:p>
            <w:r>
              <w:t>15040010</w:t>
            </w:r>
          </w:p>
        </w:tc>
        <w:tc>
          <w:tcPr>
            <w:tcW w:type="dxa" w:w="2160"/>
          </w:tcPr>
          <w:p>
            <w:r>
              <w:t>水力学</w:t>
            </w:r>
          </w:p>
        </w:tc>
        <w:tc>
          <w:tcPr>
            <w:tcW w:type="dxa" w:w="2160"/>
          </w:tcPr>
          <w:p>
            <w:r>
              <w:t>3</w:t>
            </w:r>
          </w:p>
        </w:tc>
        <w:tc>
          <w:tcPr>
            <w:tcW w:type="dxa" w:w="2160"/>
          </w:tcPr>
          <w:p>
            <w:r>
              <w:t>平台</w:t>
            </w:r>
          </w:p>
        </w:tc>
      </w:tr>
      <w:tr>
        <w:tc>
          <w:tcPr>
            <w:tcW w:type="dxa" w:w="2160"/>
          </w:tcPr>
          <w:p>
            <w:r>
              <w:t>15040100</w:t>
            </w:r>
          </w:p>
        </w:tc>
        <w:tc>
          <w:tcPr>
            <w:tcW w:type="dxa" w:w="2160"/>
          </w:tcPr>
          <w:p>
            <w:r>
              <w:t>水文测验与水文水利计算</w:t>
            </w:r>
          </w:p>
        </w:tc>
        <w:tc>
          <w:tcPr>
            <w:tcW w:type="dxa" w:w="2160"/>
          </w:tcPr>
          <w:p>
            <w:r>
              <w:t>3</w:t>
            </w:r>
          </w:p>
        </w:tc>
        <w:tc>
          <w:tcPr>
            <w:tcW w:type="dxa" w:w="2160"/>
          </w:tcPr>
          <w:p>
            <w:r>
              <w:t>选修A</w:t>
            </w:r>
          </w:p>
        </w:tc>
      </w:tr>
      <w:tr>
        <w:tc>
          <w:tcPr>
            <w:tcW w:type="dxa" w:w="2160"/>
          </w:tcPr>
          <w:p>
            <w:r>
              <w:t>15040020</w:t>
            </w:r>
          </w:p>
        </w:tc>
        <w:tc>
          <w:tcPr>
            <w:tcW w:type="dxa" w:w="2160"/>
          </w:tcPr>
          <w:p>
            <w:r>
              <w:t>水文地质学基础</w:t>
            </w:r>
          </w:p>
        </w:tc>
        <w:tc>
          <w:tcPr>
            <w:tcW w:type="dxa" w:w="2160"/>
          </w:tcPr>
          <w:p>
            <w:r>
              <w:t>4</w:t>
            </w:r>
          </w:p>
        </w:tc>
        <w:tc>
          <w:tcPr>
            <w:tcW w:type="dxa" w:w="2160"/>
          </w:tcPr>
          <w:p>
            <w:r>
              <w:t>核心</w:t>
            </w:r>
          </w:p>
        </w:tc>
      </w:tr>
      <w:tr>
        <w:tc>
          <w:tcPr>
            <w:tcW w:type="dxa" w:w="2160"/>
          </w:tcPr>
          <w:p>
            <w:r>
              <w:t>15040030</w:t>
            </w:r>
          </w:p>
        </w:tc>
        <w:tc>
          <w:tcPr>
            <w:tcW w:type="dxa" w:w="2160"/>
          </w:tcPr>
          <w:p>
            <w:r>
              <w:t>水文学原理</w:t>
            </w:r>
          </w:p>
        </w:tc>
        <w:tc>
          <w:tcPr>
            <w:tcW w:type="dxa" w:w="2160"/>
          </w:tcPr>
          <w:p>
            <w:r>
              <w:t>2</w:t>
            </w:r>
          </w:p>
        </w:tc>
        <w:tc>
          <w:tcPr>
            <w:tcW w:type="dxa" w:w="2160"/>
          </w:tcPr>
          <w:p>
            <w:r>
              <w:t>核心</w:t>
            </w:r>
          </w:p>
        </w:tc>
      </w:tr>
      <w:tr>
        <w:tc>
          <w:tcPr>
            <w:tcW w:type="dxa" w:w="2160"/>
          </w:tcPr>
          <w:p>
            <w:r>
              <w:t>15040040</w:t>
            </w:r>
          </w:p>
        </w:tc>
        <w:tc>
          <w:tcPr>
            <w:tcW w:type="dxa" w:w="2160"/>
          </w:tcPr>
          <w:p>
            <w:r>
              <w:t>水文预报</w:t>
            </w:r>
          </w:p>
        </w:tc>
        <w:tc>
          <w:tcPr>
            <w:tcW w:type="dxa" w:w="2160"/>
          </w:tcPr>
          <w:p>
            <w:r>
              <w:t>2</w:t>
            </w:r>
          </w:p>
        </w:tc>
        <w:tc>
          <w:tcPr>
            <w:tcW w:type="dxa" w:w="2160"/>
          </w:tcPr>
          <w:p>
            <w:r>
              <w:t>平台</w:t>
            </w:r>
          </w:p>
        </w:tc>
      </w:tr>
      <w:tr>
        <w:tc>
          <w:tcPr>
            <w:tcW w:type="dxa" w:w="2160"/>
          </w:tcPr>
          <w:p>
            <w:r>
              <w:t>15050040</w:t>
            </w:r>
          </w:p>
        </w:tc>
        <w:tc>
          <w:tcPr>
            <w:tcW w:type="dxa" w:w="2160"/>
          </w:tcPr>
          <w:p>
            <w:r>
              <w:t>土质学与土力学</w:t>
            </w:r>
          </w:p>
        </w:tc>
        <w:tc>
          <w:tcPr>
            <w:tcW w:type="dxa" w:w="2160"/>
          </w:tcPr>
          <w:p>
            <w:r>
              <w:t>4</w:t>
            </w:r>
          </w:p>
        </w:tc>
        <w:tc>
          <w:tcPr>
            <w:tcW w:type="dxa" w:w="2160"/>
          </w:tcPr>
          <w:p>
            <w:r>
              <w:t>选修A</w:t>
            </w:r>
          </w:p>
        </w:tc>
      </w:tr>
      <w:tr>
        <w:tc>
          <w:tcPr>
            <w:tcW w:type="dxa" w:w="2160"/>
          </w:tcPr>
          <w:p>
            <w:r>
              <w:t>15040110</w:t>
            </w:r>
          </w:p>
        </w:tc>
        <w:tc>
          <w:tcPr>
            <w:tcW w:type="dxa" w:w="2160"/>
          </w:tcPr>
          <w:p>
            <w:r>
              <w:t>水环境化学</w:t>
            </w:r>
          </w:p>
        </w:tc>
        <w:tc>
          <w:tcPr>
            <w:tcW w:type="dxa" w:w="2160"/>
          </w:tcPr>
          <w:p>
            <w:r>
              <w:t>2</w:t>
            </w:r>
          </w:p>
        </w:tc>
        <w:tc>
          <w:tcPr>
            <w:tcW w:type="dxa" w:w="2160"/>
          </w:tcPr>
          <w:p>
            <w:r>
              <w:t>选修A</w:t>
            </w:r>
          </w:p>
        </w:tc>
      </w:tr>
      <w:tr>
        <w:tc>
          <w:tcPr>
            <w:tcW w:type="dxa" w:w="2160"/>
          </w:tcPr>
          <w:p>
            <w:r>
              <w:t>00010011A</w:t>
            </w:r>
          </w:p>
        </w:tc>
        <w:tc>
          <w:tcPr>
            <w:tcW w:type="dxa" w:w="2160"/>
          </w:tcPr>
          <w:p>
            <w:r>
              <w:t>微积分I(第一层次)</w:t>
            </w:r>
          </w:p>
        </w:tc>
        <w:tc>
          <w:tcPr>
            <w:tcW w:type="dxa" w:w="2160"/>
          </w:tcPr>
          <w:p>
            <w:r>
              <w:t>5</w:t>
            </w:r>
          </w:p>
        </w:tc>
        <w:tc>
          <w:tcPr>
            <w:tcW w:type="dxa" w:w="2160"/>
          </w:tcPr>
          <w:p>
            <w:r>
              <w:t>通修</w:t>
            </w:r>
          </w:p>
        </w:tc>
      </w:tr>
      <w:tr>
        <w:tc>
          <w:tcPr>
            <w:tcW w:type="dxa" w:w="2160"/>
          </w:tcPr>
          <w:p>
            <w:r>
              <w:t>00010011B</w:t>
            </w:r>
          </w:p>
        </w:tc>
        <w:tc>
          <w:tcPr>
            <w:tcW w:type="dxa" w:w="2160"/>
          </w:tcPr>
          <w:p>
            <w:r>
              <w:t>微积分II(第一层次)</w:t>
            </w:r>
          </w:p>
        </w:tc>
        <w:tc>
          <w:tcPr>
            <w:tcW w:type="dxa" w:w="2160"/>
          </w:tcPr>
          <w:p>
            <w:r>
              <w:t>5</w:t>
            </w:r>
          </w:p>
        </w:tc>
        <w:tc>
          <w:tcPr>
            <w:tcW w:type="dxa" w:w="2160"/>
          </w:tcPr>
          <w:p>
            <w:r>
              <w:t>通修</w:t>
            </w:r>
          </w:p>
        </w:tc>
      </w:tr>
      <w:tr>
        <w:tc>
          <w:tcPr>
            <w:tcW w:type="dxa" w:w="2160"/>
          </w:tcPr>
          <w:p>
            <w:r>
              <w:t>00010011C</w:t>
            </w:r>
          </w:p>
        </w:tc>
        <w:tc>
          <w:tcPr>
            <w:tcW w:type="dxa" w:w="2160"/>
          </w:tcPr>
          <w:p>
            <w:r>
              <w:t>线性代数(第一层次)</w:t>
            </w:r>
          </w:p>
        </w:tc>
        <w:tc>
          <w:tcPr>
            <w:tcW w:type="dxa" w:w="2160"/>
          </w:tcPr>
          <w:p>
            <w:r>
              <w:t>4</w:t>
            </w:r>
          </w:p>
        </w:tc>
        <w:tc>
          <w:tcPr>
            <w:tcW w:type="dxa" w:w="2160"/>
          </w:tcPr>
          <w:p>
            <w:r>
              <w:t>通修</w:t>
            </w:r>
          </w:p>
        </w:tc>
      </w:tr>
      <w:tr>
        <w:tc>
          <w:tcPr>
            <w:tcW w:type="dxa" w:w="2160"/>
          </w:tcPr>
          <w:p>
            <w:r>
              <w:t>15040070</w:t>
            </w:r>
          </w:p>
        </w:tc>
        <w:tc>
          <w:tcPr>
            <w:tcW w:type="dxa" w:w="2160"/>
          </w:tcPr>
          <w:p>
            <w:r>
              <w:t>自然地理学概论</w:t>
            </w:r>
          </w:p>
        </w:tc>
        <w:tc>
          <w:tcPr>
            <w:tcW w:type="dxa" w:w="2160"/>
          </w:tcPr>
          <w:p>
            <w:r>
              <w:t>2</w:t>
            </w:r>
          </w:p>
        </w:tc>
        <w:tc>
          <w:tcPr>
            <w:tcW w:type="dxa" w:w="2160"/>
          </w:tcPr>
          <w:p>
            <w:r>
              <w:t>平台</w:t>
            </w:r>
          </w:p>
        </w:tc>
      </w:tr>
      <w:tr>
        <w:tc>
          <w:tcPr>
            <w:tcW w:type="dxa" w:w="2160"/>
          </w:tcPr>
          <w:p>
            <w:r>
              <w:t>15040060</w:t>
            </w:r>
          </w:p>
        </w:tc>
        <w:tc>
          <w:tcPr>
            <w:tcW w:type="dxa" w:w="2160"/>
          </w:tcPr>
          <w:p>
            <w:r>
              <w:t>水文统计</w:t>
            </w:r>
          </w:p>
        </w:tc>
        <w:tc>
          <w:tcPr>
            <w:tcW w:type="dxa" w:w="2160"/>
          </w:tcPr>
          <w:p>
            <w:r>
              <w:t>2</w:t>
            </w:r>
          </w:p>
        </w:tc>
        <w:tc>
          <w:tcPr>
            <w:tcW w:type="dxa" w:w="2160"/>
          </w:tcPr>
          <w:p>
            <w:r>
              <w:t>核心</w:t>
            </w:r>
          </w:p>
        </w:tc>
      </w:tr>
    </w:tbl>
    <w:p>
      <w:r>
        <w:t>地下水专业：</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课程编号</w:t>
            </w:r>
          </w:p>
        </w:tc>
        <w:tc>
          <w:tcPr>
            <w:tcW w:type="dxa" w:w="2160"/>
          </w:tcPr>
          <w:p>
            <w:r>
              <w:t>课程名</w:t>
            </w:r>
          </w:p>
        </w:tc>
        <w:tc>
          <w:tcPr>
            <w:tcW w:type="dxa" w:w="2160"/>
          </w:tcPr>
          <w:p>
            <w:r>
              <w:t>学分</w:t>
            </w:r>
          </w:p>
        </w:tc>
        <w:tc>
          <w:tcPr>
            <w:tcW w:type="dxa" w:w="2160"/>
          </w:tcPr>
          <w:p>
            <w:r>
              <w:t>课程性质</w:t>
            </w:r>
          </w:p>
        </w:tc>
      </w:tr>
      <w:tr>
        <w:tc>
          <w:tcPr>
            <w:tcW w:type="dxa" w:w="2160"/>
          </w:tcPr>
          <w:p>
            <w:r>
              <w:t>00020013A</w:t>
            </w:r>
          </w:p>
        </w:tc>
        <w:tc>
          <w:tcPr>
            <w:tcW w:type="dxa" w:w="2160"/>
          </w:tcPr>
          <w:p>
            <w:r>
              <w:t>大学英语（第三层次A)</w:t>
            </w:r>
          </w:p>
        </w:tc>
        <w:tc>
          <w:tcPr>
            <w:tcW w:type="dxa" w:w="2160"/>
          </w:tcPr>
          <w:p>
            <w:r>
              <w:t>4</w:t>
            </w:r>
          </w:p>
        </w:tc>
        <w:tc>
          <w:tcPr>
            <w:tcW w:type="dxa" w:w="2160"/>
          </w:tcPr>
          <w:p>
            <w:r>
              <w:t>通修</w:t>
            </w:r>
          </w:p>
        </w:tc>
      </w:tr>
      <w:tr>
        <w:tc>
          <w:tcPr>
            <w:tcW w:type="dxa" w:w="2160"/>
          </w:tcPr>
          <w:p>
            <w:r>
              <w:t>00020013B</w:t>
            </w:r>
          </w:p>
        </w:tc>
        <w:tc>
          <w:tcPr>
            <w:tcW w:type="dxa" w:w="2160"/>
          </w:tcPr>
          <w:p>
            <w:r>
              <w:t>大学英语（第三层次B)</w:t>
            </w:r>
          </w:p>
        </w:tc>
        <w:tc>
          <w:tcPr>
            <w:tcW w:type="dxa" w:w="2160"/>
          </w:tcPr>
          <w:p>
            <w:r>
              <w:t>4</w:t>
            </w:r>
          </w:p>
        </w:tc>
        <w:tc>
          <w:tcPr>
            <w:tcW w:type="dxa" w:w="2160"/>
          </w:tcPr>
          <w:p>
            <w:r>
              <w:t>通修</w:t>
            </w:r>
          </w:p>
        </w:tc>
      </w:tr>
      <w:tr>
        <w:tc>
          <w:tcPr>
            <w:tcW w:type="dxa" w:w="2160"/>
          </w:tcPr>
          <w:p>
            <w:r>
              <w:t>00030032</w:t>
            </w:r>
          </w:p>
        </w:tc>
        <w:tc>
          <w:tcPr>
            <w:tcW w:type="dxa" w:w="2160"/>
          </w:tcPr>
          <w:p>
            <w:r>
              <w:t>C语言程序设计（二）</w:t>
            </w:r>
          </w:p>
        </w:tc>
        <w:tc>
          <w:tcPr>
            <w:tcW w:type="dxa" w:w="2160"/>
          </w:tcPr>
          <w:p>
            <w:r>
              <w:t>3</w:t>
            </w:r>
          </w:p>
        </w:tc>
        <w:tc>
          <w:tcPr>
            <w:tcW w:type="dxa" w:w="2160"/>
          </w:tcPr>
          <w:p>
            <w:r>
              <w:t>通修</w:t>
            </w:r>
          </w:p>
        </w:tc>
      </w:tr>
      <w:tr>
        <w:tc>
          <w:tcPr>
            <w:tcW w:type="dxa" w:w="2160"/>
          </w:tcPr>
          <w:p>
            <w:r>
              <w:t>13000020T</w:t>
            </w:r>
          </w:p>
        </w:tc>
        <w:tc>
          <w:tcPr>
            <w:tcW w:type="dxa" w:w="2160"/>
          </w:tcPr>
          <w:p>
            <w:r>
              <w:t>大学化学实验</w:t>
            </w:r>
          </w:p>
        </w:tc>
        <w:tc>
          <w:tcPr>
            <w:tcW w:type="dxa" w:w="2160"/>
          </w:tcPr>
          <w:p>
            <w:r>
              <w:t>2</w:t>
            </w:r>
          </w:p>
        </w:tc>
        <w:tc>
          <w:tcPr>
            <w:tcW w:type="dxa" w:w="2160"/>
          </w:tcPr>
          <w:p>
            <w:r>
              <w:t>通修</w:t>
            </w:r>
          </w:p>
        </w:tc>
      </w:tr>
      <w:tr>
        <w:tc>
          <w:tcPr>
            <w:tcW w:type="dxa" w:w="2160"/>
          </w:tcPr>
          <w:p>
            <w:r>
              <w:t>12000010A</w:t>
            </w:r>
          </w:p>
        </w:tc>
        <w:tc>
          <w:tcPr>
            <w:tcW w:type="dxa" w:w="2160"/>
          </w:tcPr>
          <w:p>
            <w:r>
              <w:t>大学物理实验（一）</w:t>
            </w:r>
          </w:p>
        </w:tc>
        <w:tc>
          <w:tcPr>
            <w:tcW w:type="dxa" w:w="2160"/>
          </w:tcPr>
          <w:p>
            <w:r>
              <w:t>3</w:t>
            </w:r>
          </w:p>
        </w:tc>
        <w:tc>
          <w:tcPr>
            <w:tcW w:type="dxa" w:w="2160"/>
          </w:tcPr>
          <w:p>
            <w:r>
              <w:t>平台</w:t>
            </w:r>
          </w:p>
        </w:tc>
      </w:tr>
      <w:tr>
        <w:tc>
          <w:tcPr>
            <w:tcW w:type="dxa" w:w="2160"/>
          </w:tcPr>
          <w:p>
            <w:r>
              <w:t>15050010</w:t>
            </w:r>
          </w:p>
        </w:tc>
        <w:tc>
          <w:tcPr>
            <w:tcW w:type="dxa" w:w="2160"/>
          </w:tcPr>
          <w:p>
            <w:r>
              <w:t>地下水动力学</w:t>
            </w:r>
          </w:p>
        </w:tc>
        <w:tc>
          <w:tcPr>
            <w:tcW w:type="dxa" w:w="2160"/>
          </w:tcPr>
          <w:p>
            <w:r>
              <w:t>5</w:t>
            </w:r>
          </w:p>
        </w:tc>
        <w:tc>
          <w:tcPr>
            <w:tcW w:type="dxa" w:w="2160"/>
          </w:tcPr>
          <w:p>
            <w:r>
              <w:t>核心</w:t>
            </w:r>
          </w:p>
        </w:tc>
      </w:tr>
      <w:tr>
        <w:tc>
          <w:tcPr>
            <w:tcW w:type="dxa" w:w="2160"/>
          </w:tcPr>
          <w:p>
            <w:r>
              <w:t>15040120</w:t>
            </w:r>
          </w:p>
        </w:tc>
        <w:tc>
          <w:tcPr>
            <w:tcW w:type="dxa" w:w="2160"/>
          </w:tcPr>
          <w:p>
            <w:r>
              <w:t>地下水资源勘查与评价</w:t>
            </w:r>
          </w:p>
        </w:tc>
        <w:tc>
          <w:tcPr>
            <w:tcW w:type="dxa" w:w="2160"/>
          </w:tcPr>
          <w:p>
            <w:r>
              <w:t>4</w:t>
            </w:r>
          </w:p>
        </w:tc>
        <w:tc>
          <w:tcPr>
            <w:tcW w:type="dxa" w:w="2160"/>
          </w:tcPr>
          <w:p>
            <w:r>
              <w:t>选修A</w:t>
            </w:r>
          </w:p>
        </w:tc>
      </w:tr>
      <w:tr>
        <w:tc>
          <w:tcPr>
            <w:tcW w:type="dxa" w:w="2160"/>
          </w:tcPr>
          <w:p>
            <w:r>
              <w:t>15080010</w:t>
            </w:r>
          </w:p>
        </w:tc>
        <w:tc>
          <w:tcPr>
            <w:tcW w:type="dxa" w:w="2160"/>
          </w:tcPr>
          <w:p>
            <w:r>
              <w:t>普地实习</w:t>
            </w:r>
          </w:p>
        </w:tc>
        <w:tc>
          <w:tcPr>
            <w:tcW w:type="dxa" w:w="2160"/>
          </w:tcPr>
          <w:p>
            <w:r>
              <w:t>3</w:t>
            </w:r>
          </w:p>
        </w:tc>
        <w:tc>
          <w:tcPr>
            <w:tcW w:type="dxa" w:w="2160"/>
          </w:tcPr>
          <w:p>
            <w:r>
              <w:t>核心</w:t>
            </w:r>
          </w:p>
        </w:tc>
      </w:tr>
      <w:tr>
        <w:tc>
          <w:tcPr>
            <w:tcW w:type="dxa" w:w="2160"/>
          </w:tcPr>
          <w:p>
            <w:r>
              <w:t>11100200</w:t>
            </w:r>
          </w:p>
        </w:tc>
        <w:tc>
          <w:tcPr>
            <w:tcW w:type="dxa" w:w="2160"/>
          </w:tcPr>
          <w:p>
            <w:r>
              <w:t>概率论与数理统计</w:t>
            </w:r>
          </w:p>
        </w:tc>
        <w:tc>
          <w:tcPr>
            <w:tcW w:type="dxa" w:w="2160"/>
          </w:tcPr>
          <w:p>
            <w:r>
              <w:t>3</w:t>
            </w:r>
          </w:p>
        </w:tc>
        <w:tc>
          <w:tcPr>
            <w:tcW w:type="dxa" w:w="2160"/>
          </w:tcPr>
          <w:p>
            <w:r>
              <w:t>核心</w:t>
            </w:r>
          </w:p>
        </w:tc>
      </w:tr>
      <w:tr>
        <w:tc>
          <w:tcPr>
            <w:tcW w:type="dxa" w:w="2160"/>
          </w:tcPr>
          <w:p>
            <w:r>
              <w:t>15000020</w:t>
            </w:r>
          </w:p>
        </w:tc>
        <w:tc>
          <w:tcPr>
            <w:tcW w:type="dxa" w:w="2160"/>
          </w:tcPr>
          <w:p>
            <w:r>
              <w:t>构造地质学</w:t>
            </w:r>
          </w:p>
        </w:tc>
        <w:tc>
          <w:tcPr>
            <w:tcW w:type="dxa" w:w="2160"/>
          </w:tcPr>
          <w:p>
            <w:r>
              <w:t>4</w:t>
            </w:r>
          </w:p>
        </w:tc>
        <w:tc>
          <w:tcPr>
            <w:tcW w:type="dxa" w:w="2160"/>
          </w:tcPr>
          <w:p>
            <w:r>
              <w:t>平台</w:t>
            </w:r>
          </w:p>
        </w:tc>
      </w:tr>
      <w:tr>
        <w:tc>
          <w:tcPr>
            <w:tcW w:type="dxa" w:w="2160"/>
          </w:tcPr>
          <w:p>
            <w:r>
              <w:t>13030250B</w:t>
            </w:r>
          </w:p>
        </w:tc>
        <w:tc>
          <w:tcPr>
            <w:tcW w:type="dxa" w:w="2160"/>
          </w:tcPr>
          <w:p>
            <w:r>
              <w:t>基础化学</w:t>
            </w:r>
          </w:p>
        </w:tc>
        <w:tc>
          <w:tcPr>
            <w:tcW w:type="dxa" w:w="2160"/>
          </w:tcPr>
          <w:p>
            <w:r>
              <w:t>3</w:t>
            </w:r>
          </w:p>
        </w:tc>
        <w:tc>
          <w:tcPr>
            <w:tcW w:type="dxa" w:w="2160"/>
          </w:tcPr>
          <w:p>
            <w:r>
              <w:t>平台</w:t>
            </w:r>
          </w:p>
        </w:tc>
      </w:tr>
      <w:tr>
        <w:tc>
          <w:tcPr>
            <w:tcW w:type="dxa" w:w="2160"/>
          </w:tcPr>
          <w:p>
            <w:r>
              <w:t>13030250A</w:t>
            </w:r>
          </w:p>
        </w:tc>
        <w:tc>
          <w:tcPr>
            <w:tcW w:type="dxa" w:w="2160"/>
          </w:tcPr>
          <w:p>
            <w:r>
              <w:t>基础化学</w:t>
            </w:r>
          </w:p>
        </w:tc>
        <w:tc>
          <w:tcPr>
            <w:tcW w:type="dxa" w:w="2160"/>
          </w:tcPr>
          <w:p>
            <w:r>
              <w:t>3</w:t>
            </w:r>
          </w:p>
        </w:tc>
        <w:tc>
          <w:tcPr>
            <w:tcW w:type="dxa" w:w="2160"/>
          </w:tcPr>
          <w:p>
            <w:r>
              <w:t>平台</w:t>
            </w:r>
          </w:p>
        </w:tc>
      </w:tr>
      <w:tr>
        <w:tc>
          <w:tcPr>
            <w:tcW w:type="dxa" w:w="2160"/>
          </w:tcPr>
          <w:p>
            <w:r>
              <w:t>15020220</w:t>
            </w:r>
          </w:p>
        </w:tc>
        <w:tc>
          <w:tcPr>
            <w:tcW w:type="dxa" w:w="2160"/>
          </w:tcPr>
          <w:p>
            <w:r>
              <w:t>岩石学（水工专业版）</w:t>
            </w:r>
          </w:p>
        </w:tc>
        <w:tc>
          <w:tcPr>
            <w:tcW w:type="dxa" w:w="2160"/>
          </w:tcPr>
          <w:p>
            <w:r>
              <w:t>2</w:t>
            </w:r>
          </w:p>
        </w:tc>
        <w:tc>
          <w:tcPr>
            <w:tcW w:type="dxa" w:w="2160"/>
          </w:tcPr>
          <w:p>
            <w:r>
              <w:t>核心</w:t>
            </w:r>
          </w:p>
        </w:tc>
      </w:tr>
      <w:tr>
        <w:tc>
          <w:tcPr>
            <w:tcW w:type="dxa" w:w="2160"/>
          </w:tcPr>
          <w:p>
            <w:r>
              <w:t>15020210</w:t>
            </w:r>
          </w:p>
        </w:tc>
        <w:tc>
          <w:tcPr>
            <w:tcW w:type="dxa" w:w="2160"/>
          </w:tcPr>
          <w:p>
            <w:r>
              <w:t>矿物学</w:t>
            </w:r>
          </w:p>
        </w:tc>
        <w:tc>
          <w:tcPr>
            <w:tcW w:type="dxa" w:w="2160"/>
          </w:tcPr>
          <w:p>
            <w:r>
              <w:t>2</w:t>
            </w:r>
          </w:p>
        </w:tc>
        <w:tc>
          <w:tcPr>
            <w:tcW w:type="dxa" w:w="2160"/>
          </w:tcPr>
          <w:p>
            <w:r>
              <w:t>核心</w:t>
            </w:r>
          </w:p>
        </w:tc>
      </w:tr>
      <w:tr>
        <w:tc>
          <w:tcPr>
            <w:tcW w:type="dxa" w:w="2160"/>
          </w:tcPr>
          <w:p>
            <w:r>
              <w:t>15000010</w:t>
            </w:r>
          </w:p>
        </w:tc>
        <w:tc>
          <w:tcPr>
            <w:tcW w:type="dxa" w:w="2160"/>
          </w:tcPr>
          <w:p>
            <w:r>
              <w:t>普通地质学</w:t>
            </w:r>
          </w:p>
        </w:tc>
        <w:tc>
          <w:tcPr>
            <w:tcW w:type="dxa" w:w="2160"/>
          </w:tcPr>
          <w:p>
            <w:r>
              <w:t>4</w:t>
            </w:r>
          </w:p>
        </w:tc>
        <w:tc>
          <w:tcPr>
            <w:tcW w:type="dxa" w:w="2160"/>
          </w:tcPr>
          <w:p>
            <w:r>
              <w:t>通修</w:t>
            </w:r>
          </w:p>
        </w:tc>
      </w:tr>
      <w:tr>
        <w:tc>
          <w:tcPr>
            <w:tcW w:type="dxa" w:w="2160"/>
          </w:tcPr>
          <w:p>
            <w:r>
              <w:t>12000014A</w:t>
            </w:r>
          </w:p>
        </w:tc>
        <w:tc>
          <w:tcPr>
            <w:tcW w:type="dxa" w:w="2160"/>
          </w:tcPr>
          <w:p>
            <w:r>
              <w:t>普通物理（上）</w:t>
            </w:r>
          </w:p>
        </w:tc>
        <w:tc>
          <w:tcPr>
            <w:tcW w:type="dxa" w:w="2160"/>
          </w:tcPr>
          <w:p>
            <w:r>
              <w:t>3</w:t>
            </w:r>
          </w:p>
        </w:tc>
        <w:tc>
          <w:tcPr>
            <w:tcW w:type="dxa" w:w="2160"/>
          </w:tcPr>
          <w:p>
            <w:r>
              <w:t>平台</w:t>
            </w:r>
          </w:p>
        </w:tc>
      </w:tr>
      <w:tr>
        <w:tc>
          <w:tcPr>
            <w:tcW w:type="dxa" w:w="2160"/>
          </w:tcPr>
          <w:p>
            <w:r>
              <w:t>12000014B</w:t>
            </w:r>
          </w:p>
        </w:tc>
        <w:tc>
          <w:tcPr>
            <w:tcW w:type="dxa" w:w="2160"/>
          </w:tcPr>
          <w:p>
            <w:r>
              <w:t>普通物理（下）</w:t>
            </w:r>
          </w:p>
        </w:tc>
        <w:tc>
          <w:tcPr>
            <w:tcW w:type="dxa" w:w="2160"/>
          </w:tcPr>
          <w:p>
            <w:r>
              <w:t>3</w:t>
            </w:r>
          </w:p>
        </w:tc>
        <w:tc>
          <w:tcPr>
            <w:tcW w:type="dxa" w:w="2160"/>
          </w:tcPr>
          <w:p>
            <w:r>
              <w:t>核心</w:t>
            </w:r>
          </w:p>
        </w:tc>
      </w:tr>
      <w:tr>
        <w:tc>
          <w:tcPr>
            <w:tcW w:type="dxa" w:w="2160"/>
          </w:tcPr>
          <w:p>
            <w:r>
              <w:t>15080020</w:t>
            </w:r>
          </w:p>
        </w:tc>
        <w:tc>
          <w:tcPr>
            <w:tcW w:type="dxa" w:w="2160"/>
          </w:tcPr>
          <w:p>
            <w:r>
              <w:t>区测实习</w:t>
            </w:r>
          </w:p>
        </w:tc>
        <w:tc>
          <w:tcPr>
            <w:tcW w:type="dxa" w:w="2160"/>
          </w:tcPr>
          <w:p>
            <w:r>
              <w:t>3</w:t>
            </w:r>
          </w:p>
        </w:tc>
        <w:tc>
          <w:tcPr>
            <w:tcW w:type="dxa" w:w="2160"/>
          </w:tcPr>
          <w:p>
            <w:r>
              <w:t>选修A</w:t>
            </w:r>
          </w:p>
        </w:tc>
      </w:tr>
      <w:tr>
        <w:tc>
          <w:tcPr>
            <w:tcW w:type="dxa" w:w="2160"/>
          </w:tcPr>
          <w:p>
            <w:r>
              <w:t>12000070</w:t>
            </w:r>
          </w:p>
        </w:tc>
        <w:tc>
          <w:tcPr>
            <w:tcW w:type="dxa" w:w="2160"/>
          </w:tcPr>
          <w:p>
            <w:r>
              <w:t>数学物理方法</w:t>
            </w:r>
          </w:p>
        </w:tc>
        <w:tc>
          <w:tcPr>
            <w:tcW w:type="dxa" w:w="2160"/>
          </w:tcPr>
          <w:p>
            <w:r>
              <w:t>3</w:t>
            </w:r>
          </w:p>
        </w:tc>
        <w:tc>
          <w:tcPr>
            <w:tcW w:type="dxa" w:w="2160"/>
          </w:tcPr>
          <w:p>
            <w:r>
              <w:t>选修A</w:t>
            </w:r>
          </w:p>
        </w:tc>
      </w:tr>
      <w:tr>
        <w:tc>
          <w:tcPr>
            <w:tcW w:type="dxa" w:w="2160"/>
          </w:tcPr>
          <w:p>
            <w:r>
              <w:t>15040010</w:t>
            </w:r>
          </w:p>
        </w:tc>
        <w:tc>
          <w:tcPr>
            <w:tcW w:type="dxa" w:w="2160"/>
          </w:tcPr>
          <w:p>
            <w:r>
              <w:t>水力学</w:t>
            </w:r>
          </w:p>
        </w:tc>
        <w:tc>
          <w:tcPr>
            <w:tcW w:type="dxa" w:w="2160"/>
          </w:tcPr>
          <w:p>
            <w:r>
              <w:t>3</w:t>
            </w:r>
          </w:p>
        </w:tc>
        <w:tc>
          <w:tcPr>
            <w:tcW w:type="dxa" w:w="2160"/>
          </w:tcPr>
          <w:p>
            <w:r>
              <w:t>平台</w:t>
            </w:r>
          </w:p>
        </w:tc>
      </w:tr>
      <w:tr>
        <w:tc>
          <w:tcPr>
            <w:tcW w:type="dxa" w:w="2160"/>
          </w:tcPr>
          <w:p>
            <w:r>
              <w:t>15040100</w:t>
            </w:r>
          </w:p>
        </w:tc>
        <w:tc>
          <w:tcPr>
            <w:tcW w:type="dxa" w:w="2160"/>
          </w:tcPr>
          <w:p>
            <w:r>
              <w:t>水文测验与水文水利计算</w:t>
            </w:r>
          </w:p>
        </w:tc>
        <w:tc>
          <w:tcPr>
            <w:tcW w:type="dxa" w:w="2160"/>
          </w:tcPr>
          <w:p>
            <w:r>
              <w:t>3</w:t>
            </w:r>
          </w:p>
        </w:tc>
        <w:tc>
          <w:tcPr>
            <w:tcW w:type="dxa" w:w="2160"/>
          </w:tcPr>
          <w:p>
            <w:r>
              <w:t>选修A</w:t>
            </w:r>
          </w:p>
        </w:tc>
      </w:tr>
      <w:tr>
        <w:tc>
          <w:tcPr>
            <w:tcW w:type="dxa" w:w="2160"/>
          </w:tcPr>
          <w:p>
            <w:r>
              <w:t>15040110</w:t>
            </w:r>
          </w:p>
        </w:tc>
        <w:tc>
          <w:tcPr>
            <w:tcW w:type="dxa" w:w="2160"/>
          </w:tcPr>
          <w:p>
            <w:r>
              <w:t>水环境化学</w:t>
            </w:r>
          </w:p>
        </w:tc>
        <w:tc>
          <w:tcPr>
            <w:tcW w:type="dxa" w:w="2160"/>
          </w:tcPr>
          <w:p>
            <w:r>
              <w:t>2</w:t>
            </w:r>
          </w:p>
        </w:tc>
        <w:tc>
          <w:tcPr>
            <w:tcW w:type="dxa" w:w="2160"/>
          </w:tcPr>
          <w:p>
            <w:r>
              <w:t>选修A</w:t>
            </w:r>
          </w:p>
        </w:tc>
      </w:tr>
      <w:tr>
        <w:tc>
          <w:tcPr>
            <w:tcW w:type="dxa" w:w="2160"/>
          </w:tcPr>
          <w:p>
            <w:r>
              <w:t>15050020</w:t>
            </w:r>
          </w:p>
        </w:tc>
        <w:tc>
          <w:tcPr>
            <w:tcW w:type="dxa" w:w="2160"/>
          </w:tcPr>
          <w:p>
            <w:r>
              <w:t>水文地球化学</w:t>
            </w:r>
          </w:p>
        </w:tc>
        <w:tc>
          <w:tcPr>
            <w:tcW w:type="dxa" w:w="2160"/>
          </w:tcPr>
          <w:p>
            <w:r>
              <w:t>3</w:t>
            </w:r>
          </w:p>
        </w:tc>
        <w:tc>
          <w:tcPr>
            <w:tcW w:type="dxa" w:w="2160"/>
          </w:tcPr>
          <w:p>
            <w:r>
              <w:t>核心</w:t>
            </w:r>
          </w:p>
        </w:tc>
      </w:tr>
      <w:tr>
        <w:tc>
          <w:tcPr>
            <w:tcW w:type="dxa" w:w="2160"/>
          </w:tcPr>
          <w:p>
            <w:r>
              <w:t>15040020</w:t>
            </w:r>
          </w:p>
        </w:tc>
        <w:tc>
          <w:tcPr>
            <w:tcW w:type="dxa" w:w="2160"/>
          </w:tcPr>
          <w:p>
            <w:r>
              <w:t>水文地质学基础</w:t>
            </w:r>
          </w:p>
        </w:tc>
        <w:tc>
          <w:tcPr>
            <w:tcW w:type="dxa" w:w="2160"/>
          </w:tcPr>
          <w:p>
            <w:r>
              <w:t>4</w:t>
            </w:r>
          </w:p>
        </w:tc>
        <w:tc>
          <w:tcPr>
            <w:tcW w:type="dxa" w:w="2160"/>
          </w:tcPr>
          <w:p>
            <w:r>
              <w:t>选修A</w:t>
            </w:r>
          </w:p>
        </w:tc>
      </w:tr>
      <w:tr>
        <w:tc>
          <w:tcPr>
            <w:tcW w:type="dxa" w:w="2160"/>
          </w:tcPr>
          <w:p>
            <w:r>
              <w:t>15040030</w:t>
            </w:r>
          </w:p>
        </w:tc>
        <w:tc>
          <w:tcPr>
            <w:tcW w:type="dxa" w:w="2160"/>
          </w:tcPr>
          <w:p>
            <w:r>
              <w:t>水文学原理</w:t>
            </w:r>
          </w:p>
        </w:tc>
        <w:tc>
          <w:tcPr>
            <w:tcW w:type="dxa" w:w="2160"/>
          </w:tcPr>
          <w:p>
            <w:r>
              <w:t>2</w:t>
            </w:r>
          </w:p>
        </w:tc>
        <w:tc>
          <w:tcPr>
            <w:tcW w:type="dxa" w:w="2160"/>
          </w:tcPr>
          <w:p>
            <w:r>
              <w:t>核心</w:t>
            </w:r>
          </w:p>
        </w:tc>
      </w:tr>
      <w:tr>
        <w:tc>
          <w:tcPr>
            <w:tcW w:type="dxa" w:w="2160"/>
          </w:tcPr>
          <w:p>
            <w:r>
              <w:t>15050040</w:t>
            </w:r>
          </w:p>
        </w:tc>
        <w:tc>
          <w:tcPr>
            <w:tcW w:type="dxa" w:w="2160"/>
          </w:tcPr>
          <w:p>
            <w:r>
              <w:t>土质学与土力学</w:t>
            </w:r>
          </w:p>
        </w:tc>
        <w:tc>
          <w:tcPr>
            <w:tcW w:type="dxa" w:w="2160"/>
          </w:tcPr>
          <w:p>
            <w:r>
              <w:t>4</w:t>
            </w:r>
          </w:p>
        </w:tc>
        <w:tc>
          <w:tcPr>
            <w:tcW w:type="dxa" w:w="2160"/>
          </w:tcPr>
          <w:p>
            <w:r>
              <w:t>通修</w:t>
            </w:r>
          </w:p>
        </w:tc>
      </w:tr>
      <w:tr>
        <w:tc>
          <w:tcPr>
            <w:tcW w:type="dxa" w:w="2160"/>
          </w:tcPr>
          <w:p>
            <w:r>
              <w:t>00010011A</w:t>
            </w:r>
          </w:p>
        </w:tc>
        <w:tc>
          <w:tcPr>
            <w:tcW w:type="dxa" w:w="2160"/>
          </w:tcPr>
          <w:p>
            <w:r>
              <w:t>微积分I(第一层次)</w:t>
            </w:r>
          </w:p>
        </w:tc>
        <w:tc>
          <w:tcPr>
            <w:tcW w:type="dxa" w:w="2160"/>
          </w:tcPr>
          <w:p>
            <w:r>
              <w:t>5</w:t>
            </w:r>
          </w:p>
        </w:tc>
        <w:tc>
          <w:tcPr>
            <w:tcW w:type="dxa" w:w="2160"/>
          </w:tcPr>
          <w:p>
            <w:r>
              <w:t>通修</w:t>
            </w:r>
          </w:p>
        </w:tc>
      </w:tr>
      <w:tr>
        <w:tc>
          <w:tcPr>
            <w:tcW w:type="dxa" w:w="2160"/>
          </w:tcPr>
          <w:p>
            <w:r>
              <w:t>00010011B</w:t>
            </w:r>
          </w:p>
        </w:tc>
        <w:tc>
          <w:tcPr>
            <w:tcW w:type="dxa" w:w="2160"/>
          </w:tcPr>
          <w:p>
            <w:r>
              <w:t>微积分II(第一层次)</w:t>
            </w:r>
          </w:p>
        </w:tc>
        <w:tc>
          <w:tcPr>
            <w:tcW w:type="dxa" w:w="2160"/>
          </w:tcPr>
          <w:p>
            <w:r>
              <w:t>5</w:t>
            </w:r>
          </w:p>
        </w:tc>
        <w:tc>
          <w:tcPr>
            <w:tcW w:type="dxa" w:w="2160"/>
          </w:tcPr>
          <w:p>
            <w:r>
              <w:t>通修</w:t>
            </w:r>
          </w:p>
        </w:tc>
      </w:tr>
      <w:tr>
        <w:tc>
          <w:tcPr>
            <w:tcW w:type="dxa" w:w="2160"/>
          </w:tcPr>
          <w:p>
            <w:r>
              <w:t>00010011C</w:t>
            </w:r>
          </w:p>
        </w:tc>
        <w:tc>
          <w:tcPr>
            <w:tcW w:type="dxa" w:w="2160"/>
          </w:tcPr>
          <w:p>
            <w:r>
              <w:t>线性代数(第一层次)</w:t>
            </w:r>
          </w:p>
        </w:tc>
        <w:tc>
          <w:tcPr>
            <w:tcW w:type="dxa" w:w="2160"/>
          </w:tcPr>
          <w:p>
            <w:r>
              <w:t>4</w:t>
            </w:r>
          </w:p>
        </w:tc>
        <w:tc>
          <w:tcPr>
            <w:tcW w:type="dxa" w:w="2160"/>
          </w:tcPr>
          <w:p>
            <w:r>
              <w:t>核心</w:t>
            </w:r>
          </w:p>
        </w:tc>
      </w:tr>
    </w:tbl>
    <w:p>
      <w:r>
        <w:t>地质工程专业：</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课程编号</w:t>
            </w:r>
          </w:p>
        </w:tc>
        <w:tc>
          <w:tcPr>
            <w:tcW w:type="dxa" w:w="2160"/>
          </w:tcPr>
          <w:p>
            <w:r>
              <w:t>课程名</w:t>
            </w:r>
          </w:p>
        </w:tc>
        <w:tc>
          <w:tcPr>
            <w:tcW w:type="dxa" w:w="2160"/>
          </w:tcPr>
          <w:p>
            <w:r>
              <w:t>学分</w:t>
            </w:r>
          </w:p>
        </w:tc>
        <w:tc>
          <w:tcPr>
            <w:tcW w:type="dxa" w:w="2160"/>
          </w:tcPr>
          <w:p>
            <w:r>
              <w:t>课程性质</w:t>
            </w:r>
          </w:p>
        </w:tc>
      </w:tr>
      <w:tr>
        <w:tc>
          <w:tcPr>
            <w:tcW w:type="dxa" w:w="2160"/>
          </w:tcPr>
          <w:p>
            <w:r>
              <w:t>00020012A</w:t>
            </w:r>
          </w:p>
        </w:tc>
        <w:tc>
          <w:tcPr>
            <w:tcW w:type="dxa" w:w="2160"/>
          </w:tcPr>
          <w:p>
            <w:r>
              <w:t>大学英语（第二层次A)</w:t>
            </w:r>
          </w:p>
        </w:tc>
        <w:tc>
          <w:tcPr>
            <w:tcW w:type="dxa" w:w="2160"/>
          </w:tcPr>
          <w:p>
            <w:r>
              <w:t>4</w:t>
            </w:r>
          </w:p>
        </w:tc>
        <w:tc>
          <w:tcPr>
            <w:tcW w:type="dxa" w:w="2160"/>
          </w:tcPr>
          <w:p>
            <w:r>
              <w:t>通修</w:t>
            </w:r>
          </w:p>
        </w:tc>
      </w:tr>
      <w:tr>
        <w:tc>
          <w:tcPr>
            <w:tcW w:type="dxa" w:w="2160"/>
          </w:tcPr>
          <w:p>
            <w:r>
              <w:t>00020012B</w:t>
            </w:r>
          </w:p>
        </w:tc>
        <w:tc>
          <w:tcPr>
            <w:tcW w:type="dxa" w:w="2160"/>
          </w:tcPr>
          <w:p>
            <w:r>
              <w:t>大学英语（第二层次B)</w:t>
            </w:r>
          </w:p>
        </w:tc>
        <w:tc>
          <w:tcPr>
            <w:tcW w:type="dxa" w:w="2160"/>
          </w:tcPr>
          <w:p>
            <w:r>
              <w:t>4</w:t>
            </w:r>
          </w:p>
        </w:tc>
        <w:tc>
          <w:tcPr>
            <w:tcW w:type="dxa" w:w="2160"/>
          </w:tcPr>
          <w:p>
            <w:r>
              <w:t>通修</w:t>
            </w:r>
          </w:p>
        </w:tc>
      </w:tr>
      <w:tr>
        <w:tc>
          <w:tcPr>
            <w:tcW w:type="dxa" w:w="2160"/>
          </w:tcPr>
          <w:p>
            <w:r>
              <w:t>00030032</w:t>
            </w:r>
          </w:p>
        </w:tc>
        <w:tc>
          <w:tcPr>
            <w:tcW w:type="dxa" w:w="2160"/>
          </w:tcPr>
          <w:p>
            <w:r>
              <w:t>C语言程序设计（二）</w:t>
            </w:r>
          </w:p>
        </w:tc>
        <w:tc>
          <w:tcPr>
            <w:tcW w:type="dxa" w:w="2160"/>
          </w:tcPr>
          <w:p>
            <w:r>
              <w:t>3</w:t>
            </w:r>
          </w:p>
        </w:tc>
        <w:tc>
          <w:tcPr>
            <w:tcW w:type="dxa" w:w="2160"/>
          </w:tcPr>
          <w:p>
            <w:r>
              <w:t>通修</w:t>
            </w:r>
          </w:p>
        </w:tc>
      </w:tr>
      <w:tr>
        <w:tc>
          <w:tcPr>
            <w:tcW w:type="dxa" w:w="2160"/>
          </w:tcPr>
          <w:p>
            <w:r>
              <w:t>13000020T</w:t>
            </w:r>
          </w:p>
        </w:tc>
        <w:tc>
          <w:tcPr>
            <w:tcW w:type="dxa" w:w="2160"/>
          </w:tcPr>
          <w:p>
            <w:r>
              <w:t>大学化学实验</w:t>
            </w:r>
          </w:p>
        </w:tc>
        <w:tc>
          <w:tcPr>
            <w:tcW w:type="dxa" w:w="2160"/>
          </w:tcPr>
          <w:p>
            <w:r>
              <w:t>2</w:t>
            </w:r>
          </w:p>
        </w:tc>
        <w:tc>
          <w:tcPr>
            <w:tcW w:type="dxa" w:w="2160"/>
          </w:tcPr>
          <w:p>
            <w:r>
              <w:t>通修</w:t>
            </w:r>
          </w:p>
        </w:tc>
      </w:tr>
      <w:tr>
        <w:tc>
          <w:tcPr>
            <w:tcW w:type="dxa" w:w="2160"/>
          </w:tcPr>
          <w:p>
            <w:r>
              <w:t>12000010A</w:t>
            </w:r>
          </w:p>
        </w:tc>
        <w:tc>
          <w:tcPr>
            <w:tcW w:type="dxa" w:w="2160"/>
          </w:tcPr>
          <w:p>
            <w:r>
              <w:t>大学物理实验（一）</w:t>
            </w:r>
          </w:p>
        </w:tc>
        <w:tc>
          <w:tcPr>
            <w:tcW w:type="dxa" w:w="2160"/>
          </w:tcPr>
          <w:p>
            <w:r>
              <w:t>3</w:t>
            </w:r>
          </w:p>
        </w:tc>
        <w:tc>
          <w:tcPr>
            <w:tcW w:type="dxa" w:w="2160"/>
          </w:tcPr>
          <w:p>
            <w:r>
              <w:t>平台</w:t>
            </w:r>
          </w:p>
        </w:tc>
      </w:tr>
      <w:tr>
        <w:tc>
          <w:tcPr>
            <w:tcW w:type="dxa" w:w="2160"/>
          </w:tcPr>
          <w:p>
            <w:r>
              <w:t>15030070</w:t>
            </w:r>
          </w:p>
        </w:tc>
        <w:tc>
          <w:tcPr>
            <w:tcW w:type="dxa" w:w="2160"/>
          </w:tcPr>
          <w:p>
            <w:r>
              <w:t>弹性力学</w:t>
            </w:r>
          </w:p>
        </w:tc>
        <w:tc>
          <w:tcPr>
            <w:tcW w:type="dxa" w:w="2160"/>
          </w:tcPr>
          <w:p>
            <w:r>
              <w:t>3</w:t>
            </w:r>
          </w:p>
        </w:tc>
        <w:tc>
          <w:tcPr>
            <w:tcW w:type="dxa" w:w="2160"/>
          </w:tcPr>
          <w:p>
            <w:r>
              <w:t>选修A</w:t>
            </w:r>
          </w:p>
        </w:tc>
      </w:tr>
      <w:tr>
        <w:tc>
          <w:tcPr>
            <w:tcW w:type="dxa" w:w="2160"/>
          </w:tcPr>
          <w:p>
            <w:r>
              <w:t>15030050</w:t>
            </w:r>
          </w:p>
        </w:tc>
        <w:tc>
          <w:tcPr>
            <w:tcW w:type="dxa" w:w="2160"/>
          </w:tcPr>
          <w:p>
            <w:r>
              <w:t>地基处理与基础设计</w:t>
            </w:r>
          </w:p>
        </w:tc>
        <w:tc>
          <w:tcPr>
            <w:tcW w:type="dxa" w:w="2160"/>
          </w:tcPr>
          <w:p>
            <w:r>
              <w:t>4</w:t>
            </w:r>
          </w:p>
        </w:tc>
        <w:tc>
          <w:tcPr>
            <w:tcW w:type="dxa" w:w="2160"/>
          </w:tcPr>
          <w:p>
            <w:r>
              <w:t>核心</w:t>
            </w:r>
          </w:p>
        </w:tc>
      </w:tr>
      <w:tr>
        <w:tc>
          <w:tcPr>
            <w:tcW w:type="dxa" w:w="2160"/>
          </w:tcPr>
          <w:p>
            <w:r>
              <w:t>15030090</w:t>
            </w:r>
          </w:p>
        </w:tc>
        <w:tc>
          <w:tcPr>
            <w:tcW w:type="dxa" w:w="2160"/>
          </w:tcPr>
          <w:p>
            <w:r>
              <w:t>岩石力学</w:t>
            </w:r>
          </w:p>
        </w:tc>
        <w:tc>
          <w:tcPr>
            <w:tcW w:type="dxa" w:w="2160"/>
          </w:tcPr>
          <w:p>
            <w:r>
              <w:t>3</w:t>
            </w:r>
          </w:p>
        </w:tc>
        <w:tc>
          <w:tcPr>
            <w:tcW w:type="dxa" w:w="2160"/>
          </w:tcPr>
          <w:p>
            <w:r>
              <w:t>选修A</w:t>
            </w:r>
          </w:p>
        </w:tc>
      </w:tr>
      <w:tr>
        <w:tc>
          <w:tcPr>
            <w:tcW w:type="dxa" w:w="2160"/>
          </w:tcPr>
          <w:p>
            <w:r>
              <w:t>15080010</w:t>
            </w:r>
          </w:p>
        </w:tc>
        <w:tc>
          <w:tcPr>
            <w:tcW w:type="dxa" w:w="2160"/>
          </w:tcPr>
          <w:p>
            <w:r>
              <w:t>普地实习</w:t>
            </w:r>
          </w:p>
        </w:tc>
        <w:tc>
          <w:tcPr>
            <w:tcW w:type="dxa" w:w="2160"/>
          </w:tcPr>
          <w:p>
            <w:r>
              <w:t>3</w:t>
            </w:r>
          </w:p>
        </w:tc>
        <w:tc>
          <w:tcPr>
            <w:tcW w:type="dxa" w:w="2160"/>
          </w:tcPr>
          <w:p>
            <w:r>
              <w:t>核心</w:t>
            </w:r>
          </w:p>
        </w:tc>
      </w:tr>
      <w:tr>
        <w:tc>
          <w:tcPr>
            <w:tcW w:type="dxa" w:w="2160"/>
          </w:tcPr>
          <w:p>
            <w:r>
              <w:t>11100200</w:t>
            </w:r>
          </w:p>
        </w:tc>
        <w:tc>
          <w:tcPr>
            <w:tcW w:type="dxa" w:w="2160"/>
          </w:tcPr>
          <w:p>
            <w:r>
              <w:t>概率论与数理统计</w:t>
            </w:r>
          </w:p>
        </w:tc>
        <w:tc>
          <w:tcPr>
            <w:tcW w:type="dxa" w:w="2160"/>
          </w:tcPr>
          <w:p>
            <w:r>
              <w:t>3</w:t>
            </w:r>
          </w:p>
        </w:tc>
        <w:tc>
          <w:tcPr>
            <w:tcW w:type="dxa" w:w="2160"/>
          </w:tcPr>
          <w:p>
            <w:r>
              <w:t>核心</w:t>
            </w:r>
          </w:p>
        </w:tc>
      </w:tr>
      <w:tr>
        <w:tc>
          <w:tcPr>
            <w:tcW w:type="dxa" w:w="2160"/>
          </w:tcPr>
          <w:p>
            <w:r>
              <w:t>15030060</w:t>
            </w:r>
          </w:p>
        </w:tc>
        <w:tc>
          <w:tcPr>
            <w:tcW w:type="dxa" w:w="2160"/>
          </w:tcPr>
          <w:p>
            <w:r>
              <w:t>工程测量</w:t>
            </w:r>
          </w:p>
        </w:tc>
        <w:tc>
          <w:tcPr>
            <w:tcW w:type="dxa" w:w="2160"/>
          </w:tcPr>
          <w:p>
            <w:r>
              <w:t>3</w:t>
            </w:r>
          </w:p>
        </w:tc>
        <w:tc>
          <w:tcPr>
            <w:tcW w:type="dxa" w:w="2160"/>
          </w:tcPr>
          <w:p>
            <w:r>
              <w:t>核心</w:t>
            </w:r>
          </w:p>
        </w:tc>
      </w:tr>
      <w:tr>
        <w:tc>
          <w:tcPr>
            <w:tcW w:type="dxa" w:w="2160"/>
          </w:tcPr>
          <w:p>
            <w:r>
              <w:t>15030040</w:t>
            </w:r>
          </w:p>
        </w:tc>
        <w:tc>
          <w:tcPr>
            <w:tcW w:type="dxa" w:w="2160"/>
          </w:tcPr>
          <w:p>
            <w:r>
              <w:t>工程地质学</w:t>
            </w:r>
          </w:p>
        </w:tc>
        <w:tc>
          <w:tcPr>
            <w:tcW w:type="dxa" w:w="2160"/>
          </w:tcPr>
          <w:p>
            <w:r>
              <w:t>4</w:t>
            </w:r>
          </w:p>
        </w:tc>
        <w:tc>
          <w:tcPr>
            <w:tcW w:type="dxa" w:w="2160"/>
          </w:tcPr>
          <w:p>
            <w:r>
              <w:t>平台</w:t>
            </w:r>
          </w:p>
        </w:tc>
      </w:tr>
      <w:tr>
        <w:tc>
          <w:tcPr>
            <w:tcW w:type="dxa" w:w="2160"/>
          </w:tcPr>
          <w:p>
            <w:r>
              <w:t>15030020</w:t>
            </w:r>
          </w:p>
        </w:tc>
        <w:tc>
          <w:tcPr>
            <w:tcW w:type="dxa" w:w="2160"/>
          </w:tcPr>
          <w:p>
            <w:r>
              <w:t>工程岩土学</w:t>
            </w:r>
          </w:p>
        </w:tc>
        <w:tc>
          <w:tcPr>
            <w:tcW w:type="dxa" w:w="2160"/>
          </w:tcPr>
          <w:p>
            <w:r>
              <w:t>3</w:t>
            </w:r>
          </w:p>
        </w:tc>
        <w:tc>
          <w:tcPr>
            <w:tcW w:type="dxa" w:w="2160"/>
          </w:tcPr>
          <w:p>
            <w:r>
              <w:t>核心</w:t>
            </w:r>
          </w:p>
        </w:tc>
      </w:tr>
      <w:tr>
        <w:tc>
          <w:tcPr>
            <w:tcW w:type="dxa" w:w="2160"/>
          </w:tcPr>
          <w:p>
            <w:r>
              <w:t>15000020</w:t>
            </w:r>
          </w:p>
        </w:tc>
        <w:tc>
          <w:tcPr>
            <w:tcW w:type="dxa" w:w="2160"/>
          </w:tcPr>
          <w:p>
            <w:r>
              <w:t>构造地质学</w:t>
            </w:r>
          </w:p>
        </w:tc>
        <w:tc>
          <w:tcPr>
            <w:tcW w:type="dxa" w:w="2160"/>
          </w:tcPr>
          <w:p>
            <w:r>
              <w:t>4</w:t>
            </w:r>
          </w:p>
        </w:tc>
        <w:tc>
          <w:tcPr>
            <w:tcW w:type="dxa" w:w="2160"/>
          </w:tcPr>
          <w:p>
            <w:r>
              <w:t>平台</w:t>
            </w:r>
          </w:p>
        </w:tc>
      </w:tr>
      <w:tr>
        <w:tc>
          <w:tcPr>
            <w:tcW w:type="dxa" w:w="2160"/>
          </w:tcPr>
          <w:p>
            <w:r>
              <w:t>13030250B</w:t>
            </w:r>
          </w:p>
        </w:tc>
        <w:tc>
          <w:tcPr>
            <w:tcW w:type="dxa" w:w="2160"/>
          </w:tcPr>
          <w:p>
            <w:r>
              <w:t>基础化学</w:t>
            </w:r>
          </w:p>
        </w:tc>
        <w:tc>
          <w:tcPr>
            <w:tcW w:type="dxa" w:w="2160"/>
          </w:tcPr>
          <w:p>
            <w:r>
              <w:t>3</w:t>
            </w:r>
          </w:p>
        </w:tc>
        <w:tc>
          <w:tcPr>
            <w:tcW w:type="dxa" w:w="2160"/>
          </w:tcPr>
          <w:p>
            <w:r>
              <w:t>平台</w:t>
            </w:r>
          </w:p>
        </w:tc>
      </w:tr>
      <w:tr>
        <w:tc>
          <w:tcPr>
            <w:tcW w:type="dxa" w:w="2160"/>
          </w:tcPr>
          <w:p>
            <w:r>
              <w:t>13030250A</w:t>
            </w:r>
          </w:p>
        </w:tc>
        <w:tc>
          <w:tcPr>
            <w:tcW w:type="dxa" w:w="2160"/>
          </w:tcPr>
          <w:p>
            <w:r>
              <w:t>基础化学</w:t>
            </w:r>
          </w:p>
        </w:tc>
        <w:tc>
          <w:tcPr>
            <w:tcW w:type="dxa" w:w="2160"/>
          </w:tcPr>
          <w:p>
            <w:r>
              <w:t>3</w:t>
            </w:r>
          </w:p>
        </w:tc>
        <w:tc>
          <w:tcPr>
            <w:tcW w:type="dxa" w:w="2160"/>
          </w:tcPr>
          <w:p>
            <w:r>
              <w:t>平台</w:t>
            </w:r>
          </w:p>
        </w:tc>
      </w:tr>
      <w:tr>
        <w:tc>
          <w:tcPr>
            <w:tcW w:type="dxa" w:w="2160"/>
          </w:tcPr>
          <w:p>
            <w:r>
              <w:t>15030100</w:t>
            </w:r>
          </w:p>
        </w:tc>
        <w:tc>
          <w:tcPr>
            <w:tcW w:type="dxa" w:w="2160"/>
          </w:tcPr>
          <w:p>
            <w:r>
              <w:t>结构力学</w:t>
            </w:r>
          </w:p>
        </w:tc>
        <w:tc>
          <w:tcPr>
            <w:tcW w:type="dxa" w:w="2160"/>
          </w:tcPr>
          <w:p>
            <w:r>
              <w:t>3</w:t>
            </w:r>
          </w:p>
        </w:tc>
        <w:tc>
          <w:tcPr>
            <w:tcW w:type="dxa" w:w="2160"/>
          </w:tcPr>
          <w:p>
            <w:r>
              <w:t>选修A</w:t>
            </w:r>
          </w:p>
        </w:tc>
      </w:tr>
      <w:tr>
        <w:tc>
          <w:tcPr>
            <w:tcW w:type="dxa" w:w="2160"/>
          </w:tcPr>
          <w:p>
            <w:r>
              <w:t>15020210</w:t>
            </w:r>
          </w:p>
        </w:tc>
        <w:tc>
          <w:tcPr>
            <w:tcW w:type="dxa" w:w="2160"/>
          </w:tcPr>
          <w:p>
            <w:r>
              <w:t>矿物学</w:t>
            </w:r>
          </w:p>
        </w:tc>
        <w:tc>
          <w:tcPr>
            <w:tcW w:type="dxa" w:w="2160"/>
          </w:tcPr>
          <w:p>
            <w:r>
              <w:t>2</w:t>
            </w:r>
          </w:p>
        </w:tc>
        <w:tc>
          <w:tcPr>
            <w:tcW w:type="dxa" w:w="2160"/>
          </w:tcPr>
          <w:p>
            <w:r>
              <w:t>核心</w:t>
            </w:r>
          </w:p>
        </w:tc>
      </w:tr>
      <w:tr>
        <w:tc>
          <w:tcPr>
            <w:tcW w:type="dxa" w:w="2160"/>
          </w:tcPr>
          <w:p>
            <w:r>
              <w:t>15030010</w:t>
            </w:r>
          </w:p>
        </w:tc>
        <w:tc>
          <w:tcPr>
            <w:tcW w:type="dxa" w:w="2160"/>
          </w:tcPr>
          <w:p>
            <w:r>
              <w:t>理论力学与材料力学</w:t>
            </w:r>
          </w:p>
        </w:tc>
        <w:tc>
          <w:tcPr>
            <w:tcW w:type="dxa" w:w="2160"/>
          </w:tcPr>
          <w:p>
            <w:r>
              <w:t>3</w:t>
            </w:r>
          </w:p>
        </w:tc>
        <w:tc>
          <w:tcPr>
            <w:tcW w:type="dxa" w:w="2160"/>
          </w:tcPr>
          <w:p>
            <w:r>
              <w:t>核心</w:t>
            </w:r>
          </w:p>
        </w:tc>
      </w:tr>
      <w:tr>
        <w:tc>
          <w:tcPr>
            <w:tcW w:type="dxa" w:w="2160"/>
          </w:tcPr>
          <w:p>
            <w:r>
              <w:t>15000010</w:t>
            </w:r>
          </w:p>
        </w:tc>
        <w:tc>
          <w:tcPr>
            <w:tcW w:type="dxa" w:w="2160"/>
          </w:tcPr>
          <w:p>
            <w:r>
              <w:t>普通地质学</w:t>
            </w:r>
          </w:p>
        </w:tc>
        <w:tc>
          <w:tcPr>
            <w:tcW w:type="dxa" w:w="2160"/>
          </w:tcPr>
          <w:p>
            <w:r>
              <w:t>4</w:t>
            </w:r>
          </w:p>
        </w:tc>
        <w:tc>
          <w:tcPr>
            <w:tcW w:type="dxa" w:w="2160"/>
          </w:tcPr>
          <w:p>
            <w:r>
              <w:t>核心</w:t>
            </w:r>
          </w:p>
        </w:tc>
      </w:tr>
      <w:tr>
        <w:tc>
          <w:tcPr>
            <w:tcW w:type="dxa" w:w="2160"/>
          </w:tcPr>
          <w:p>
            <w:r>
              <w:t>12000014A</w:t>
            </w:r>
          </w:p>
        </w:tc>
        <w:tc>
          <w:tcPr>
            <w:tcW w:type="dxa" w:w="2160"/>
          </w:tcPr>
          <w:p>
            <w:r>
              <w:t>普通物理（上）</w:t>
            </w:r>
          </w:p>
        </w:tc>
        <w:tc>
          <w:tcPr>
            <w:tcW w:type="dxa" w:w="2160"/>
          </w:tcPr>
          <w:p>
            <w:r>
              <w:t>3</w:t>
            </w:r>
          </w:p>
        </w:tc>
        <w:tc>
          <w:tcPr>
            <w:tcW w:type="dxa" w:w="2160"/>
          </w:tcPr>
          <w:p>
            <w:r>
              <w:t>通修</w:t>
            </w:r>
          </w:p>
        </w:tc>
      </w:tr>
      <w:tr>
        <w:tc>
          <w:tcPr>
            <w:tcW w:type="dxa" w:w="2160"/>
          </w:tcPr>
          <w:p>
            <w:r>
              <w:t>12000014B</w:t>
            </w:r>
          </w:p>
        </w:tc>
        <w:tc>
          <w:tcPr>
            <w:tcW w:type="dxa" w:w="2160"/>
          </w:tcPr>
          <w:p>
            <w:r>
              <w:t>普通物理（下）</w:t>
            </w:r>
          </w:p>
        </w:tc>
        <w:tc>
          <w:tcPr>
            <w:tcW w:type="dxa" w:w="2160"/>
          </w:tcPr>
          <w:p>
            <w:r>
              <w:t>3</w:t>
            </w:r>
          </w:p>
        </w:tc>
        <w:tc>
          <w:tcPr>
            <w:tcW w:type="dxa" w:w="2160"/>
          </w:tcPr>
          <w:p>
            <w:r>
              <w:t>平台</w:t>
            </w:r>
          </w:p>
        </w:tc>
      </w:tr>
      <w:tr>
        <w:tc>
          <w:tcPr>
            <w:tcW w:type="dxa" w:w="2160"/>
          </w:tcPr>
          <w:p>
            <w:r>
              <w:t>15080020</w:t>
            </w:r>
          </w:p>
        </w:tc>
        <w:tc>
          <w:tcPr>
            <w:tcW w:type="dxa" w:w="2160"/>
          </w:tcPr>
          <w:p>
            <w:r>
              <w:t>区测实习</w:t>
            </w:r>
          </w:p>
        </w:tc>
        <w:tc>
          <w:tcPr>
            <w:tcW w:type="dxa" w:w="2160"/>
          </w:tcPr>
          <w:p>
            <w:r>
              <w:t>3</w:t>
            </w:r>
          </w:p>
        </w:tc>
        <w:tc>
          <w:tcPr>
            <w:tcW w:type="dxa" w:w="2160"/>
          </w:tcPr>
          <w:p>
            <w:r>
              <w:t>平台</w:t>
            </w:r>
          </w:p>
        </w:tc>
      </w:tr>
      <w:tr>
        <w:tc>
          <w:tcPr>
            <w:tcW w:type="dxa" w:w="2160"/>
          </w:tcPr>
          <w:p>
            <w:r>
              <w:t>15040020</w:t>
            </w:r>
          </w:p>
        </w:tc>
        <w:tc>
          <w:tcPr>
            <w:tcW w:type="dxa" w:w="2160"/>
          </w:tcPr>
          <w:p>
            <w:r>
              <w:t>水文地质学基础</w:t>
            </w:r>
          </w:p>
        </w:tc>
        <w:tc>
          <w:tcPr>
            <w:tcW w:type="dxa" w:w="2160"/>
          </w:tcPr>
          <w:p>
            <w:r>
              <w:t>4</w:t>
            </w:r>
          </w:p>
        </w:tc>
        <w:tc>
          <w:tcPr>
            <w:tcW w:type="dxa" w:w="2160"/>
          </w:tcPr>
          <w:p>
            <w:r>
              <w:t>平台</w:t>
            </w:r>
          </w:p>
        </w:tc>
      </w:tr>
      <w:tr>
        <w:tc>
          <w:tcPr>
            <w:tcW w:type="dxa" w:w="2160"/>
          </w:tcPr>
          <w:p>
            <w:r>
              <w:t>15030030</w:t>
            </w:r>
          </w:p>
        </w:tc>
        <w:tc>
          <w:tcPr>
            <w:tcW w:type="dxa" w:w="2160"/>
          </w:tcPr>
          <w:p>
            <w:r>
              <w:t>土力学</w:t>
            </w:r>
          </w:p>
        </w:tc>
        <w:tc>
          <w:tcPr>
            <w:tcW w:type="dxa" w:w="2160"/>
          </w:tcPr>
          <w:p>
            <w:r>
              <w:t>3</w:t>
            </w:r>
          </w:p>
        </w:tc>
        <w:tc>
          <w:tcPr>
            <w:tcW w:type="dxa" w:w="2160"/>
          </w:tcPr>
          <w:p>
            <w:r>
              <w:t>平台</w:t>
            </w:r>
          </w:p>
        </w:tc>
      </w:tr>
      <w:tr>
        <w:tc>
          <w:tcPr>
            <w:tcW w:type="dxa" w:w="2160"/>
          </w:tcPr>
          <w:p>
            <w:r>
              <w:t>00010011A</w:t>
            </w:r>
          </w:p>
        </w:tc>
        <w:tc>
          <w:tcPr>
            <w:tcW w:type="dxa" w:w="2160"/>
          </w:tcPr>
          <w:p>
            <w:r>
              <w:t>微积分I(第一层次)</w:t>
            </w:r>
          </w:p>
        </w:tc>
        <w:tc>
          <w:tcPr>
            <w:tcW w:type="dxa" w:w="2160"/>
          </w:tcPr>
          <w:p>
            <w:r>
              <w:t>5</w:t>
            </w:r>
          </w:p>
        </w:tc>
        <w:tc>
          <w:tcPr>
            <w:tcW w:type="dxa" w:w="2160"/>
          </w:tcPr>
          <w:p>
            <w:r>
              <w:t>通修</w:t>
            </w:r>
          </w:p>
        </w:tc>
      </w:tr>
      <w:tr>
        <w:tc>
          <w:tcPr>
            <w:tcW w:type="dxa" w:w="2160"/>
          </w:tcPr>
          <w:p>
            <w:r>
              <w:t>00010011B</w:t>
            </w:r>
          </w:p>
        </w:tc>
        <w:tc>
          <w:tcPr>
            <w:tcW w:type="dxa" w:w="2160"/>
          </w:tcPr>
          <w:p>
            <w:r>
              <w:t>微积分II(第一层次)</w:t>
            </w:r>
          </w:p>
        </w:tc>
        <w:tc>
          <w:tcPr>
            <w:tcW w:type="dxa" w:w="2160"/>
          </w:tcPr>
          <w:p>
            <w:r>
              <w:t>5</w:t>
            </w:r>
          </w:p>
        </w:tc>
        <w:tc>
          <w:tcPr>
            <w:tcW w:type="dxa" w:w="2160"/>
          </w:tcPr>
          <w:p>
            <w:r>
              <w:t>通修</w:t>
            </w:r>
          </w:p>
        </w:tc>
      </w:tr>
      <w:tr>
        <w:tc>
          <w:tcPr>
            <w:tcW w:type="dxa" w:w="2160"/>
          </w:tcPr>
          <w:p>
            <w:r>
              <w:t>00010011C</w:t>
            </w:r>
          </w:p>
        </w:tc>
        <w:tc>
          <w:tcPr>
            <w:tcW w:type="dxa" w:w="2160"/>
          </w:tcPr>
          <w:p>
            <w:r>
              <w:t>线性代数(第一层次)</w:t>
            </w:r>
          </w:p>
        </w:tc>
        <w:tc>
          <w:tcPr>
            <w:tcW w:type="dxa" w:w="2160"/>
          </w:tcPr>
          <w:p>
            <w:r>
              <w:t>4</w:t>
            </w:r>
          </w:p>
        </w:tc>
        <w:tc>
          <w:tcPr>
            <w:tcW w:type="dxa" w:w="2160"/>
          </w:tcPr>
          <w:p>
            <w:r>
              <w:t>通修</w:t>
            </w:r>
          </w:p>
        </w:tc>
      </w:tr>
      <w:tr>
        <w:tc>
          <w:tcPr>
            <w:tcW w:type="dxa" w:w="2160"/>
          </w:tcPr>
          <w:p>
            <w:r>
              <w:t>15020220</w:t>
            </w:r>
          </w:p>
        </w:tc>
        <w:tc>
          <w:tcPr>
            <w:tcW w:type="dxa" w:w="2160"/>
          </w:tcPr>
          <w:p>
            <w:r>
              <w:t>岩石学（水工专业版）</w:t>
            </w:r>
          </w:p>
        </w:tc>
        <w:tc>
          <w:tcPr>
            <w:tcW w:type="dxa" w:w="2160"/>
          </w:tcPr>
          <w:p>
            <w:r>
              <w:t>2</w:t>
            </w:r>
          </w:p>
        </w:tc>
        <w:tc>
          <w:tcPr>
            <w:tcW w:type="dxa" w:w="2160"/>
          </w:tcPr>
          <w:p>
            <w:r>
              <w:t>核心</w:t>
            </w:r>
          </w:p>
        </w:tc>
      </w:tr>
      <w:tr>
        <w:tc>
          <w:tcPr>
            <w:tcW w:type="dxa" w:w="2160"/>
          </w:tcPr>
          <w:p>
            <w:r>
              <w:t>15030110</w:t>
            </w:r>
          </w:p>
        </w:tc>
        <w:tc>
          <w:tcPr>
            <w:tcW w:type="dxa" w:w="2160"/>
          </w:tcPr>
          <w:p>
            <w:r>
              <w:t>岩土体原位测试</w:t>
            </w:r>
          </w:p>
        </w:tc>
        <w:tc>
          <w:tcPr>
            <w:tcW w:type="dxa" w:w="2160"/>
          </w:tcPr>
          <w:p>
            <w:r>
              <w:t>2</w:t>
            </w:r>
          </w:p>
        </w:tc>
        <w:tc>
          <w:tcPr>
            <w:tcW w:type="dxa" w:w="2160"/>
          </w:tcPr>
          <w:p>
            <w:r>
              <w:t>选修A</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