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南京大学商学院2026年工商管理硕士研究生招生复试成绩及拟录取名单（不含推荐免试硕士生）公示</w:t>
      </w:r>
    </w:p>
    <w:p>
      <w:r>
        <w:t>经我单位研究生招生分委会审核，现将商学院2026年工商管理硕士研究生招生复试成绩及拟录取名单（不含推荐免试硕士生）予以公示。公示时间自2026年4月2日至4月4日，如对公示名单有异议，请于公示期内以书面形式与我单位联系。</w:t>
      </w:r>
    </w:p>
    <w:p>
      <w:r>
        <w:t>联系电话：025-83621636</w:t>
      </w:r>
    </w:p>
    <w:p>
      <w:r>
        <w:t>电子邮箱：njumba@nju.edu.cn</w:t>
      </w:r>
    </w:p>
    <w:p>
      <w:r>
        <w:t>如有考生自愿放弃拟录取资格，我单位将在学校规定时间内依次替补，替补结果以研究生院审核为准。</w:t>
      </w:r>
    </w:p>
    <w:p>
      <w:r>
        <w:t>此次公布的名单为我单位拟录取名单，南京大学研究生院后续将统一公示全校拟录取名单，拟录取名单须经上级主管部门审核通过后方为正式录取。</w:t>
      </w:r>
    </w:p>
    <w:p>
      <w:r>
        <w:t>南京大学商学院</w:t>
      </w:r>
    </w:p>
    <w:p>
      <w:r>
        <w:t>2026年4月2日</w:t>
      </w:r>
    </w:p>
    <w:p>
      <w:r>
        <w:t>附件：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序号</w:t>
            </w:r>
          </w:p>
        </w:tc>
        <w:tc>
          <w:tcPr>
            <w:tcW w:type="dxa" w:w="864"/>
          </w:tcPr>
          <w:p>
            <w:r>
              <w:t>专业</w:t>
            </w:r>
          </w:p>
        </w:tc>
        <w:tc>
          <w:tcPr>
            <w:tcW w:type="dxa" w:w="864"/>
          </w:tcPr>
          <w:p>
            <w:r>
              <w:t>研究方向/研究方向组</w:t>
            </w:r>
          </w:p>
        </w:tc>
        <w:tc>
          <w:tcPr>
            <w:tcW w:type="dxa" w:w="864"/>
          </w:tcPr>
          <w:p>
            <w:r>
              <w:t>考生编号</w:t>
            </w:r>
          </w:p>
        </w:tc>
        <w:tc>
          <w:tcPr>
            <w:tcW w:type="dxa" w:w="864"/>
          </w:tcPr>
          <w:p>
            <w:r>
              <w:t>姓名</w:t>
            </w:r>
          </w:p>
        </w:tc>
        <w:tc>
          <w:tcPr>
            <w:tcW w:type="dxa" w:w="864"/>
          </w:tcPr>
          <w:p>
            <w:r>
              <w:t>面试成绩</w:t>
            </w:r>
          </w:p>
        </w:tc>
        <w:tc>
          <w:tcPr>
            <w:tcW w:type="dxa" w:w="864"/>
          </w:tcPr>
          <w:p>
            <w:r>
              <w:t>复试成绩</w:t>
            </w:r>
          </w:p>
        </w:tc>
        <w:tc>
          <w:tcPr>
            <w:tcW w:type="dxa" w:w="864"/>
          </w:tcPr>
          <w:p>
            <w:r>
              <w:t>总成绩</w:t>
            </w:r>
          </w:p>
        </w:tc>
        <w:tc>
          <w:tcPr>
            <w:tcW w:type="dxa" w:w="864"/>
          </w:tcPr>
          <w:p>
            <w:r>
              <w:t>拟录取结果</w:t>
            </w:r>
          </w:p>
        </w:tc>
        <w:tc>
          <w:tcPr>
            <w:tcW w:type="dxa" w:w="864"/>
          </w:tcPr>
          <w:p>
            <w:r>
              <w:t>备注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102846210200334</w:t>
            </w:r>
          </w:p>
        </w:tc>
        <w:tc>
          <w:tcPr>
            <w:tcW w:type="dxa" w:w="864"/>
          </w:tcPr>
          <w:p>
            <w:r>
              <w:t>胡途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432.67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102846210207511</w:t>
            </w:r>
          </w:p>
        </w:tc>
        <w:tc>
          <w:tcPr>
            <w:tcW w:type="dxa" w:w="864"/>
          </w:tcPr>
          <w:p>
            <w:r>
              <w:t>姜禹烽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430.83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102846210207515</w:t>
            </w:r>
          </w:p>
        </w:tc>
        <w:tc>
          <w:tcPr>
            <w:tcW w:type="dxa" w:w="864"/>
          </w:tcPr>
          <w:p>
            <w:r>
              <w:t>肖彦华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426.83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102846210200500</w:t>
            </w:r>
          </w:p>
        </w:tc>
        <w:tc>
          <w:tcPr>
            <w:tcW w:type="dxa" w:w="864"/>
          </w:tcPr>
          <w:p>
            <w:r>
              <w:t>王雨湜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422.50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102846210200435</w:t>
            </w:r>
          </w:p>
        </w:tc>
        <w:tc>
          <w:tcPr>
            <w:tcW w:type="dxa" w:w="864"/>
          </w:tcPr>
          <w:p>
            <w:r>
              <w:t>钱文芯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415.00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102846210207964</w:t>
            </w:r>
          </w:p>
        </w:tc>
        <w:tc>
          <w:tcPr>
            <w:tcW w:type="dxa" w:w="864"/>
          </w:tcPr>
          <w:p>
            <w:r>
              <w:t>张鹏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415.00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102846210200615</w:t>
            </w:r>
          </w:p>
        </w:tc>
        <w:tc>
          <w:tcPr>
            <w:tcW w:type="dxa" w:w="864"/>
          </w:tcPr>
          <w:p>
            <w:r>
              <w:t>周昊</w:t>
            </w:r>
          </w:p>
        </w:tc>
        <w:tc>
          <w:tcPr>
            <w:tcW w:type="dxa" w:w="864"/>
          </w:tcPr>
          <w:p>
            <w:r>
              <w:t>185.67</w:t>
            </w:r>
          </w:p>
        </w:tc>
        <w:tc>
          <w:tcPr>
            <w:tcW w:type="dxa" w:w="864"/>
          </w:tcPr>
          <w:p>
            <w:r>
              <w:t>185.67</w:t>
            </w:r>
          </w:p>
        </w:tc>
        <w:tc>
          <w:tcPr>
            <w:tcW w:type="dxa" w:w="864"/>
          </w:tcPr>
          <w:p>
            <w:r>
              <w:t>413.67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102846210200267</w:t>
            </w:r>
          </w:p>
        </w:tc>
        <w:tc>
          <w:tcPr>
            <w:tcW w:type="dxa" w:w="864"/>
          </w:tcPr>
          <w:p>
            <w:r>
              <w:t>陈明辉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413.33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102846210200294</w:t>
            </w:r>
          </w:p>
        </w:tc>
        <w:tc>
          <w:tcPr>
            <w:tcW w:type="dxa" w:w="864"/>
          </w:tcPr>
          <w:p>
            <w:r>
              <w:t>杜斯雅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413.33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102846210200413</w:t>
            </w:r>
          </w:p>
        </w:tc>
        <w:tc>
          <w:tcPr>
            <w:tcW w:type="dxa" w:w="864"/>
          </w:tcPr>
          <w:p>
            <w:r>
              <w:t>卢希雅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411.83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102846210207894</w:t>
            </w:r>
          </w:p>
        </w:tc>
        <w:tc>
          <w:tcPr>
            <w:tcW w:type="dxa" w:w="864"/>
          </w:tcPr>
          <w:p>
            <w:r>
              <w:t>华海林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408.83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102846210200559</w:t>
            </w:r>
          </w:p>
        </w:tc>
        <w:tc>
          <w:tcPr>
            <w:tcW w:type="dxa" w:w="864"/>
          </w:tcPr>
          <w:p>
            <w:r>
              <w:t>姚辰飞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407.33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102846210200380</w:t>
            </w:r>
          </w:p>
        </w:tc>
        <w:tc>
          <w:tcPr>
            <w:tcW w:type="dxa" w:w="864"/>
          </w:tcPr>
          <w:p>
            <w:r>
              <w:t>李宜凌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406.33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102846210212650</w:t>
            </w:r>
          </w:p>
        </w:tc>
        <w:tc>
          <w:tcPr>
            <w:tcW w:type="dxa" w:w="864"/>
          </w:tcPr>
          <w:p>
            <w:r>
              <w:t>张齐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406.00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102846210212951</w:t>
            </w:r>
          </w:p>
        </w:tc>
        <w:tc>
          <w:tcPr>
            <w:tcW w:type="dxa" w:w="864"/>
          </w:tcPr>
          <w:p>
            <w:r>
              <w:t>业翀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405.50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102846210200386</w:t>
            </w:r>
          </w:p>
        </w:tc>
        <w:tc>
          <w:tcPr>
            <w:tcW w:type="dxa" w:w="864"/>
          </w:tcPr>
          <w:p>
            <w:r>
              <w:t>李哲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405.33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102846210200579</w:t>
            </w:r>
          </w:p>
        </w:tc>
        <w:tc>
          <w:tcPr>
            <w:tcW w:type="dxa" w:w="864"/>
          </w:tcPr>
          <w:p>
            <w:r>
              <w:t>张贵超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405.17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102846210200470</w:t>
            </w:r>
          </w:p>
        </w:tc>
        <w:tc>
          <w:tcPr>
            <w:tcW w:type="dxa" w:w="864"/>
          </w:tcPr>
          <w:p>
            <w:r>
              <w:t>汪勇智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405.17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102846210200482</w:t>
            </w:r>
          </w:p>
        </w:tc>
        <w:tc>
          <w:tcPr>
            <w:tcW w:type="dxa" w:w="864"/>
          </w:tcPr>
          <w:p>
            <w:r>
              <w:t>王吉群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404.00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102846210200394</w:t>
            </w:r>
          </w:p>
        </w:tc>
        <w:tc>
          <w:tcPr>
            <w:tcW w:type="dxa" w:w="864"/>
          </w:tcPr>
          <w:p>
            <w:r>
              <w:t>刘汉坤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403.50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102846210207906</w:t>
            </w:r>
          </w:p>
        </w:tc>
        <w:tc>
          <w:tcPr>
            <w:tcW w:type="dxa" w:w="864"/>
          </w:tcPr>
          <w:p>
            <w:r>
              <w:t>陆红艳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403.33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102846210200620</w:t>
            </w:r>
          </w:p>
        </w:tc>
        <w:tc>
          <w:tcPr>
            <w:tcW w:type="dxa" w:w="864"/>
          </w:tcPr>
          <w:p>
            <w:r>
              <w:t>周奕昕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403.17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102846210200436</w:t>
            </w:r>
          </w:p>
        </w:tc>
        <w:tc>
          <w:tcPr>
            <w:tcW w:type="dxa" w:w="864"/>
          </w:tcPr>
          <w:p>
            <w:r>
              <w:t>青格斯·赛力克江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402.67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102846210200266</w:t>
            </w:r>
          </w:p>
        </w:tc>
        <w:tc>
          <w:tcPr>
            <w:tcW w:type="dxa" w:w="864"/>
          </w:tcPr>
          <w:p>
            <w:r>
              <w:t>陈梦媛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402.17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102846210216507</w:t>
            </w:r>
          </w:p>
        </w:tc>
        <w:tc>
          <w:tcPr>
            <w:tcW w:type="dxa" w:w="864"/>
          </w:tcPr>
          <w:p>
            <w:r>
              <w:t>巩丽媛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401.83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102846210207963</w:t>
            </w:r>
          </w:p>
        </w:tc>
        <w:tc>
          <w:tcPr>
            <w:tcW w:type="dxa" w:w="864"/>
          </w:tcPr>
          <w:p>
            <w:r>
              <w:t>张慧琳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401.33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102846210200325</w:t>
            </w:r>
          </w:p>
        </w:tc>
        <w:tc>
          <w:tcPr>
            <w:tcW w:type="dxa" w:w="864"/>
          </w:tcPr>
          <w:p>
            <w:r>
              <w:t>何一凡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400.17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102846210200366</w:t>
            </w:r>
          </w:p>
        </w:tc>
        <w:tc>
          <w:tcPr>
            <w:tcW w:type="dxa" w:w="864"/>
          </w:tcPr>
          <w:p>
            <w:r>
              <w:t>李米乐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400.17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102846210207909</w:t>
            </w:r>
          </w:p>
        </w:tc>
        <w:tc>
          <w:tcPr>
            <w:tcW w:type="dxa" w:w="864"/>
          </w:tcPr>
          <w:p>
            <w:r>
              <w:t>吕菲菲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400.17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102846210200508</w:t>
            </w:r>
          </w:p>
        </w:tc>
        <w:tc>
          <w:tcPr>
            <w:tcW w:type="dxa" w:w="864"/>
          </w:tcPr>
          <w:p>
            <w:r>
              <w:t>魏星海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398.83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102846210208723</w:t>
            </w:r>
          </w:p>
        </w:tc>
        <w:tc>
          <w:tcPr>
            <w:tcW w:type="dxa" w:w="864"/>
          </w:tcPr>
          <w:p>
            <w:r>
              <w:t>徐立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397.67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102846210200411</w:t>
            </w:r>
          </w:p>
        </w:tc>
        <w:tc>
          <w:tcPr>
            <w:tcW w:type="dxa" w:w="864"/>
          </w:tcPr>
          <w:p>
            <w:r>
              <w:t>刘震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397.50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102846210200527</w:t>
            </w:r>
          </w:p>
        </w:tc>
        <w:tc>
          <w:tcPr>
            <w:tcW w:type="dxa" w:w="864"/>
          </w:tcPr>
          <w:p>
            <w:r>
              <w:t>谢悦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397.00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102846210211218</w:t>
            </w:r>
          </w:p>
        </w:tc>
        <w:tc>
          <w:tcPr>
            <w:tcW w:type="dxa" w:w="864"/>
          </w:tcPr>
          <w:p>
            <w:r>
              <w:t>周茹嫣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396.67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102846210200398</w:t>
            </w:r>
          </w:p>
        </w:tc>
        <w:tc>
          <w:tcPr>
            <w:tcW w:type="dxa" w:w="864"/>
          </w:tcPr>
          <w:p>
            <w:r>
              <w:t>刘锦伟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396.50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102846210200360</w:t>
            </w:r>
          </w:p>
        </w:tc>
        <w:tc>
          <w:tcPr>
            <w:tcW w:type="dxa" w:w="864"/>
          </w:tcPr>
          <w:p>
            <w:r>
              <w:t>黎若予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396.50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102846210200535</w:t>
            </w:r>
          </w:p>
        </w:tc>
        <w:tc>
          <w:tcPr>
            <w:tcW w:type="dxa" w:w="864"/>
          </w:tcPr>
          <w:p>
            <w:r>
              <w:t>许孟涵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396.17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102846210200488</w:t>
            </w:r>
          </w:p>
        </w:tc>
        <w:tc>
          <w:tcPr>
            <w:tcW w:type="dxa" w:w="864"/>
          </w:tcPr>
          <w:p>
            <w:r>
              <w:t>王秋实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396.00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102846210200362</w:t>
            </w:r>
          </w:p>
        </w:tc>
        <w:tc>
          <w:tcPr>
            <w:tcW w:type="dxa" w:w="864"/>
          </w:tcPr>
          <w:p>
            <w:r>
              <w:t>李杰鑫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395.67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102846210207940</w:t>
            </w:r>
          </w:p>
        </w:tc>
        <w:tc>
          <w:tcPr>
            <w:tcW w:type="dxa" w:w="864"/>
          </w:tcPr>
          <w:p>
            <w:r>
              <w:t>魏同利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394.67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同等学力加试：管理学83，战略管理90</w:t>
            </w:r>
          </w:p>
        </w:tc>
      </w:tr>
      <w:tr>
        <w:tc>
          <w:tcPr>
            <w:tcW w:type="dxa" w:w="864"/>
          </w:tcPr>
          <w:p>
            <w:r>
              <w:t>41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102846210207907</w:t>
            </w:r>
          </w:p>
        </w:tc>
        <w:tc>
          <w:tcPr>
            <w:tcW w:type="dxa" w:w="864"/>
          </w:tcPr>
          <w:p>
            <w:r>
              <w:t>陆雯君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394.33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102846210216101</w:t>
            </w:r>
          </w:p>
        </w:tc>
        <w:tc>
          <w:tcPr>
            <w:tcW w:type="dxa" w:w="864"/>
          </w:tcPr>
          <w:p>
            <w:r>
              <w:t>肖福勇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394.17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102846210200450</w:t>
            </w:r>
          </w:p>
        </w:tc>
        <w:tc>
          <w:tcPr>
            <w:tcW w:type="dxa" w:w="864"/>
          </w:tcPr>
          <w:p>
            <w:r>
              <w:t>宋杰膺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393.50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102846210208727</w:t>
            </w:r>
          </w:p>
        </w:tc>
        <w:tc>
          <w:tcPr>
            <w:tcW w:type="dxa" w:w="864"/>
          </w:tcPr>
          <w:p>
            <w:r>
              <w:t>钟凡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393.33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102846210211726</w:t>
            </w:r>
          </w:p>
        </w:tc>
        <w:tc>
          <w:tcPr>
            <w:tcW w:type="dxa" w:w="864"/>
          </w:tcPr>
          <w:p>
            <w:r>
              <w:t>季昕颐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393.33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102846210204552</w:t>
            </w:r>
          </w:p>
        </w:tc>
        <w:tc>
          <w:tcPr>
            <w:tcW w:type="dxa" w:w="864"/>
          </w:tcPr>
          <w:p>
            <w:r>
              <w:t>刘一凡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393.17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102846210207958</w:t>
            </w:r>
          </w:p>
        </w:tc>
        <w:tc>
          <w:tcPr>
            <w:tcW w:type="dxa" w:w="864"/>
          </w:tcPr>
          <w:p>
            <w:r>
              <w:t>姚清诚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393.00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102846210211317</w:t>
            </w:r>
          </w:p>
        </w:tc>
        <w:tc>
          <w:tcPr>
            <w:tcW w:type="dxa" w:w="864"/>
          </w:tcPr>
          <w:p>
            <w:r>
              <w:t>周玉瑾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392.83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102846210200522</w:t>
            </w:r>
          </w:p>
        </w:tc>
        <w:tc>
          <w:tcPr>
            <w:tcW w:type="dxa" w:w="864"/>
          </w:tcPr>
          <w:p>
            <w:r>
              <w:t>项璇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392.67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102846210200558</w:t>
            </w:r>
          </w:p>
        </w:tc>
        <w:tc>
          <w:tcPr>
            <w:tcW w:type="dxa" w:w="864"/>
          </w:tcPr>
          <w:p>
            <w:r>
              <w:t>姚伯祥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392.67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102846210200343</w:t>
            </w:r>
          </w:p>
        </w:tc>
        <w:tc>
          <w:tcPr>
            <w:tcW w:type="dxa" w:w="864"/>
          </w:tcPr>
          <w:p>
            <w:r>
              <w:t>黄玥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392.33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102846210200468</w:t>
            </w:r>
          </w:p>
        </w:tc>
        <w:tc>
          <w:tcPr>
            <w:tcW w:type="dxa" w:w="864"/>
          </w:tcPr>
          <w:p>
            <w:r>
              <w:t>汪晨昊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391.67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102846210208721</w:t>
            </w:r>
          </w:p>
        </w:tc>
        <w:tc>
          <w:tcPr>
            <w:tcW w:type="dxa" w:w="864"/>
          </w:tcPr>
          <w:p>
            <w:r>
              <w:t>邢洲铭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391.50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102846210200532</w:t>
            </w:r>
          </w:p>
        </w:tc>
        <w:tc>
          <w:tcPr>
            <w:tcW w:type="dxa" w:w="864"/>
          </w:tcPr>
          <w:p>
            <w:r>
              <w:t>徐巧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391.50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102846210213237</w:t>
            </w:r>
          </w:p>
        </w:tc>
        <w:tc>
          <w:tcPr>
            <w:tcW w:type="dxa" w:w="864"/>
          </w:tcPr>
          <w:p>
            <w:r>
              <w:t>张珂健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391.33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102846210213611</w:t>
            </w:r>
          </w:p>
        </w:tc>
        <w:tc>
          <w:tcPr>
            <w:tcW w:type="dxa" w:w="864"/>
          </w:tcPr>
          <w:p>
            <w:r>
              <w:t>王浩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391.17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102846210211192</w:t>
            </w:r>
          </w:p>
        </w:tc>
        <w:tc>
          <w:tcPr>
            <w:tcW w:type="dxa" w:w="864"/>
          </w:tcPr>
          <w:p>
            <w:r>
              <w:t>陈极超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391.17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102846210200419</w:t>
            </w:r>
          </w:p>
        </w:tc>
        <w:tc>
          <w:tcPr>
            <w:tcW w:type="dxa" w:w="864"/>
          </w:tcPr>
          <w:p>
            <w:r>
              <w:t>马江苏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390.67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102846210211311</w:t>
            </w:r>
          </w:p>
        </w:tc>
        <w:tc>
          <w:tcPr>
            <w:tcW w:type="dxa" w:w="864"/>
          </w:tcPr>
          <w:p>
            <w:r>
              <w:t>孙璠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390.50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102846210200600</w:t>
            </w:r>
          </w:p>
        </w:tc>
        <w:tc>
          <w:tcPr>
            <w:tcW w:type="dxa" w:w="864"/>
          </w:tcPr>
          <w:p>
            <w:r>
              <w:t>章可菡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390.33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102846210200541</w:t>
            </w:r>
          </w:p>
        </w:tc>
        <w:tc>
          <w:tcPr>
            <w:tcW w:type="dxa" w:w="864"/>
          </w:tcPr>
          <w:p>
            <w:r>
              <w:t>颜圆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390.00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102846210207912</w:t>
            </w:r>
          </w:p>
        </w:tc>
        <w:tc>
          <w:tcPr>
            <w:tcW w:type="dxa" w:w="864"/>
          </w:tcPr>
          <w:p>
            <w:r>
              <w:t>潘红洋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389.83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102846210209033</w:t>
            </w:r>
          </w:p>
        </w:tc>
        <w:tc>
          <w:tcPr>
            <w:tcW w:type="dxa" w:w="864"/>
          </w:tcPr>
          <w:p>
            <w:r>
              <w:t>周子焱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389.67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102846210211216</w:t>
            </w:r>
          </w:p>
        </w:tc>
        <w:tc>
          <w:tcPr>
            <w:tcW w:type="dxa" w:w="864"/>
          </w:tcPr>
          <w:p>
            <w:r>
              <w:t>张子洋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389.33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102846210200260</w:t>
            </w:r>
          </w:p>
        </w:tc>
        <w:tc>
          <w:tcPr>
            <w:tcW w:type="dxa" w:w="864"/>
          </w:tcPr>
          <w:p>
            <w:r>
              <w:t>陈凤仪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389.00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102846210200499</w:t>
            </w:r>
          </w:p>
        </w:tc>
        <w:tc>
          <w:tcPr>
            <w:tcW w:type="dxa" w:w="864"/>
          </w:tcPr>
          <w:p>
            <w:r>
              <w:t>王宇轩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389.00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102846210200547</w:t>
            </w:r>
          </w:p>
        </w:tc>
        <w:tc>
          <w:tcPr>
            <w:tcW w:type="dxa" w:w="864"/>
          </w:tcPr>
          <w:p>
            <w:r>
              <w:t>杨丽萍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388.83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102846210200424</w:t>
            </w:r>
          </w:p>
        </w:tc>
        <w:tc>
          <w:tcPr>
            <w:tcW w:type="dxa" w:w="864"/>
          </w:tcPr>
          <w:p>
            <w:r>
              <w:t>马玉中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388.50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102846210200253</w:t>
            </w:r>
          </w:p>
        </w:tc>
        <w:tc>
          <w:tcPr>
            <w:tcW w:type="dxa" w:w="864"/>
          </w:tcPr>
          <w:p>
            <w:r>
              <w:t>别安琪</w:t>
            </w:r>
          </w:p>
        </w:tc>
        <w:tc>
          <w:tcPr>
            <w:tcW w:type="dxa" w:w="864"/>
          </w:tcPr>
          <w:p>
            <w:r>
              <w:t>185.33</w:t>
            </w:r>
          </w:p>
        </w:tc>
        <w:tc>
          <w:tcPr>
            <w:tcW w:type="dxa" w:w="864"/>
          </w:tcPr>
          <w:p>
            <w:r>
              <w:t>185.33</w:t>
            </w:r>
          </w:p>
        </w:tc>
        <w:tc>
          <w:tcPr>
            <w:tcW w:type="dxa" w:w="864"/>
          </w:tcPr>
          <w:p>
            <w:r>
              <w:t>388.33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102846210200540</w:t>
            </w:r>
          </w:p>
        </w:tc>
        <w:tc>
          <w:tcPr>
            <w:tcW w:type="dxa" w:w="864"/>
          </w:tcPr>
          <w:p>
            <w:r>
              <w:t>严璐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388.17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同等学力加试：管理学76，战略管理85</w:t>
            </w:r>
          </w:p>
        </w:tc>
      </w:tr>
      <w:tr>
        <w:tc>
          <w:tcPr>
            <w:tcW w:type="dxa" w:w="864"/>
          </w:tcPr>
          <w:p>
            <w:r>
              <w:t>71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102846210211628</w:t>
            </w:r>
          </w:p>
        </w:tc>
        <w:tc>
          <w:tcPr>
            <w:tcW w:type="dxa" w:w="864"/>
          </w:tcPr>
          <w:p>
            <w:r>
              <w:t>张涛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388.17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102846210211211</w:t>
            </w:r>
          </w:p>
        </w:tc>
        <w:tc>
          <w:tcPr>
            <w:tcW w:type="dxa" w:w="864"/>
          </w:tcPr>
          <w:p>
            <w:r>
              <w:t>郁俐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388.00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102846210200337</w:t>
            </w:r>
          </w:p>
        </w:tc>
        <w:tc>
          <w:tcPr>
            <w:tcW w:type="dxa" w:w="864"/>
          </w:tcPr>
          <w:p>
            <w:r>
              <w:t>华琦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387.83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102846210213612</w:t>
            </w:r>
          </w:p>
        </w:tc>
        <w:tc>
          <w:tcPr>
            <w:tcW w:type="dxa" w:w="864"/>
          </w:tcPr>
          <w:p>
            <w:r>
              <w:t>王威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387.83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102846210200591</w:t>
            </w:r>
          </w:p>
        </w:tc>
        <w:tc>
          <w:tcPr>
            <w:tcW w:type="dxa" w:w="864"/>
          </w:tcPr>
          <w:p>
            <w:r>
              <w:t>张小雨</w:t>
            </w:r>
          </w:p>
        </w:tc>
        <w:tc>
          <w:tcPr>
            <w:tcW w:type="dxa" w:w="864"/>
          </w:tcPr>
          <w:p>
            <w:r>
              <w:t>177.67</w:t>
            </w:r>
          </w:p>
        </w:tc>
        <w:tc>
          <w:tcPr>
            <w:tcW w:type="dxa" w:w="864"/>
          </w:tcPr>
          <w:p>
            <w:r>
              <w:t>177.67</w:t>
            </w:r>
          </w:p>
        </w:tc>
        <w:tc>
          <w:tcPr>
            <w:tcW w:type="dxa" w:w="864"/>
          </w:tcPr>
          <w:p>
            <w:r>
              <w:t>387.67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102846210200483</w:t>
            </w:r>
          </w:p>
        </w:tc>
        <w:tc>
          <w:tcPr>
            <w:tcW w:type="dxa" w:w="864"/>
          </w:tcPr>
          <w:p>
            <w:r>
              <w:t>王佳龙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387.50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102846210207917</w:t>
            </w:r>
          </w:p>
        </w:tc>
        <w:tc>
          <w:tcPr>
            <w:tcW w:type="dxa" w:w="864"/>
          </w:tcPr>
          <w:p>
            <w:r>
              <w:t>钱意怡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387.17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102846210200414</w:t>
            </w:r>
          </w:p>
        </w:tc>
        <w:tc>
          <w:tcPr>
            <w:tcW w:type="dxa" w:w="864"/>
          </w:tcPr>
          <w:p>
            <w:r>
              <w:t>陆晋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387.17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102846210207517</w:t>
            </w:r>
          </w:p>
        </w:tc>
        <w:tc>
          <w:tcPr>
            <w:tcW w:type="dxa" w:w="864"/>
          </w:tcPr>
          <w:p>
            <w:r>
              <w:t>朱虞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387.00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102846210207913</w:t>
            </w:r>
          </w:p>
        </w:tc>
        <w:tc>
          <w:tcPr>
            <w:tcW w:type="dxa" w:w="864"/>
          </w:tcPr>
          <w:p>
            <w:r>
              <w:t>戚家颖</w:t>
            </w:r>
          </w:p>
        </w:tc>
        <w:tc>
          <w:tcPr>
            <w:tcW w:type="dxa" w:w="864"/>
          </w:tcPr>
          <w:p>
            <w:r>
              <w:t>185.83</w:t>
            </w:r>
          </w:p>
        </w:tc>
        <w:tc>
          <w:tcPr>
            <w:tcW w:type="dxa" w:w="864"/>
          </w:tcPr>
          <w:p>
            <w:r>
              <w:t>185.83</w:t>
            </w:r>
          </w:p>
        </w:tc>
        <w:tc>
          <w:tcPr>
            <w:tcW w:type="dxa" w:w="864"/>
          </w:tcPr>
          <w:p>
            <w:r>
              <w:t>386.83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同等学力加试：管理学85，战略管理85</w:t>
            </w:r>
          </w:p>
        </w:tc>
      </w:tr>
      <w:tr>
        <w:tc>
          <w:tcPr>
            <w:tcW w:type="dxa" w:w="864"/>
          </w:tcPr>
          <w:p>
            <w:r>
              <w:t>81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102846210200354</w:t>
            </w:r>
          </w:p>
        </w:tc>
        <w:tc>
          <w:tcPr>
            <w:tcW w:type="dxa" w:w="864"/>
          </w:tcPr>
          <w:p>
            <w:r>
              <w:t>蒋宗霖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386.67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102846210211209</w:t>
            </w:r>
          </w:p>
        </w:tc>
        <w:tc>
          <w:tcPr>
            <w:tcW w:type="dxa" w:w="864"/>
          </w:tcPr>
          <w:p>
            <w:r>
              <w:t>杨帆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386.33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102846210207927</w:t>
            </w:r>
          </w:p>
        </w:tc>
        <w:tc>
          <w:tcPr>
            <w:tcW w:type="dxa" w:w="864"/>
          </w:tcPr>
          <w:p>
            <w:r>
              <w:t>沈宇婷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386.17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102846210200624</w:t>
            </w:r>
          </w:p>
        </w:tc>
        <w:tc>
          <w:tcPr>
            <w:tcW w:type="dxa" w:w="864"/>
          </w:tcPr>
          <w:p>
            <w:r>
              <w:t>周泽文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386.17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102846210208728</w:t>
            </w:r>
          </w:p>
        </w:tc>
        <w:tc>
          <w:tcPr>
            <w:tcW w:type="dxa" w:w="864"/>
          </w:tcPr>
          <w:p>
            <w:r>
              <w:t>周逸波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386.17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102846210211215</w:t>
            </w:r>
          </w:p>
        </w:tc>
        <w:tc>
          <w:tcPr>
            <w:tcW w:type="dxa" w:w="864"/>
          </w:tcPr>
          <w:p>
            <w:r>
              <w:t>张子斌</w:t>
            </w:r>
          </w:p>
        </w:tc>
        <w:tc>
          <w:tcPr>
            <w:tcW w:type="dxa" w:w="864"/>
          </w:tcPr>
          <w:p>
            <w:r>
              <w:t>187.67</w:t>
            </w:r>
          </w:p>
        </w:tc>
        <w:tc>
          <w:tcPr>
            <w:tcW w:type="dxa" w:w="864"/>
          </w:tcPr>
          <w:p>
            <w:r>
              <w:t>187.67</w:t>
            </w:r>
          </w:p>
        </w:tc>
        <w:tc>
          <w:tcPr>
            <w:tcW w:type="dxa" w:w="864"/>
          </w:tcPr>
          <w:p>
            <w:r>
              <w:t>385.67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102846210207891</w:t>
            </w:r>
          </w:p>
        </w:tc>
        <w:tc>
          <w:tcPr>
            <w:tcW w:type="dxa" w:w="864"/>
          </w:tcPr>
          <w:p>
            <w:r>
              <w:t>戴婷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385.50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102846210200429</w:t>
            </w:r>
          </w:p>
        </w:tc>
        <w:tc>
          <w:tcPr>
            <w:tcW w:type="dxa" w:w="864"/>
          </w:tcPr>
          <w:p>
            <w:r>
              <w:t>缪燕妮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385.33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102846210200619</w:t>
            </w:r>
          </w:p>
        </w:tc>
        <w:tc>
          <w:tcPr>
            <w:tcW w:type="dxa" w:w="864"/>
          </w:tcPr>
          <w:p>
            <w:r>
              <w:t>周妍墨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385.17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102846210211204</w:t>
            </w:r>
          </w:p>
        </w:tc>
        <w:tc>
          <w:tcPr>
            <w:tcW w:type="dxa" w:w="864"/>
          </w:tcPr>
          <w:p>
            <w:r>
              <w:t>夏铮玉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384.83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102846210200491</w:t>
            </w:r>
          </w:p>
        </w:tc>
        <w:tc>
          <w:tcPr>
            <w:tcW w:type="dxa" w:w="864"/>
          </w:tcPr>
          <w:p>
            <w:r>
              <w:t>王舒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384.33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102846210211314</w:t>
            </w:r>
          </w:p>
        </w:tc>
        <w:tc>
          <w:tcPr>
            <w:tcW w:type="dxa" w:w="864"/>
          </w:tcPr>
          <w:p>
            <w:r>
              <w:t>于航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384.17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102846210207919</w:t>
            </w:r>
          </w:p>
        </w:tc>
        <w:tc>
          <w:tcPr>
            <w:tcW w:type="dxa" w:w="864"/>
          </w:tcPr>
          <w:p>
            <w:r>
              <w:t>商荟</w:t>
            </w:r>
          </w:p>
        </w:tc>
        <w:tc>
          <w:tcPr>
            <w:tcW w:type="dxa" w:w="864"/>
          </w:tcPr>
          <w:p>
            <w:r>
              <w:t>187.17</w:t>
            </w:r>
          </w:p>
        </w:tc>
        <w:tc>
          <w:tcPr>
            <w:tcW w:type="dxa" w:w="864"/>
          </w:tcPr>
          <w:p>
            <w:r>
              <w:t>187.17</w:t>
            </w:r>
          </w:p>
        </w:tc>
        <w:tc>
          <w:tcPr>
            <w:tcW w:type="dxa" w:w="864"/>
          </w:tcPr>
          <w:p>
            <w:r>
              <w:t>384.17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102846210207965</w:t>
            </w:r>
          </w:p>
        </w:tc>
        <w:tc>
          <w:tcPr>
            <w:tcW w:type="dxa" w:w="864"/>
          </w:tcPr>
          <w:p>
            <w:r>
              <w:t>张骁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384.00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102846210207935</w:t>
            </w:r>
          </w:p>
        </w:tc>
        <w:tc>
          <w:tcPr>
            <w:tcW w:type="dxa" w:w="864"/>
          </w:tcPr>
          <w:p>
            <w:r>
              <w:t>王杲晨</w:t>
            </w:r>
          </w:p>
        </w:tc>
        <w:tc>
          <w:tcPr>
            <w:tcW w:type="dxa" w:w="864"/>
          </w:tcPr>
          <w:p>
            <w:r>
              <w:t>176.67</w:t>
            </w:r>
          </w:p>
        </w:tc>
        <w:tc>
          <w:tcPr>
            <w:tcW w:type="dxa" w:w="864"/>
          </w:tcPr>
          <w:p>
            <w:r>
              <w:t>176.67</w:t>
            </w:r>
          </w:p>
        </w:tc>
        <w:tc>
          <w:tcPr>
            <w:tcW w:type="dxa" w:w="864"/>
          </w:tcPr>
          <w:p>
            <w:r>
              <w:t>383.67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102846210200397</w:t>
            </w:r>
          </w:p>
        </w:tc>
        <w:tc>
          <w:tcPr>
            <w:tcW w:type="dxa" w:w="864"/>
          </w:tcPr>
          <w:p>
            <w:r>
              <w:t>刘金雪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383.50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102846210200589</w:t>
            </w:r>
          </w:p>
        </w:tc>
        <w:tc>
          <w:tcPr>
            <w:tcW w:type="dxa" w:w="864"/>
          </w:tcPr>
          <w:p>
            <w:r>
              <w:t>张天智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383.50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102846210200282</w:t>
            </w:r>
          </w:p>
        </w:tc>
        <w:tc>
          <w:tcPr>
            <w:tcW w:type="dxa" w:w="864"/>
          </w:tcPr>
          <w:p>
            <w:r>
              <w:t>褚文辉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383.00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102846210208726</w:t>
            </w:r>
          </w:p>
        </w:tc>
        <w:tc>
          <w:tcPr>
            <w:tcW w:type="dxa" w:w="864"/>
          </w:tcPr>
          <w:p>
            <w:r>
              <w:t>张倩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382.83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102846210200519</w:t>
            </w:r>
          </w:p>
        </w:tc>
        <w:tc>
          <w:tcPr>
            <w:tcW w:type="dxa" w:w="864"/>
          </w:tcPr>
          <w:p>
            <w:r>
              <w:t>向祭祖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382.50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102846210208706</w:t>
            </w:r>
          </w:p>
        </w:tc>
        <w:tc>
          <w:tcPr>
            <w:tcW w:type="dxa" w:w="864"/>
          </w:tcPr>
          <w:p>
            <w:r>
              <w:t>崔润霖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382.17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102846210208708</w:t>
            </w:r>
          </w:p>
        </w:tc>
        <w:tc>
          <w:tcPr>
            <w:tcW w:type="dxa" w:w="864"/>
          </w:tcPr>
          <w:p>
            <w:r>
              <w:t>凡才琰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382.00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102846210211197</w:t>
            </w:r>
          </w:p>
        </w:tc>
        <w:tc>
          <w:tcPr>
            <w:tcW w:type="dxa" w:w="864"/>
          </w:tcPr>
          <w:p>
            <w:r>
              <w:t>蒋孔泠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381.83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102846210219582</w:t>
            </w:r>
          </w:p>
        </w:tc>
        <w:tc>
          <w:tcPr>
            <w:tcW w:type="dxa" w:w="864"/>
          </w:tcPr>
          <w:p>
            <w:r>
              <w:t>关静奕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381.83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102846210200381</w:t>
            </w:r>
          </w:p>
        </w:tc>
        <w:tc>
          <w:tcPr>
            <w:tcW w:type="dxa" w:w="864"/>
          </w:tcPr>
          <w:p>
            <w:r>
              <w:t>李亦晖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381.50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102846210200349</w:t>
            </w:r>
          </w:p>
        </w:tc>
        <w:tc>
          <w:tcPr>
            <w:tcW w:type="dxa" w:w="864"/>
          </w:tcPr>
          <w:p>
            <w:r>
              <w:t>江泽辰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102846210222645</w:t>
            </w:r>
          </w:p>
        </w:tc>
        <w:tc>
          <w:tcPr>
            <w:tcW w:type="dxa" w:w="864"/>
          </w:tcPr>
          <w:p>
            <w:r>
              <w:t>尹若尘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379.83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102846210200506</w:t>
            </w:r>
          </w:p>
        </w:tc>
        <w:tc>
          <w:tcPr>
            <w:tcW w:type="dxa" w:w="864"/>
          </w:tcPr>
          <w:p>
            <w:r>
              <w:t>魏皓婷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379.50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102846210200557</w:t>
            </w:r>
          </w:p>
        </w:tc>
        <w:tc>
          <w:tcPr>
            <w:tcW w:type="dxa" w:w="864"/>
          </w:tcPr>
          <w:p>
            <w:r>
              <w:t>杨振</w:t>
            </w:r>
          </w:p>
        </w:tc>
        <w:tc>
          <w:tcPr>
            <w:tcW w:type="dxa" w:w="864"/>
          </w:tcPr>
          <w:p>
            <w:r>
              <w:t>186.33</w:t>
            </w:r>
          </w:p>
        </w:tc>
        <w:tc>
          <w:tcPr>
            <w:tcW w:type="dxa" w:w="864"/>
          </w:tcPr>
          <w:p>
            <w:r>
              <w:t>186.33</w:t>
            </w:r>
          </w:p>
        </w:tc>
        <w:tc>
          <w:tcPr>
            <w:tcW w:type="dxa" w:w="864"/>
          </w:tcPr>
          <w:p>
            <w:r>
              <w:t>379.33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102846210200376</w:t>
            </w:r>
          </w:p>
        </w:tc>
        <w:tc>
          <w:tcPr>
            <w:tcW w:type="dxa" w:w="864"/>
          </w:tcPr>
          <w:p>
            <w:r>
              <w:t>李薛</w:t>
            </w:r>
          </w:p>
        </w:tc>
        <w:tc>
          <w:tcPr>
            <w:tcW w:type="dxa" w:w="864"/>
          </w:tcPr>
          <w:p>
            <w:r>
              <w:t>187.17</w:t>
            </w:r>
          </w:p>
        </w:tc>
        <w:tc>
          <w:tcPr>
            <w:tcW w:type="dxa" w:w="864"/>
          </w:tcPr>
          <w:p>
            <w:r>
              <w:t>187.17</w:t>
            </w:r>
          </w:p>
        </w:tc>
        <w:tc>
          <w:tcPr>
            <w:tcW w:type="dxa" w:w="864"/>
          </w:tcPr>
          <w:p>
            <w:r>
              <w:t>379.17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同等学力加试：管理学89，战略管理90</w:t>
            </w:r>
          </w:p>
        </w:tc>
      </w:tr>
      <w:tr>
        <w:tc>
          <w:tcPr>
            <w:tcW w:type="dxa" w:w="864"/>
          </w:tcPr>
          <w:p>
            <w:r>
              <w:t>111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102846210207943</w:t>
            </w:r>
          </w:p>
        </w:tc>
        <w:tc>
          <w:tcPr>
            <w:tcW w:type="dxa" w:w="864"/>
          </w:tcPr>
          <w:p>
            <w:r>
              <w:t>吴建海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379.00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102846210200562</w:t>
            </w:r>
          </w:p>
        </w:tc>
        <w:tc>
          <w:tcPr>
            <w:tcW w:type="dxa" w:w="864"/>
          </w:tcPr>
          <w:p>
            <w:r>
              <w:t>殷楠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378.83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102846210200344</w:t>
            </w:r>
          </w:p>
        </w:tc>
        <w:tc>
          <w:tcPr>
            <w:tcW w:type="dxa" w:w="864"/>
          </w:tcPr>
          <w:p>
            <w:r>
              <w:t>黄玥萌</w:t>
            </w:r>
          </w:p>
        </w:tc>
        <w:tc>
          <w:tcPr>
            <w:tcW w:type="dxa" w:w="864"/>
          </w:tcPr>
          <w:p>
            <w:r>
              <w:t>178.67</w:t>
            </w:r>
          </w:p>
        </w:tc>
        <w:tc>
          <w:tcPr>
            <w:tcW w:type="dxa" w:w="864"/>
          </w:tcPr>
          <w:p>
            <w:r>
              <w:t>178.67</w:t>
            </w:r>
          </w:p>
        </w:tc>
        <w:tc>
          <w:tcPr>
            <w:tcW w:type="dxa" w:w="864"/>
          </w:tcPr>
          <w:p>
            <w:r>
              <w:t>378.67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102846210208719</w:t>
            </w:r>
          </w:p>
        </w:tc>
        <w:tc>
          <w:tcPr>
            <w:tcW w:type="dxa" w:w="864"/>
          </w:tcPr>
          <w:p>
            <w:r>
              <w:t>夏菲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378.50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102846210200577</w:t>
            </w:r>
          </w:p>
        </w:tc>
        <w:tc>
          <w:tcPr>
            <w:tcW w:type="dxa" w:w="864"/>
          </w:tcPr>
          <w:p>
            <w:r>
              <w:t>张芳洁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378.50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102846210200553</w:t>
            </w:r>
          </w:p>
        </w:tc>
        <w:tc>
          <w:tcPr>
            <w:tcW w:type="dxa" w:w="864"/>
          </w:tcPr>
          <w:p>
            <w:r>
              <w:t>杨卫娟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378.17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102846210200283</w:t>
            </w:r>
          </w:p>
        </w:tc>
        <w:tc>
          <w:tcPr>
            <w:tcW w:type="dxa" w:w="864"/>
          </w:tcPr>
          <w:p>
            <w:r>
              <w:t>戴任清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102846210207922</w:t>
            </w:r>
          </w:p>
        </w:tc>
        <w:tc>
          <w:tcPr>
            <w:tcW w:type="dxa" w:w="864"/>
          </w:tcPr>
          <w:p>
            <w:r>
              <w:t>邵启辰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378.00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102846210200564</w:t>
            </w:r>
          </w:p>
        </w:tc>
        <w:tc>
          <w:tcPr>
            <w:tcW w:type="dxa" w:w="864"/>
          </w:tcPr>
          <w:p>
            <w:r>
              <w:t>尹晨雨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377.67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同等学力加试：管理学80，战略管理90</w:t>
            </w:r>
          </w:p>
        </w:tc>
      </w:tr>
      <w:tr>
        <w:tc>
          <w:tcPr>
            <w:tcW w:type="dxa" w:w="864"/>
          </w:tcPr>
          <w:p>
            <w:r>
              <w:t>120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102846210200357</w:t>
            </w:r>
          </w:p>
        </w:tc>
        <w:tc>
          <w:tcPr>
            <w:tcW w:type="dxa" w:w="864"/>
          </w:tcPr>
          <w:p>
            <w:r>
              <w:t>孔雪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377.67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102846210200290</w:t>
            </w:r>
          </w:p>
        </w:tc>
        <w:tc>
          <w:tcPr>
            <w:tcW w:type="dxa" w:w="864"/>
          </w:tcPr>
          <w:p>
            <w:r>
              <w:t>丁洵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377.50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102846210211195</w:t>
            </w:r>
          </w:p>
        </w:tc>
        <w:tc>
          <w:tcPr>
            <w:tcW w:type="dxa" w:w="864"/>
          </w:tcPr>
          <w:p>
            <w:r>
              <w:t>顾云帆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377.00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102846210200426</w:t>
            </w:r>
          </w:p>
        </w:tc>
        <w:tc>
          <w:tcPr>
            <w:tcW w:type="dxa" w:w="864"/>
          </w:tcPr>
          <w:p>
            <w:r>
              <w:t>毛国伟</w:t>
            </w:r>
          </w:p>
        </w:tc>
        <w:tc>
          <w:tcPr>
            <w:tcW w:type="dxa" w:w="864"/>
          </w:tcPr>
          <w:p>
            <w:r>
              <w:t>185.83</w:t>
            </w:r>
          </w:p>
        </w:tc>
        <w:tc>
          <w:tcPr>
            <w:tcW w:type="dxa" w:w="864"/>
          </w:tcPr>
          <w:p>
            <w:r>
              <w:t>185.83</w:t>
            </w:r>
          </w:p>
        </w:tc>
        <w:tc>
          <w:tcPr>
            <w:tcW w:type="dxa" w:w="864"/>
          </w:tcPr>
          <w:p>
            <w:r>
              <w:t>376.83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102846210200555</w:t>
            </w:r>
          </w:p>
        </w:tc>
        <w:tc>
          <w:tcPr>
            <w:tcW w:type="dxa" w:w="864"/>
          </w:tcPr>
          <w:p>
            <w:r>
              <w:t>杨杨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376.50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102846210207908</w:t>
            </w:r>
          </w:p>
        </w:tc>
        <w:tc>
          <w:tcPr>
            <w:tcW w:type="dxa" w:w="864"/>
          </w:tcPr>
          <w:p>
            <w:r>
              <w:t>陆亚敏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376.17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102846210211199</w:t>
            </w:r>
          </w:p>
        </w:tc>
        <w:tc>
          <w:tcPr>
            <w:tcW w:type="dxa" w:w="864"/>
          </w:tcPr>
          <w:p>
            <w:r>
              <w:t>商靖萱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375.50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102846210200523</w:t>
            </w:r>
          </w:p>
        </w:tc>
        <w:tc>
          <w:tcPr>
            <w:tcW w:type="dxa" w:w="864"/>
          </w:tcPr>
          <w:p>
            <w:r>
              <w:t>肖吕梦菁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375.17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102846210200494</w:t>
            </w:r>
          </w:p>
        </w:tc>
        <w:tc>
          <w:tcPr>
            <w:tcW w:type="dxa" w:w="864"/>
          </w:tcPr>
          <w:p>
            <w:r>
              <w:t>王雯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375.00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102846210207905</w:t>
            </w:r>
          </w:p>
        </w:tc>
        <w:tc>
          <w:tcPr>
            <w:tcW w:type="dxa" w:w="864"/>
          </w:tcPr>
          <w:p>
            <w:r>
              <w:t>陆红霞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187.00</w:t>
            </w:r>
          </w:p>
        </w:tc>
        <w:tc>
          <w:tcPr>
            <w:tcW w:type="dxa" w:w="864"/>
          </w:tcPr>
          <w:p>
            <w:r>
              <w:t>375.00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102846210209754</w:t>
            </w:r>
          </w:p>
        </w:tc>
        <w:tc>
          <w:tcPr>
            <w:tcW w:type="dxa" w:w="864"/>
          </w:tcPr>
          <w:p>
            <w:r>
              <w:t>薛清源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374.17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102846210200281</w:t>
            </w:r>
          </w:p>
        </w:tc>
        <w:tc>
          <w:tcPr>
            <w:tcW w:type="dxa" w:w="864"/>
          </w:tcPr>
          <w:p>
            <w:r>
              <w:t>迟东和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374.17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102846210207951</w:t>
            </w:r>
          </w:p>
        </w:tc>
        <w:tc>
          <w:tcPr>
            <w:tcW w:type="dxa" w:w="864"/>
          </w:tcPr>
          <w:p>
            <w:r>
              <w:t>徐缘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374.17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102846210200406</w:t>
            </w:r>
          </w:p>
        </w:tc>
        <w:tc>
          <w:tcPr>
            <w:tcW w:type="dxa" w:w="864"/>
          </w:tcPr>
          <w:p>
            <w:r>
              <w:t>刘欣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374.17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102846210208711</w:t>
            </w:r>
          </w:p>
        </w:tc>
        <w:tc>
          <w:tcPr>
            <w:tcW w:type="dxa" w:w="864"/>
          </w:tcPr>
          <w:p>
            <w:r>
              <w:t>李冰馨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374.17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102846210200388</w:t>
            </w:r>
          </w:p>
        </w:tc>
        <w:tc>
          <w:tcPr>
            <w:tcW w:type="dxa" w:w="864"/>
          </w:tcPr>
          <w:p>
            <w:r>
              <w:t>李志浩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374.00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102846210211728</w:t>
            </w:r>
          </w:p>
        </w:tc>
        <w:tc>
          <w:tcPr>
            <w:tcW w:type="dxa" w:w="864"/>
          </w:tcPr>
          <w:p>
            <w:r>
              <w:t>赵巍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374.00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102846210211313</w:t>
            </w:r>
          </w:p>
        </w:tc>
        <w:tc>
          <w:tcPr>
            <w:tcW w:type="dxa" w:w="864"/>
          </w:tcPr>
          <w:p>
            <w:r>
              <w:t>吴海巽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373.83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102846210200269</w:t>
            </w:r>
          </w:p>
        </w:tc>
        <w:tc>
          <w:tcPr>
            <w:tcW w:type="dxa" w:w="864"/>
          </w:tcPr>
          <w:p>
            <w:r>
              <w:t>陈赛</w:t>
            </w:r>
          </w:p>
        </w:tc>
        <w:tc>
          <w:tcPr>
            <w:tcW w:type="dxa" w:w="864"/>
          </w:tcPr>
          <w:p>
            <w:r>
              <w:t>186.67</w:t>
            </w:r>
          </w:p>
        </w:tc>
        <w:tc>
          <w:tcPr>
            <w:tcW w:type="dxa" w:w="864"/>
          </w:tcPr>
          <w:p>
            <w:r>
              <w:t>186.67</w:t>
            </w:r>
          </w:p>
        </w:tc>
        <w:tc>
          <w:tcPr>
            <w:tcW w:type="dxa" w:w="864"/>
          </w:tcPr>
          <w:p>
            <w:r>
              <w:t>373.67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102846210200588</w:t>
            </w:r>
          </w:p>
        </w:tc>
        <w:tc>
          <w:tcPr>
            <w:tcW w:type="dxa" w:w="864"/>
          </w:tcPr>
          <w:p>
            <w:r>
              <w:t>张少卿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373.50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102846210207945</w:t>
            </w:r>
          </w:p>
        </w:tc>
        <w:tc>
          <w:tcPr>
            <w:tcW w:type="dxa" w:w="864"/>
          </w:tcPr>
          <w:p>
            <w:r>
              <w:t>吴思源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373.50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102846210207904</w:t>
            </w:r>
          </w:p>
        </w:tc>
        <w:tc>
          <w:tcPr>
            <w:tcW w:type="dxa" w:w="864"/>
          </w:tcPr>
          <w:p>
            <w:r>
              <w:t>柳林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373.33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102846210207910</w:t>
            </w:r>
          </w:p>
        </w:tc>
        <w:tc>
          <w:tcPr>
            <w:tcW w:type="dxa" w:w="864"/>
          </w:tcPr>
          <w:p>
            <w:r>
              <w:t>吕强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373.17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102846210200272</w:t>
            </w:r>
          </w:p>
        </w:tc>
        <w:tc>
          <w:tcPr>
            <w:tcW w:type="dxa" w:w="864"/>
          </w:tcPr>
          <w:p>
            <w:r>
              <w:t>陈燕雯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372.67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102846210200412</w:t>
            </w:r>
          </w:p>
        </w:tc>
        <w:tc>
          <w:tcPr>
            <w:tcW w:type="dxa" w:w="864"/>
          </w:tcPr>
          <w:p>
            <w:r>
              <w:t>刘子薇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372.17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102846210200498</w:t>
            </w:r>
          </w:p>
        </w:tc>
        <w:tc>
          <w:tcPr>
            <w:tcW w:type="dxa" w:w="864"/>
          </w:tcPr>
          <w:p>
            <w:r>
              <w:t>王易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371.67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102846210209751</w:t>
            </w:r>
          </w:p>
        </w:tc>
        <w:tc>
          <w:tcPr>
            <w:tcW w:type="dxa" w:w="864"/>
          </w:tcPr>
          <w:p>
            <w:r>
              <w:t>李浩燕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371.00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102846210213964</w:t>
            </w:r>
          </w:p>
        </w:tc>
        <w:tc>
          <w:tcPr>
            <w:tcW w:type="dxa" w:w="864"/>
          </w:tcPr>
          <w:p>
            <w:r>
              <w:t>张腾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370.17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102846210207911</w:t>
            </w:r>
          </w:p>
        </w:tc>
        <w:tc>
          <w:tcPr>
            <w:tcW w:type="dxa" w:w="864"/>
          </w:tcPr>
          <w:p>
            <w:r>
              <w:t>马力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370.00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102846210209748</w:t>
            </w:r>
          </w:p>
        </w:tc>
        <w:tc>
          <w:tcPr>
            <w:tcW w:type="dxa" w:w="864"/>
          </w:tcPr>
          <w:p>
            <w:r>
              <w:t>曹子淳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369.50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102846210200490</w:t>
            </w:r>
          </w:p>
        </w:tc>
        <w:tc>
          <w:tcPr>
            <w:tcW w:type="dxa" w:w="864"/>
          </w:tcPr>
          <w:p>
            <w:r>
              <w:t>王若瑜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369.17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102846210207924</w:t>
            </w:r>
          </w:p>
        </w:tc>
        <w:tc>
          <w:tcPr>
            <w:tcW w:type="dxa" w:w="864"/>
          </w:tcPr>
          <w:p>
            <w:r>
              <w:t>沈达亮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368.83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102846210212946</w:t>
            </w:r>
          </w:p>
        </w:tc>
        <w:tc>
          <w:tcPr>
            <w:tcW w:type="dxa" w:w="864"/>
          </w:tcPr>
          <w:p>
            <w:r>
              <w:t>孙伟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368.17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102846210211207</w:t>
            </w:r>
          </w:p>
        </w:tc>
        <w:tc>
          <w:tcPr>
            <w:tcW w:type="dxa" w:w="864"/>
          </w:tcPr>
          <w:p>
            <w:r>
              <w:t>许景铖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367.83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102846210200571</w:t>
            </w:r>
          </w:p>
        </w:tc>
        <w:tc>
          <w:tcPr>
            <w:tcW w:type="dxa" w:w="864"/>
          </w:tcPr>
          <w:p>
            <w:r>
              <w:t>袁志勇</w:t>
            </w:r>
          </w:p>
        </w:tc>
        <w:tc>
          <w:tcPr>
            <w:tcW w:type="dxa" w:w="864"/>
          </w:tcPr>
          <w:p>
            <w:r>
              <w:t>185.67</w:t>
            </w:r>
          </w:p>
        </w:tc>
        <w:tc>
          <w:tcPr>
            <w:tcW w:type="dxa" w:w="864"/>
          </w:tcPr>
          <w:p>
            <w:r>
              <w:t>185.67</w:t>
            </w:r>
          </w:p>
        </w:tc>
        <w:tc>
          <w:tcPr>
            <w:tcW w:type="dxa" w:w="864"/>
          </w:tcPr>
          <w:p>
            <w:r>
              <w:t>367.67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102846210210052</w:t>
            </w:r>
          </w:p>
        </w:tc>
        <w:tc>
          <w:tcPr>
            <w:tcW w:type="dxa" w:w="864"/>
          </w:tcPr>
          <w:p>
            <w:r>
              <w:t>孙悦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367.50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102846210208717</w:t>
            </w:r>
          </w:p>
        </w:tc>
        <w:tc>
          <w:tcPr>
            <w:tcW w:type="dxa" w:w="864"/>
          </w:tcPr>
          <w:p>
            <w:r>
              <w:t>潘仰峰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367.17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102846210200390</w:t>
            </w:r>
          </w:p>
        </w:tc>
        <w:tc>
          <w:tcPr>
            <w:tcW w:type="dxa" w:w="864"/>
          </w:tcPr>
          <w:p>
            <w:r>
              <w:t>林琳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367.00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102846210200466</w:t>
            </w:r>
          </w:p>
        </w:tc>
        <w:tc>
          <w:tcPr>
            <w:tcW w:type="dxa" w:w="864"/>
          </w:tcPr>
          <w:p>
            <w:r>
              <w:t>陶伟超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366.67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102846210200336</w:t>
            </w:r>
          </w:p>
        </w:tc>
        <w:tc>
          <w:tcPr>
            <w:tcW w:type="dxa" w:w="864"/>
          </w:tcPr>
          <w:p>
            <w:r>
              <w:t>华丽芳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366.50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102846210215056</w:t>
            </w:r>
          </w:p>
        </w:tc>
        <w:tc>
          <w:tcPr>
            <w:tcW w:type="dxa" w:w="864"/>
          </w:tcPr>
          <w:p>
            <w:r>
              <w:t>傅翁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366.17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102846210200323</w:t>
            </w:r>
          </w:p>
        </w:tc>
        <w:tc>
          <w:tcPr>
            <w:tcW w:type="dxa" w:w="864"/>
          </w:tcPr>
          <w:p>
            <w:r>
              <w:t>何丽丽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366.17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102846210207948</w:t>
            </w:r>
          </w:p>
        </w:tc>
        <w:tc>
          <w:tcPr>
            <w:tcW w:type="dxa" w:w="864"/>
          </w:tcPr>
          <w:p>
            <w:r>
              <w:t>辛思远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366.17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102846210207884</w:t>
            </w:r>
          </w:p>
        </w:tc>
        <w:tc>
          <w:tcPr>
            <w:tcW w:type="dxa" w:w="864"/>
          </w:tcPr>
          <w:p>
            <w:r>
              <w:t>陈杰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366.00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102846210200484</w:t>
            </w:r>
          </w:p>
        </w:tc>
        <w:tc>
          <w:tcPr>
            <w:tcW w:type="dxa" w:w="864"/>
          </w:tcPr>
          <w:p>
            <w:r>
              <w:t>王剑锋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365.67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102846210200315</w:t>
            </w:r>
          </w:p>
        </w:tc>
        <w:tc>
          <w:tcPr>
            <w:tcW w:type="dxa" w:w="864"/>
          </w:tcPr>
          <w:p>
            <w:r>
              <w:t>顾雅男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365.67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102846210200604</w:t>
            </w:r>
          </w:p>
        </w:tc>
        <w:tc>
          <w:tcPr>
            <w:tcW w:type="dxa" w:w="864"/>
          </w:tcPr>
          <w:p>
            <w:r>
              <w:t>赵凌锋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365.17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102846210200531</w:t>
            </w:r>
          </w:p>
        </w:tc>
        <w:tc>
          <w:tcPr>
            <w:tcW w:type="dxa" w:w="864"/>
          </w:tcPr>
          <w:p>
            <w:r>
              <w:t>徐楠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365.00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同等学力加试：管理学83，战略管理90</w:t>
            </w:r>
          </w:p>
        </w:tc>
      </w:tr>
      <w:tr>
        <w:tc>
          <w:tcPr>
            <w:tcW w:type="dxa" w:w="864"/>
          </w:tcPr>
          <w:p>
            <w:r>
              <w:t>168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102846210200365</w:t>
            </w:r>
          </w:p>
        </w:tc>
        <w:tc>
          <w:tcPr>
            <w:tcW w:type="dxa" w:w="864"/>
          </w:tcPr>
          <w:p>
            <w:r>
              <w:t>李论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364.83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102846210207892</w:t>
            </w:r>
          </w:p>
        </w:tc>
        <w:tc>
          <w:tcPr>
            <w:tcW w:type="dxa" w:w="864"/>
          </w:tcPr>
          <w:p>
            <w:r>
              <w:t>傅志鹏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364.83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102846210208714</w:t>
            </w:r>
          </w:p>
        </w:tc>
        <w:tc>
          <w:tcPr>
            <w:tcW w:type="dxa" w:w="864"/>
          </w:tcPr>
          <w:p>
            <w:r>
              <w:t>刘秀波</w:t>
            </w:r>
          </w:p>
        </w:tc>
        <w:tc>
          <w:tcPr>
            <w:tcW w:type="dxa" w:w="864"/>
          </w:tcPr>
          <w:p>
            <w:r>
              <w:t>186.33</w:t>
            </w:r>
          </w:p>
        </w:tc>
        <w:tc>
          <w:tcPr>
            <w:tcW w:type="dxa" w:w="864"/>
          </w:tcPr>
          <w:p>
            <w:r>
              <w:t>186.33</w:t>
            </w:r>
          </w:p>
        </w:tc>
        <w:tc>
          <w:tcPr>
            <w:tcW w:type="dxa" w:w="864"/>
          </w:tcPr>
          <w:p>
            <w:r>
              <w:t>364.33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102846210211625</w:t>
            </w:r>
          </w:p>
        </w:tc>
        <w:tc>
          <w:tcPr>
            <w:tcW w:type="dxa" w:w="864"/>
          </w:tcPr>
          <w:p>
            <w:r>
              <w:t>吴莹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364.17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102846210200548</w:t>
            </w:r>
          </w:p>
        </w:tc>
        <w:tc>
          <w:tcPr>
            <w:tcW w:type="dxa" w:w="864"/>
          </w:tcPr>
          <w:p>
            <w:r>
              <w:t>杨陆鹏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363.83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102846210200317</w:t>
            </w:r>
          </w:p>
        </w:tc>
        <w:tc>
          <w:tcPr>
            <w:tcW w:type="dxa" w:w="864"/>
          </w:tcPr>
          <w:p>
            <w:r>
              <w:t>郭治廷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363.67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102846210207887</w:t>
            </w:r>
          </w:p>
        </w:tc>
        <w:tc>
          <w:tcPr>
            <w:tcW w:type="dxa" w:w="864"/>
          </w:tcPr>
          <w:p>
            <w:r>
              <w:t>陈哲俣</w:t>
            </w:r>
          </w:p>
        </w:tc>
        <w:tc>
          <w:tcPr>
            <w:tcW w:type="dxa" w:w="864"/>
          </w:tcPr>
          <w:p>
            <w:r>
              <w:t>178.17</w:t>
            </w:r>
          </w:p>
        </w:tc>
        <w:tc>
          <w:tcPr>
            <w:tcW w:type="dxa" w:w="864"/>
          </w:tcPr>
          <w:p>
            <w:r>
              <w:t>178.17</w:t>
            </w:r>
          </w:p>
        </w:tc>
        <w:tc>
          <w:tcPr>
            <w:tcW w:type="dxa" w:w="864"/>
          </w:tcPr>
          <w:p>
            <w:r>
              <w:t>363.17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同等学力加试：管理学80，战略管理85</w:t>
            </w:r>
          </w:p>
        </w:tc>
      </w:tr>
      <w:tr>
        <w:tc>
          <w:tcPr>
            <w:tcW w:type="dxa" w:w="864"/>
          </w:tcPr>
          <w:p>
            <w:r>
              <w:t>175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102846210200613</w:t>
            </w:r>
          </w:p>
        </w:tc>
        <w:tc>
          <w:tcPr>
            <w:tcW w:type="dxa" w:w="864"/>
          </w:tcPr>
          <w:p>
            <w:r>
              <w:t>郑直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363.00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102846210212149</w:t>
            </w:r>
          </w:p>
        </w:tc>
        <w:tc>
          <w:tcPr>
            <w:tcW w:type="dxa" w:w="864"/>
          </w:tcPr>
          <w:p>
            <w:r>
              <w:t>刘冀珽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362.67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102846210200622</w:t>
            </w:r>
          </w:p>
        </w:tc>
        <w:tc>
          <w:tcPr>
            <w:tcW w:type="dxa" w:w="864"/>
          </w:tcPr>
          <w:p>
            <w:r>
              <w:t>周游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362.17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102846210211308</w:t>
            </w:r>
          </w:p>
        </w:tc>
        <w:tc>
          <w:tcPr>
            <w:tcW w:type="dxa" w:w="864"/>
          </w:tcPr>
          <w:p>
            <w:r>
              <w:t>景茗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362.00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102846210200517</w:t>
            </w:r>
          </w:p>
        </w:tc>
        <w:tc>
          <w:tcPr>
            <w:tcW w:type="dxa" w:w="864"/>
          </w:tcPr>
          <w:p>
            <w:r>
              <w:t>夏天祺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362.00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102846210223105</w:t>
            </w:r>
          </w:p>
        </w:tc>
        <w:tc>
          <w:tcPr>
            <w:tcW w:type="dxa" w:w="864"/>
          </w:tcPr>
          <w:p>
            <w:r>
              <w:t>余凡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361.50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102846210221063</w:t>
            </w:r>
          </w:p>
        </w:tc>
        <w:tc>
          <w:tcPr>
            <w:tcW w:type="dxa" w:w="864"/>
          </w:tcPr>
          <w:p>
            <w:r>
              <w:t>马勇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361.17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102846210200262</w:t>
            </w:r>
          </w:p>
        </w:tc>
        <w:tc>
          <w:tcPr>
            <w:tcW w:type="dxa" w:w="864"/>
          </w:tcPr>
          <w:p>
            <w:r>
              <w:t>陈良俊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186.17</w:t>
            </w:r>
          </w:p>
        </w:tc>
        <w:tc>
          <w:tcPr>
            <w:tcW w:type="dxa" w:w="864"/>
          </w:tcPr>
          <w:p>
            <w:r>
              <w:t>361.17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102846210207933</w:t>
            </w:r>
          </w:p>
        </w:tc>
        <w:tc>
          <w:tcPr>
            <w:tcW w:type="dxa" w:w="864"/>
          </w:tcPr>
          <w:p>
            <w:r>
              <w:t>田向荣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361.00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102846210200378</w:t>
            </w:r>
          </w:p>
        </w:tc>
        <w:tc>
          <w:tcPr>
            <w:tcW w:type="dxa" w:w="864"/>
          </w:tcPr>
          <w:p>
            <w:r>
              <w:t>李燕玲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360.83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102846210200533</w:t>
            </w:r>
          </w:p>
        </w:tc>
        <w:tc>
          <w:tcPr>
            <w:tcW w:type="dxa" w:w="864"/>
          </w:tcPr>
          <w:p>
            <w:r>
              <w:t>徐庆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182.33</w:t>
            </w:r>
          </w:p>
        </w:tc>
        <w:tc>
          <w:tcPr>
            <w:tcW w:type="dxa" w:w="864"/>
          </w:tcPr>
          <w:p>
            <w:r>
              <w:t>360.33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102846210200322</w:t>
            </w:r>
          </w:p>
        </w:tc>
        <w:tc>
          <w:tcPr>
            <w:tcW w:type="dxa" w:w="864"/>
          </w:tcPr>
          <w:p>
            <w:r>
              <w:t>郝江红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359.83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102846210200526</w:t>
            </w:r>
          </w:p>
        </w:tc>
        <w:tc>
          <w:tcPr>
            <w:tcW w:type="dxa" w:w="864"/>
          </w:tcPr>
          <w:p>
            <w:r>
              <w:t>谢梦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359.67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同等学力加试：管理学82，战略管理85</w:t>
            </w:r>
          </w:p>
        </w:tc>
      </w:tr>
      <w:tr>
        <w:tc>
          <w:tcPr>
            <w:tcW w:type="dxa" w:w="864"/>
          </w:tcPr>
          <w:p>
            <w:r>
              <w:t>188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102846210200403</w:t>
            </w:r>
          </w:p>
        </w:tc>
        <w:tc>
          <w:tcPr>
            <w:tcW w:type="dxa" w:w="864"/>
          </w:tcPr>
          <w:p>
            <w:r>
              <w:t>刘梦恬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359.50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102846210211203</w:t>
            </w:r>
          </w:p>
        </w:tc>
        <w:tc>
          <w:tcPr>
            <w:tcW w:type="dxa" w:w="864"/>
          </w:tcPr>
          <w:p>
            <w:r>
              <w:t>夏巍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359.33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102846210200256</w:t>
            </w:r>
          </w:p>
        </w:tc>
        <w:tc>
          <w:tcPr>
            <w:tcW w:type="dxa" w:w="864"/>
          </w:tcPr>
          <w:p>
            <w:r>
              <w:t>曹晶晶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359.33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102846210211196</w:t>
            </w:r>
          </w:p>
        </w:tc>
        <w:tc>
          <w:tcPr>
            <w:tcW w:type="dxa" w:w="864"/>
          </w:tcPr>
          <w:p>
            <w:r>
              <w:t>顾鋆熙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359.17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102846210207896</w:t>
            </w:r>
          </w:p>
        </w:tc>
        <w:tc>
          <w:tcPr>
            <w:tcW w:type="dxa" w:w="864"/>
          </w:tcPr>
          <w:p>
            <w:r>
              <w:t>李国文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359.00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102846210200371</w:t>
            </w:r>
          </w:p>
        </w:tc>
        <w:tc>
          <w:tcPr>
            <w:tcW w:type="dxa" w:w="864"/>
          </w:tcPr>
          <w:p>
            <w:r>
              <w:t>李双喜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358.83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102846210200252</w:t>
            </w:r>
          </w:p>
        </w:tc>
        <w:tc>
          <w:tcPr>
            <w:tcW w:type="dxa" w:w="864"/>
          </w:tcPr>
          <w:p>
            <w:r>
              <w:t>卞文鑫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358.67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102846210200363</w:t>
            </w:r>
          </w:p>
        </w:tc>
        <w:tc>
          <w:tcPr>
            <w:tcW w:type="dxa" w:w="864"/>
          </w:tcPr>
          <w:p>
            <w:r>
              <w:t>李坷嵚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358.33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102846210200421</w:t>
            </w:r>
          </w:p>
        </w:tc>
        <w:tc>
          <w:tcPr>
            <w:tcW w:type="dxa" w:w="864"/>
          </w:tcPr>
          <w:p>
            <w:r>
              <w:t>马平川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358.17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102846210207893</w:t>
            </w:r>
          </w:p>
        </w:tc>
        <w:tc>
          <w:tcPr>
            <w:tcW w:type="dxa" w:w="864"/>
          </w:tcPr>
          <w:p>
            <w:r>
              <w:t>过涛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357.83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102846210208709</w:t>
            </w:r>
          </w:p>
        </w:tc>
        <w:tc>
          <w:tcPr>
            <w:tcW w:type="dxa" w:w="864"/>
          </w:tcPr>
          <w:p>
            <w:r>
              <w:t>黄云辉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357.83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102846210212947</w:t>
            </w:r>
          </w:p>
        </w:tc>
        <w:tc>
          <w:tcPr>
            <w:tcW w:type="dxa" w:w="864"/>
          </w:tcPr>
          <w:p>
            <w:r>
              <w:t>王俊飞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357.67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102846210200609</w:t>
            </w:r>
          </w:p>
        </w:tc>
        <w:tc>
          <w:tcPr>
            <w:tcW w:type="dxa" w:w="864"/>
          </w:tcPr>
          <w:p>
            <w:r>
              <w:t>赵禹恝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357.17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102846210200511</w:t>
            </w:r>
          </w:p>
        </w:tc>
        <w:tc>
          <w:tcPr>
            <w:tcW w:type="dxa" w:w="864"/>
          </w:tcPr>
          <w:p>
            <w:r>
              <w:t>吴俊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357.17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102846210200445</w:t>
            </w:r>
          </w:p>
        </w:tc>
        <w:tc>
          <w:tcPr>
            <w:tcW w:type="dxa" w:w="864"/>
          </w:tcPr>
          <w:p>
            <w:r>
              <w:t>石泉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356.83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102846210220382</w:t>
            </w:r>
          </w:p>
        </w:tc>
        <w:tc>
          <w:tcPr>
            <w:tcW w:type="dxa" w:w="864"/>
          </w:tcPr>
          <w:p>
            <w:r>
              <w:t>许正芹</w:t>
            </w:r>
          </w:p>
        </w:tc>
        <w:tc>
          <w:tcPr>
            <w:tcW w:type="dxa" w:w="864"/>
          </w:tcPr>
          <w:p>
            <w:r>
              <w:t>178.67</w:t>
            </w:r>
          </w:p>
        </w:tc>
        <w:tc>
          <w:tcPr>
            <w:tcW w:type="dxa" w:w="864"/>
          </w:tcPr>
          <w:p>
            <w:r>
              <w:t>178.67</w:t>
            </w:r>
          </w:p>
        </w:tc>
        <w:tc>
          <w:tcPr>
            <w:tcW w:type="dxa" w:w="864"/>
          </w:tcPr>
          <w:p>
            <w:r>
              <w:t>356.67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102846210212342</w:t>
            </w:r>
          </w:p>
        </w:tc>
        <w:tc>
          <w:tcPr>
            <w:tcW w:type="dxa" w:w="864"/>
          </w:tcPr>
          <w:p>
            <w:r>
              <w:t>周元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356.67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102846210211191</w:t>
            </w:r>
          </w:p>
        </w:tc>
        <w:tc>
          <w:tcPr>
            <w:tcW w:type="dxa" w:w="864"/>
          </w:tcPr>
          <w:p>
            <w:r>
              <w:t>蔡欣芸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356.17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102846210207895</w:t>
            </w:r>
          </w:p>
        </w:tc>
        <w:tc>
          <w:tcPr>
            <w:tcW w:type="dxa" w:w="864"/>
          </w:tcPr>
          <w:p>
            <w:r>
              <w:t>郎攀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355.83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102846210200549</w:t>
            </w:r>
          </w:p>
        </w:tc>
        <w:tc>
          <w:tcPr>
            <w:tcW w:type="dxa" w:w="864"/>
          </w:tcPr>
          <w:p>
            <w:r>
              <w:t>杨钦云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181.67</w:t>
            </w:r>
          </w:p>
        </w:tc>
        <w:tc>
          <w:tcPr>
            <w:tcW w:type="dxa" w:w="864"/>
          </w:tcPr>
          <w:p>
            <w:r>
              <w:t>355.67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102846210200423</w:t>
            </w:r>
          </w:p>
        </w:tc>
        <w:tc>
          <w:tcPr>
            <w:tcW w:type="dxa" w:w="864"/>
          </w:tcPr>
          <w:p>
            <w:r>
              <w:t>马欣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355.67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102846210200606</w:t>
            </w:r>
          </w:p>
        </w:tc>
        <w:tc>
          <w:tcPr>
            <w:tcW w:type="dxa" w:w="864"/>
          </w:tcPr>
          <w:p>
            <w:r>
              <w:t>赵小楠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355.17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102846210200537</w:t>
            </w:r>
          </w:p>
        </w:tc>
        <w:tc>
          <w:tcPr>
            <w:tcW w:type="dxa" w:w="864"/>
          </w:tcPr>
          <w:p>
            <w:r>
              <w:t>许涛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355.00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102846210212648</w:t>
            </w:r>
          </w:p>
        </w:tc>
        <w:tc>
          <w:tcPr>
            <w:tcW w:type="dxa" w:w="864"/>
          </w:tcPr>
          <w:p>
            <w:r>
              <w:t>史宏炎</w:t>
            </w:r>
          </w:p>
        </w:tc>
        <w:tc>
          <w:tcPr>
            <w:tcW w:type="dxa" w:w="864"/>
          </w:tcPr>
          <w:p>
            <w:r>
              <w:t>188.00</w:t>
            </w:r>
          </w:p>
        </w:tc>
        <w:tc>
          <w:tcPr>
            <w:tcW w:type="dxa" w:w="864"/>
          </w:tcPr>
          <w:p>
            <w:r>
              <w:t>188.00</w:t>
            </w:r>
          </w:p>
        </w:tc>
        <w:tc>
          <w:tcPr>
            <w:tcW w:type="dxa" w:w="864"/>
          </w:tcPr>
          <w:p>
            <w:r>
              <w:t>355.00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102846210212952</w:t>
            </w:r>
          </w:p>
        </w:tc>
        <w:tc>
          <w:tcPr>
            <w:tcW w:type="dxa" w:w="864"/>
          </w:tcPr>
          <w:p>
            <w:r>
              <w:t>余长城</w:t>
            </w:r>
          </w:p>
        </w:tc>
        <w:tc>
          <w:tcPr>
            <w:tcW w:type="dxa" w:w="864"/>
          </w:tcPr>
          <w:p>
            <w:r>
              <w:t>186.83</w:t>
            </w:r>
          </w:p>
        </w:tc>
        <w:tc>
          <w:tcPr>
            <w:tcW w:type="dxa" w:w="864"/>
          </w:tcPr>
          <w:p>
            <w:r>
              <w:t>186.83</w:t>
            </w:r>
          </w:p>
        </w:tc>
        <w:tc>
          <w:tcPr>
            <w:tcW w:type="dxa" w:w="864"/>
          </w:tcPr>
          <w:p>
            <w:r>
              <w:t>354.83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102846210200332</w:t>
            </w:r>
          </w:p>
        </w:tc>
        <w:tc>
          <w:tcPr>
            <w:tcW w:type="dxa" w:w="864"/>
          </w:tcPr>
          <w:p>
            <w:r>
              <w:t>洪子涵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354.67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102846210200374</w:t>
            </w:r>
          </w:p>
        </w:tc>
        <w:tc>
          <w:tcPr>
            <w:tcW w:type="dxa" w:w="864"/>
          </w:tcPr>
          <w:p>
            <w:r>
              <w:t>李文倩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354.67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102846210207947</w:t>
            </w:r>
          </w:p>
        </w:tc>
        <w:tc>
          <w:tcPr>
            <w:tcW w:type="dxa" w:w="864"/>
          </w:tcPr>
          <w:p>
            <w:r>
              <w:t>肖翔宇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354.67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102846210200514</w:t>
            </w:r>
          </w:p>
        </w:tc>
        <w:tc>
          <w:tcPr>
            <w:tcW w:type="dxa" w:w="864"/>
          </w:tcPr>
          <w:p>
            <w:r>
              <w:t>吴同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354.67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102846210200463</w:t>
            </w:r>
          </w:p>
        </w:tc>
        <w:tc>
          <w:tcPr>
            <w:tcW w:type="dxa" w:w="864"/>
          </w:tcPr>
          <w:p>
            <w:r>
              <w:t>唐瀚宇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102846210200504</w:t>
            </w:r>
          </w:p>
        </w:tc>
        <w:tc>
          <w:tcPr>
            <w:tcW w:type="dxa" w:w="864"/>
          </w:tcPr>
          <w:p>
            <w:r>
              <w:t>王婤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102846210222289</w:t>
            </w:r>
          </w:p>
        </w:tc>
        <w:tc>
          <w:tcPr>
            <w:tcW w:type="dxa" w:w="864"/>
          </w:tcPr>
          <w:p>
            <w:r>
              <w:t>张宸鸣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353.67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102846210200614</w:t>
            </w:r>
          </w:p>
        </w:tc>
        <w:tc>
          <w:tcPr>
            <w:tcW w:type="dxa" w:w="864"/>
          </w:tcPr>
          <w:p>
            <w:r>
              <w:t>周枫原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353.50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102846210200543</w:t>
            </w:r>
          </w:p>
        </w:tc>
        <w:tc>
          <w:tcPr>
            <w:tcW w:type="dxa" w:w="864"/>
          </w:tcPr>
          <w:p>
            <w:r>
              <w:t>燕晗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353.33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102846210200392</w:t>
            </w:r>
          </w:p>
        </w:tc>
        <w:tc>
          <w:tcPr>
            <w:tcW w:type="dxa" w:w="864"/>
          </w:tcPr>
          <w:p>
            <w:r>
              <w:t>刘彬彬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353.17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102846210200320</w:t>
            </w:r>
          </w:p>
        </w:tc>
        <w:tc>
          <w:tcPr>
            <w:tcW w:type="dxa" w:w="864"/>
          </w:tcPr>
          <w:p>
            <w:r>
              <w:t>韩志博</w:t>
            </w:r>
          </w:p>
        </w:tc>
        <w:tc>
          <w:tcPr>
            <w:tcW w:type="dxa" w:w="864"/>
          </w:tcPr>
          <w:p>
            <w:r>
              <w:t>178.00</w:t>
            </w:r>
          </w:p>
        </w:tc>
        <w:tc>
          <w:tcPr>
            <w:tcW w:type="dxa" w:w="864"/>
          </w:tcPr>
          <w:p>
            <w:r>
              <w:t>178.00</w:t>
            </w:r>
          </w:p>
        </w:tc>
        <w:tc>
          <w:tcPr>
            <w:tcW w:type="dxa" w:w="864"/>
          </w:tcPr>
          <w:p>
            <w:r>
              <w:t>353.00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102846210200271</w:t>
            </w:r>
          </w:p>
        </w:tc>
        <w:tc>
          <w:tcPr>
            <w:tcW w:type="dxa" w:w="864"/>
          </w:tcPr>
          <w:p>
            <w:r>
              <w:t>陈星铭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175.67</w:t>
            </w:r>
          </w:p>
        </w:tc>
        <w:tc>
          <w:tcPr>
            <w:tcW w:type="dxa" w:w="864"/>
          </w:tcPr>
          <w:p>
            <w:r>
              <w:t>352.67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102846210200568</w:t>
            </w:r>
          </w:p>
        </w:tc>
        <w:tc>
          <w:tcPr>
            <w:tcW w:type="dxa" w:w="864"/>
          </w:tcPr>
          <w:p>
            <w:r>
              <w:t>俞晓阳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352.67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102846210200295</w:t>
            </w:r>
          </w:p>
        </w:tc>
        <w:tc>
          <w:tcPr>
            <w:tcW w:type="dxa" w:w="864"/>
          </w:tcPr>
          <w:p>
            <w:r>
              <w:t>杜维君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184.33</w:t>
            </w:r>
          </w:p>
        </w:tc>
        <w:tc>
          <w:tcPr>
            <w:tcW w:type="dxa" w:w="864"/>
          </w:tcPr>
          <w:p>
            <w:r>
              <w:t>352.33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同等学力加试：管理学71，战略管理80</w:t>
            </w:r>
          </w:p>
        </w:tc>
      </w:tr>
      <w:tr>
        <w:tc>
          <w:tcPr>
            <w:tcW w:type="dxa" w:w="864"/>
          </w:tcPr>
          <w:p>
            <w:r>
              <w:t>227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102846210200583</w:t>
            </w:r>
          </w:p>
        </w:tc>
        <w:tc>
          <w:tcPr>
            <w:tcW w:type="dxa" w:w="864"/>
          </w:tcPr>
          <w:p>
            <w:r>
              <w:t>张龙基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351.83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102846210209577</w:t>
            </w:r>
          </w:p>
        </w:tc>
        <w:tc>
          <w:tcPr>
            <w:tcW w:type="dxa" w:w="864"/>
          </w:tcPr>
          <w:p>
            <w:r>
              <w:t>吕媛媛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351.83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102846210200285</w:t>
            </w:r>
          </w:p>
        </w:tc>
        <w:tc>
          <w:tcPr>
            <w:tcW w:type="dxa" w:w="864"/>
          </w:tcPr>
          <w:p>
            <w:r>
              <w:t>党培才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351.33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102846210208710</w:t>
            </w:r>
          </w:p>
        </w:tc>
        <w:tc>
          <w:tcPr>
            <w:tcW w:type="dxa" w:w="864"/>
          </w:tcPr>
          <w:p>
            <w:r>
              <w:t>蒋杰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179.67</w:t>
            </w:r>
          </w:p>
        </w:tc>
        <w:tc>
          <w:tcPr>
            <w:tcW w:type="dxa" w:w="864"/>
          </w:tcPr>
          <w:p>
            <w:r>
              <w:t>350.67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102846210207928</w:t>
            </w:r>
          </w:p>
        </w:tc>
        <w:tc>
          <w:tcPr>
            <w:tcW w:type="dxa" w:w="864"/>
          </w:tcPr>
          <w:p>
            <w:r>
              <w:t>施政</w:t>
            </w:r>
          </w:p>
        </w:tc>
        <w:tc>
          <w:tcPr>
            <w:tcW w:type="dxa" w:w="864"/>
          </w:tcPr>
          <w:p>
            <w:r>
              <w:t>177.50</w:t>
            </w:r>
          </w:p>
        </w:tc>
        <w:tc>
          <w:tcPr>
            <w:tcW w:type="dxa" w:w="864"/>
          </w:tcPr>
          <w:p>
            <w:r>
              <w:t>177.50</w:t>
            </w:r>
          </w:p>
        </w:tc>
        <w:tc>
          <w:tcPr>
            <w:tcW w:type="dxa" w:w="864"/>
          </w:tcPr>
          <w:p>
            <w:r>
              <w:t>350.50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102846210200602</w:t>
            </w:r>
          </w:p>
        </w:tc>
        <w:tc>
          <w:tcPr>
            <w:tcW w:type="dxa" w:w="864"/>
          </w:tcPr>
          <w:p>
            <w:r>
              <w:t>赵东婷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350.50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102846210200538</w:t>
            </w:r>
          </w:p>
        </w:tc>
        <w:tc>
          <w:tcPr>
            <w:tcW w:type="dxa" w:w="864"/>
          </w:tcPr>
          <w:p>
            <w:r>
              <w:t>薛晖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350.50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同等学力加试：管理学85，战略管理87</w:t>
            </w:r>
          </w:p>
        </w:tc>
      </w:tr>
      <w:tr>
        <w:tc>
          <w:tcPr>
            <w:tcW w:type="dxa" w:w="864"/>
          </w:tcPr>
          <w:p>
            <w:r>
              <w:t>234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102846210211193</w:t>
            </w:r>
          </w:p>
        </w:tc>
        <w:tc>
          <w:tcPr>
            <w:tcW w:type="dxa" w:w="864"/>
          </w:tcPr>
          <w:p>
            <w:r>
              <w:t>陈孟霞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350.17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102846210200605</w:t>
            </w:r>
          </w:p>
        </w:tc>
        <w:tc>
          <w:tcPr>
            <w:tcW w:type="dxa" w:w="864"/>
          </w:tcPr>
          <w:p>
            <w:r>
              <w:t>赵伟成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350.17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102846210200352</w:t>
            </w:r>
          </w:p>
        </w:tc>
        <w:tc>
          <w:tcPr>
            <w:tcW w:type="dxa" w:w="864"/>
          </w:tcPr>
          <w:p>
            <w:r>
              <w:t>蒋亚楠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350.17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102846210213609</w:t>
            </w:r>
          </w:p>
        </w:tc>
        <w:tc>
          <w:tcPr>
            <w:tcW w:type="dxa" w:w="864"/>
          </w:tcPr>
          <w:p>
            <w:r>
              <w:t>李冬梅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350.17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102846210211315</w:t>
            </w:r>
          </w:p>
        </w:tc>
        <w:tc>
          <w:tcPr>
            <w:tcW w:type="dxa" w:w="864"/>
          </w:tcPr>
          <w:p>
            <w:r>
              <w:t>周丹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102846210200627</w:t>
            </w:r>
          </w:p>
        </w:tc>
        <w:tc>
          <w:tcPr>
            <w:tcW w:type="dxa" w:w="864"/>
          </w:tcPr>
          <w:p>
            <w:r>
              <w:t>朱俊超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349.50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102846210200428</w:t>
            </w:r>
          </w:p>
        </w:tc>
        <w:tc>
          <w:tcPr>
            <w:tcW w:type="dxa" w:w="864"/>
          </w:tcPr>
          <w:p>
            <w:r>
              <w:t>缪惠清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349.33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102846210200566</w:t>
            </w:r>
          </w:p>
        </w:tc>
        <w:tc>
          <w:tcPr>
            <w:tcW w:type="dxa" w:w="864"/>
          </w:tcPr>
          <w:p>
            <w:r>
              <w:t>余苑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348.50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102846210207914</w:t>
            </w:r>
          </w:p>
        </w:tc>
        <w:tc>
          <w:tcPr>
            <w:tcW w:type="dxa" w:w="864"/>
          </w:tcPr>
          <w:p>
            <w:r>
              <w:t>祁夏敏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347.50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102846210200302</w:t>
            </w:r>
          </w:p>
        </w:tc>
        <w:tc>
          <w:tcPr>
            <w:tcW w:type="dxa" w:w="864"/>
          </w:tcPr>
          <w:p>
            <w:r>
              <w:t>傅静云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347.33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102846210211201</w:t>
            </w:r>
          </w:p>
        </w:tc>
        <w:tc>
          <w:tcPr>
            <w:tcW w:type="dxa" w:w="864"/>
          </w:tcPr>
          <w:p>
            <w:r>
              <w:t>王秋</w:t>
            </w:r>
          </w:p>
        </w:tc>
        <w:tc>
          <w:tcPr>
            <w:tcW w:type="dxa" w:w="864"/>
          </w:tcPr>
          <w:p>
            <w:r>
              <w:t>177.83</w:t>
            </w:r>
          </w:p>
        </w:tc>
        <w:tc>
          <w:tcPr>
            <w:tcW w:type="dxa" w:w="864"/>
          </w:tcPr>
          <w:p>
            <w:r>
              <w:t>177.83</w:t>
            </w:r>
          </w:p>
        </w:tc>
        <w:tc>
          <w:tcPr>
            <w:tcW w:type="dxa" w:w="864"/>
          </w:tcPr>
          <w:p>
            <w:r>
              <w:t>346.83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102846210200442</w:t>
            </w:r>
          </w:p>
        </w:tc>
        <w:tc>
          <w:tcPr>
            <w:tcW w:type="dxa" w:w="864"/>
          </w:tcPr>
          <w:p>
            <w:r>
              <w:t>沈涵郁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346.83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102846210211312</w:t>
            </w:r>
          </w:p>
        </w:tc>
        <w:tc>
          <w:tcPr>
            <w:tcW w:type="dxa" w:w="864"/>
          </w:tcPr>
          <w:p>
            <w:r>
              <w:t>谈叶闻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346.83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102846210200598</w:t>
            </w:r>
          </w:p>
        </w:tc>
        <w:tc>
          <w:tcPr>
            <w:tcW w:type="dxa" w:w="864"/>
          </w:tcPr>
          <w:p>
            <w:r>
              <w:t>张子凡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183.50</w:t>
            </w:r>
          </w:p>
        </w:tc>
        <w:tc>
          <w:tcPr>
            <w:tcW w:type="dxa" w:w="864"/>
          </w:tcPr>
          <w:p>
            <w:r>
              <w:t>346.50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102846210200289</w:t>
            </w:r>
          </w:p>
        </w:tc>
        <w:tc>
          <w:tcPr>
            <w:tcW w:type="dxa" w:w="864"/>
          </w:tcPr>
          <w:p>
            <w:r>
              <w:t>丁仕珍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345.33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102846210200305</w:t>
            </w:r>
          </w:p>
        </w:tc>
        <w:tc>
          <w:tcPr>
            <w:tcW w:type="dxa" w:w="864"/>
          </w:tcPr>
          <w:p>
            <w:r>
              <w:t>高洁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345.17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102846210200634</w:t>
            </w:r>
          </w:p>
        </w:tc>
        <w:tc>
          <w:tcPr>
            <w:tcW w:type="dxa" w:w="864"/>
          </w:tcPr>
          <w:p>
            <w:r>
              <w:t>邹耀乐</w:t>
            </w:r>
          </w:p>
        </w:tc>
        <w:tc>
          <w:tcPr>
            <w:tcW w:type="dxa" w:w="864"/>
          </w:tcPr>
          <w:p>
            <w:r>
              <w:t>173.00</w:t>
            </w:r>
          </w:p>
        </w:tc>
        <w:tc>
          <w:tcPr>
            <w:tcW w:type="dxa" w:w="864"/>
          </w:tcPr>
          <w:p>
            <w:r>
              <w:t>173.00</w:t>
            </w:r>
          </w:p>
        </w:tc>
        <w:tc>
          <w:tcPr>
            <w:tcW w:type="dxa" w:w="864"/>
          </w:tcPr>
          <w:p>
            <w:r>
              <w:t>345.00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102846210211627</w:t>
            </w:r>
          </w:p>
        </w:tc>
        <w:tc>
          <w:tcPr>
            <w:tcW w:type="dxa" w:w="864"/>
          </w:tcPr>
          <w:p>
            <w:r>
              <w:t>许泳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179.83</w:t>
            </w:r>
          </w:p>
        </w:tc>
        <w:tc>
          <w:tcPr>
            <w:tcW w:type="dxa" w:w="864"/>
          </w:tcPr>
          <w:p>
            <w:r>
              <w:t>344.83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102846210200585</w:t>
            </w:r>
          </w:p>
        </w:tc>
        <w:tc>
          <w:tcPr>
            <w:tcW w:type="dxa" w:w="864"/>
          </w:tcPr>
          <w:p>
            <w:r>
              <w:t>张露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344.83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102846210200318</w:t>
            </w:r>
          </w:p>
        </w:tc>
        <w:tc>
          <w:tcPr>
            <w:tcW w:type="dxa" w:w="864"/>
          </w:tcPr>
          <w:p>
            <w:r>
              <w:t>韩阳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344.50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102846210200393</w:t>
            </w:r>
          </w:p>
        </w:tc>
        <w:tc>
          <w:tcPr>
            <w:tcW w:type="dxa" w:w="864"/>
          </w:tcPr>
          <w:p>
            <w:r>
              <w:t>刘博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344.50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102846210209030</w:t>
            </w:r>
          </w:p>
        </w:tc>
        <w:tc>
          <w:tcPr>
            <w:tcW w:type="dxa" w:w="864"/>
          </w:tcPr>
          <w:p>
            <w:r>
              <w:t>龚赢祯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344.33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102846210211131</w:t>
            </w:r>
          </w:p>
        </w:tc>
        <w:tc>
          <w:tcPr>
            <w:tcW w:type="dxa" w:w="864"/>
          </w:tcPr>
          <w:p>
            <w:r>
              <w:t>陈成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344.17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102846210207957</w:t>
            </w:r>
          </w:p>
        </w:tc>
        <w:tc>
          <w:tcPr>
            <w:tcW w:type="dxa" w:w="864"/>
          </w:tcPr>
          <w:p>
            <w:r>
              <w:t>杨中正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344.00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102846210200446</w:t>
            </w:r>
          </w:p>
        </w:tc>
        <w:tc>
          <w:tcPr>
            <w:tcW w:type="dxa" w:w="864"/>
          </w:tcPr>
          <w:p>
            <w:r>
              <w:t>史倍娟</w:t>
            </w:r>
          </w:p>
        </w:tc>
        <w:tc>
          <w:tcPr>
            <w:tcW w:type="dxa" w:w="864"/>
          </w:tcPr>
          <w:p>
            <w:r>
              <w:t>175.83</w:t>
            </w:r>
          </w:p>
        </w:tc>
        <w:tc>
          <w:tcPr>
            <w:tcW w:type="dxa" w:w="864"/>
          </w:tcPr>
          <w:p>
            <w:r>
              <w:t>175.83</w:t>
            </w:r>
          </w:p>
        </w:tc>
        <w:tc>
          <w:tcPr>
            <w:tcW w:type="dxa" w:w="864"/>
          </w:tcPr>
          <w:p>
            <w:r>
              <w:t>343.83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同等学力加试：管理学80，战略管理85</w:t>
            </w:r>
          </w:p>
        </w:tc>
      </w:tr>
      <w:tr>
        <w:tc>
          <w:tcPr>
            <w:tcW w:type="dxa" w:w="864"/>
          </w:tcPr>
          <w:p>
            <w:r>
              <w:t>259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102846210213107</w:t>
            </w:r>
          </w:p>
        </w:tc>
        <w:tc>
          <w:tcPr>
            <w:tcW w:type="dxa" w:w="864"/>
          </w:tcPr>
          <w:p>
            <w:r>
              <w:t>崔磊航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343.83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102846210212948</w:t>
            </w:r>
          </w:p>
        </w:tc>
        <w:tc>
          <w:tcPr>
            <w:tcW w:type="dxa" w:w="864"/>
          </w:tcPr>
          <w:p>
            <w:r>
              <w:t>王来成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343.83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同等学力加试：管理学84，战略管理90</w:t>
            </w:r>
          </w:p>
        </w:tc>
      </w:tr>
      <w:tr>
        <w:tc>
          <w:tcPr>
            <w:tcW w:type="dxa" w:w="864"/>
          </w:tcPr>
          <w:p>
            <w:r>
              <w:t>261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102846210211626</w:t>
            </w:r>
          </w:p>
        </w:tc>
        <w:tc>
          <w:tcPr>
            <w:tcW w:type="dxa" w:w="864"/>
          </w:tcPr>
          <w:p>
            <w:r>
              <w:t>夏旭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343.50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102846210200430</w:t>
            </w:r>
          </w:p>
        </w:tc>
        <w:tc>
          <w:tcPr>
            <w:tcW w:type="dxa" w:w="864"/>
          </w:tcPr>
          <w:p>
            <w:r>
              <w:t>倪梦银</w:t>
            </w:r>
          </w:p>
        </w:tc>
        <w:tc>
          <w:tcPr>
            <w:tcW w:type="dxa" w:w="864"/>
          </w:tcPr>
          <w:p>
            <w:r>
              <w:t>174.17</w:t>
            </w:r>
          </w:p>
        </w:tc>
        <w:tc>
          <w:tcPr>
            <w:tcW w:type="dxa" w:w="864"/>
          </w:tcPr>
          <w:p>
            <w:r>
              <w:t>174.17</w:t>
            </w:r>
          </w:p>
        </w:tc>
        <w:tc>
          <w:tcPr>
            <w:tcW w:type="dxa" w:w="864"/>
          </w:tcPr>
          <w:p>
            <w:r>
              <w:t>343.17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同等学力加试：管理学87，战略管理85</w:t>
            </w:r>
          </w:p>
        </w:tc>
      </w:tr>
      <w:tr>
        <w:tc>
          <w:tcPr>
            <w:tcW w:type="dxa" w:w="864"/>
          </w:tcPr>
          <w:p>
            <w:r>
              <w:t>263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102846210208720</w:t>
            </w:r>
          </w:p>
        </w:tc>
        <w:tc>
          <w:tcPr>
            <w:tcW w:type="dxa" w:w="864"/>
          </w:tcPr>
          <w:p>
            <w:r>
              <w:t>谢国栋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342.83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102846210200431</w:t>
            </w:r>
          </w:p>
        </w:tc>
        <w:tc>
          <w:tcPr>
            <w:tcW w:type="dxa" w:w="864"/>
          </w:tcPr>
          <w:p>
            <w:r>
              <w:t>聂嘉程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342.83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102846210200582</w:t>
            </w:r>
          </w:p>
        </w:tc>
        <w:tc>
          <w:tcPr>
            <w:tcW w:type="dxa" w:w="864"/>
          </w:tcPr>
          <w:p>
            <w:r>
              <w:t>张晶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342.50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102846210200536</w:t>
            </w:r>
          </w:p>
        </w:tc>
        <w:tc>
          <w:tcPr>
            <w:tcW w:type="dxa" w:w="864"/>
          </w:tcPr>
          <w:p>
            <w:r>
              <w:t>许牧村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342.33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102846210200459</w:t>
            </w:r>
          </w:p>
        </w:tc>
        <w:tc>
          <w:tcPr>
            <w:tcW w:type="dxa" w:w="864"/>
          </w:tcPr>
          <w:p>
            <w:r>
              <w:t>谈茜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185.17</w:t>
            </w:r>
          </w:p>
        </w:tc>
        <w:tc>
          <w:tcPr>
            <w:tcW w:type="dxa" w:w="864"/>
          </w:tcPr>
          <w:p>
            <w:r>
              <w:t>342.17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102846210207923</w:t>
            </w:r>
          </w:p>
        </w:tc>
        <w:tc>
          <w:tcPr>
            <w:tcW w:type="dxa" w:w="864"/>
          </w:tcPr>
          <w:p>
            <w:r>
              <w:t>申留娣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102846210200401</w:t>
            </w:r>
          </w:p>
        </w:tc>
        <w:tc>
          <w:tcPr>
            <w:tcW w:type="dxa" w:w="864"/>
          </w:tcPr>
          <w:p>
            <w:r>
              <w:t>刘磊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102846210200528</w:t>
            </w:r>
          </w:p>
        </w:tc>
        <w:tc>
          <w:tcPr>
            <w:tcW w:type="dxa" w:w="864"/>
          </w:tcPr>
          <w:p>
            <w:r>
              <w:t>徐斐誉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341.83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102846210200297</w:t>
            </w:r>
          </w:p>
        </w:tc>
        <w:tc>
          <w:tcPr>
            <w:tcW w:type="dxa" w:w="864"/>
          </w:tcPr>
          <w:p>
            <w:r>
              <w:t>范昆仑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341.50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102846210200443</w:t>
            </w:r>
          </w:p>
        </w:tc>
        <w:tc>
          <w:tcPr>
            <w:tcW w:type="dxa" w:w="864"/>
          </w:tcPr>
          <w:p>
            <w:r>
              <w:t>沈建涛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341.50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102846210207960</w:t>
            </w:r>
          </w:p>
        </w:tc>
        <w:tc>
          <w:tcPr>
            <w:tcW w:type="dxa" w:w="864"/>
          </w:tcPr>
          <w:p>
            <w:r>
              <w:t>虞乐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183.33</w:t>
            </w:r>
          </w:p>
        </w:tc>
        <w:tc>
          <w:tcPr>
            <w:tcW w:type="dxa" w:w="864"/>
          </w:tcPr>
          <w:p>
            <w:r>
              <w:t>341.33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102846210200303</w:t>
            </w:r>
          </w:p>
        </w:tc>
        <w:tc>
          <w:tcPr>
            <w:tcW w:type="dxa" w:w="864"/>
          </w:tcPr>
          <w:p>
            <w:r>
              <w:t>高大为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182.00</w:t>
            </w:r>
          </w:p>
        </w:tc>
        <w:tc>
          <w:tcPr>
            <w:tcW w:type="dxa" w:w="864"/>
          </w:tcPr>
          <w:p>
            <w:r>
              <w:t>341.00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102846210200257</w:t>
            </w:r>
          </w:p>
        </w:tc>
        <w:tc>
          <w:tcPr>
            <w:tcW w:type="dxa" w:w="864"/>
          </w:tcPr>
          <w:p>
            <w:r>
              <w:t>曹宇霞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179.17</w:t>
            </w:r>
          </w:p>
        </w:tc>
        <w:tc>
          <w:tcPr>
            <w:tcW w:type="dxa" w:w="864"/>
          </w:tcPr>
          <w:p>
            <w:r>
              <w:t>340.17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102846210200447</w:t>
            </w:r>
          </w:p>
        </w:tc>
        <w:tc>
          <w:tcPr>
            <w:tcW w:type="dxa" w:w="864"/>
          </w:tcPr>
          <w:p>
            <w:r>
              <w:t>史超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102846210207939</w:t>
            </w:r>
          </w:p>
        </w:tc>
        <w:tc>
          <w:tcPr>
            <w:tcW w:type="dxa" w:w="864"/>
          </w:tcPr>
          <w:p>
            <w:r>
              <w:t>魏天浩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339.83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102846210200292</w:t>
            </w:r>
          </w:p>
        </w:tc>
        <w:tc>
          <w:tcPr>
            <w:tcW w:type="dxa" w:w="864"/>
          </w:tcPr>
          <w:p>
            <w:r>
              <w:t>董雨心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183.67</w:t>
            </w:r>
          </w:p>
        </w:tc>
        <w:tc>
          <w:tcPr>
            <w:tcW w:type="dxa" w:w="864"/>
          </w:tcPr>
          <w:p>
            <w:r>
              <w:t>339.67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102846210211138</w:t>
            </w:r>
          </w:p>
        </w:tc>
        <w:tc>
          <w:tcPr>
            <w:tcW w:type="dxa" w:w="864"/>
          </w:tcPr>
          <w:p>
            <w:r>
              <w:t>沙鹏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339.50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102846210213238</w:t>
            </w:r>
          </w:p>
        </w:tc>
        <w:tc>
          <w:tcPr>
            <w:tcW w:type="dxa" w:w="864"/>
          </w:tcPr>
          <w:p>
            <w:r>
              <w:t>郑峰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339.50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102846210200469</w:t>
            </w:r>
          </w:p>
        </w:tc>
        <w:tc>
          <w:tcPr>
            <w:tcW w:type="dxa" w:w="864"/>
          </w:tcPr>
          <w:p>
            <w:r>
              <w:t>汪滔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339.50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102846210200346</w:t>
            </w:r>
          </w:p>
        </w:tc>
        <w:tc>
          <w:tcPr>
            <w:tcW w:type="dxa" w:w="864"/>
          </w:tcPr>
          <w:p>
            <w:r>
              <w:t>纪晓芳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182.17</w:t>
            </w:r>
          </w:p>
        </w:tc>
        <w:tc>
          <w:tcPr>
            <w:tcW w:type="dxa" w:w="864"/>
          </w:tcPr>
          <w:p>
            <w:r>
              <w:t>339.17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102846210211210</w:t>
            </w:r>
          </w:p>
        </w:tc>
        <w:tc>
          <w:tcPr>
            <w:tcW w:type="dxa" w:w="864"/>
          </w:tcPr>
          <w:p>
            <w:r>
              <w:t>于井洋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339.17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102846210200621</w:t>
            </w:r>
          </w:p>
        </w:tc>
        <w:tc>
          <w:tcPr>
            <w:tcW w:type="dxa" w:w="864"/>
          </w:tcPr>
          <w:p>
            <w:r>
              <w:t>周瑛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339.00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102846210213614</w:t>
            </w:r>
          </w:p>
        </w:tc>
        <w:tc>
          <w:tcPr>
            <w:tcW w:type="dxa" w:w="864"/>
          </w:tcPr>
          <w:p>
            <w:r>
              <w:t>姚超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338.83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102846210200486</w:t>
            </w:r>
          </w:p>
        </w:tc>
        <w:tc>
          <w:tcPr>
            <w:tcW w:type="dxa" w:w="864"/>
          </w:tcPr>
          <w:p>
            <w:r>
              <w:t>王梦涵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338.83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同等学力加试：管理学84，战略管理85</w:t>
            </w:r>
          </w:p>
        </w:tc>
      </w:tr>
      <w:tr>
        <w:tc>
          <w:tcPr>
            <w:tcW w:type="dxa" w:w="864"/>
          </w:tcPr>
          <w:p>
            <w:r>
              <w:t>287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102846210222659</w:t>
            </w:r>
          </w:p>
        </w:tc>
        <w:tc>
          <w:tcPr>
            <w:tcW w:type="dxa" w:w="864"/>
          </w:tcPr>
          <w:p>
            <w:r>
              <w:t>马悦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338.50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102846210200437</w:t>
            </w:r>
          </w:p>
        </w:tc>
        <w:tc>
          <w:tcPr>
            <w:tcW w:type="dxa" w:w="864"/>
          </w:tcPr>
          <w:p>
            <w:r>
              <w:t>芮先明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337.83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同等学力加试：管理学86，战略管理82</w:t>
            </w:r>
          </w:p>
        </w:tc>
      </w:tr>
      <w:tr>
        <w:tc>
          <w:tcPr>
            <w:tcW w:type="dxa" w:w="864"/>
          </w:tcPr>
          <w:p>
            <w:r>
              <w:t>289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102846210200275</w:t>
            </w:r>
          </w:p>
        </w:tc>
        <w:tc>
          <w:tcPr>
            <w:tcW w:type="dxa" w:w="864"/>
          </w:tcPr>
          <w:p>
            <w:r>
              <w:t>陈颖异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337.67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102846210200603</w:t>
            </w:r>
          </w:p>
        </w:tc>
        <w:tc>
          <w:tcPr>
            <w:tcW w:type="dxa" w:w="864"/>
          </w:tcPr>
          <w:p>
            <w:r>
              <w:t>赵蕾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336.83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102846210210294</w:t>
            </w:r>
          </w:p>
        </w:tc>
        <w:tc>
          <w:tcPr>
            <w:tcW w:type="dxa" w:w="864"/>
          </w:tcPr>
          <w:p>
            <w:r>
              <w:t>谢继顶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182.50</w:t>
            </w:r>
          </w:p>
        </w:tc>
        <w:tc>
          <w:tcPr>
            <w:tcW w:type="dxa" w:w="864"/>
          </w:tcPr>
          <w:p>
            <w:r>
              <w:t>336.50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同等学力加试：管理学80，战略管理85</w:t>
            </w:r>
          </w:p>
        </w:tc>
      </w:tr>
      <w:tr>
        <w:tc>
          <w:tcPr>
            <w:tcW w:type="dxa" w:w="864"/>
          </w:tcPr>
          <w:p>
            <w:r>
              <w:t>292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102846210207918</w:t>
            </w:r>
          </w:p>
        </w:tc>
        <w:tc>
          <w:tcPr>
            <w:tcW w:type="dxa" w:w="864"/>
          </w:tcPr>
          <w:p>
            <w:r>
              <w:t>邱立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336.17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102846210207949</w:t>
            </w:r>
          </w:p>
        </w:tc>
        <w:tc>
          <w:tcPr>
            <w:tcW w:type="dxa" w:w="864"/>
          </w:tcPr>
          <w:p>
            <w:r>
              <w:t>徐鸽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335.83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102846210200515</w:t>
            </w:r>
          </w:p>
        </w:tc>
        <w:tc>
          <w:tcPr>
            <w:tcW w:type="dxa" w:w="864"/>
          </w:tcPr>
          <w:p>
            <w:r>
              <w:t>吴欣远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184.83</w:t>
            </w:r>
          </w:p>
        </w:tc>
        <w:tc>
          <w:tcPr>
            <w:tcW w:type="dxa" w:w="864"/>
          </w:tcPr>
          <w:p>
            <w:r>
              <w:t>335.83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102846210200479</w:t>
            </w:r>
          </w:p>
        </w:tc>
        <w:tc>
          <w:tcPr>
            <w:tcW w:type="dxa" w:w="864"/>
          </w:tcPr>
          <w:p>
            <w:r>
              <w:t>王瀚卿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335.67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102846210212647</w:t>
            </w:r>
          </w:p>
        </w:tc>
        <w:tc>
          <w:tcPr>
            <w:tcW w:type="dxa" w:w="864"/>
          </w:tcPr>
          <w:p>
            <w:r>
              <w:t>钱辰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335.17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102846210207512</w:t>
            </w:r>
          </w:p>
        </w:tc>
        <w:tc>
          <w:tcPr>
            <w:tcW w:type="dxa" w:w="864"/>
          </w:tcPr>
          <w:p>
            <w:r>
              <w:t>李恩兴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184.00</w:t>
            </w:r>
          </w:p>
        </w:tc>
        <w:tc>
          <w:tcPr>
            <w:tcW w:type="dxa" w:w="864"/>
          </w:tcPr>
          <w:p>
            <w:r>
              <w:t>335.00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102846210211212</w:t>
            </w:r>
          </w:p>
        </w:tc>
        <w:tc>
          <w:tcPr>
            <w:tcW w:type="dxa" w:w="864"/>
          </w:tcPr>
          <w:p>
            <w:r>
              <w:t>张佳杰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334.50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102846210200286</w:t>
            </w:r>
          </w:p>
        </w:tc>
        <w:tc>
          <w:tcPr>
            <w:tcW w:type="dxa" w:w="864"/>
          </w:tcPr>
          <w:p>
            <w:r>
              <w:t>邓宁晨</w:t>
            </w:r>
          </w:p>
        </w:tc>
        <w:tc>
          <w:tcPr>
            <w:tcW w:type="dxa" w:w="864"/>
          </w:tcPr>
          <w:p>
            <w:r>
              <w:t>177.33</w:t>
            </w:r>
          </w:p>
        </w:tc>
        <w:tc>
          <w:tcPr>
            <w:tcW w:type="dxa" w:w="864"/>
          </w:tcPr>
          <w:p>
            <w:r>
              <w:t>177.33</w:t>
            </w:r>
          </w:p>
        </w:tc>
        <w:tc>
          <w:tcPr>
            <w:tcW w:type="dxa" w:w="864"/>
          </w:tcPr>
          <w:p>
            <w:r>
              <w:t>334.33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102846210200407</w:t>
            </w:r>
          </w:p>
        </w:tc>
        <w:tc>
          <w:tcPr>
            <w:tcW w:type="dxa" w:w="864"/>
          </w:tcPr>
          <w:p>
            <w:r>
              <w:t>刘鑫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179.33</w:t>
            </w:r>
          </w:p>
        </w:tc>
        <w:tc>
          <w:tcPr>
            <w:tcW w:type="dxa" w:w="864"/>
          </w:tcPr>
          <w:p>
            <w:r>
              <w:t>334.33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102846210207930</w:t>
            </w:r>
          </w:p>
        </w:tc>
        <w:tc>
          <w:tcPr>
            <w:tcW w:type="dxa" w:w="864"/>
          </w:tcPr>
          <w:p>
            <w:r>
              <w:t>孙懿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183.00</w:t>
            </w:r>
          </w:p>
        </w:tc>
        <w:tc>
          <w:tcPr>
            <w:tcW w:type="dxa" w:w="864"/>
          </w:tcPr>
          <w:p>
            <w:r>
              <w:t>334.00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102846210200551</w:t>
            </w:r>
          </w:p>
        </w:tc>
        <w:tc>
          <w:tcPr>
            <w:tcW w:type="dxa" w:w="864"/>
          </w:tcPr>
          <w:p>
            <w:r>
              <w:t>杨思境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333.67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102846210200270</w:t>
            </w:r>
          </w:p>
        </w:tc>
        <w:tc>
          <w:tcPr>
            <w:tcW w:type="dxa" w:w="864"/>
          </w:tcPr>
          <w:p>
            <w:r>
              <w:t>陈思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333.67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102846210200455</w:t>
            </w:r>
          </w:p>
        </w:tc>
        <w:tc>
          <w:tcPr>
            <w:tcW w:type="dxa" w:w="864"/>
          </w:tcPr>
          <w:p>
            <w:r>
              <w:t>孙桂芝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333.50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同等学力加试：管理学83，战略管理83</w:t>
            </w:r>
          </w:p>
        </w:tc>
      </w:tr>
      <w:tr>
        <w:tc>
          <w:tcPr>
            <w:tcW w:type="dxa" w:w="864"/>
          </w:tcPr>
          <w:p>
            <w:r>
              <w:t>305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102846210207969</w:t>
            </w:r>
          </w:p>
        </w:tc>
        <w:tc>
          <w:tcPr>
            <w:tcW w:type="dxa" w:w="864"/>
          </w:tcPr>
          <w:p>
            <w:r>
              <w:t>朱云霞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332.83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102846210200461</w:t>
            </w:r>
          </w:p>
        </w:tc>
        <w:tc>
          <w:tcPr>
            <w:tcW w:type="dxa" w:w="864"/>
          </w:tcPr>
          <w:p>
            <w:r>
              <w:t>汤兰云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184.67</w:t>
            </w:r>
          </w:p>
        </w:tc>
        <w:tc>
          <w:tcPr>
            <w:tcW w:type="dxa" w:w="864"/>
          </w:tcPr>
          <w:p>
            <w:r>
              <w:t>332.67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102846210207916</w:t>
            </w:r>
          </w:p>
        </w:tc>
        <w:tc>
          <w:tcPr>
            <w:tcW w:type="dxa" w:w="864"/>
          </w:tcPr>
          <w:p>
            <w:r>
              <w:t>钱青青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  <w:tc>
          <w:tcPr>
            <w:tcW w:type="dxa" w:w="864"/>
          </w:tcPr>
          <w:p>
            <w:r>
              <w:t>332.00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同等学力加试：管理学89，战略管理80</w:t>
            </w:r>
          </w:p>
        </w:tc>
      </w:tr>
      <w:tr>
        <w:tc>
          <w:tcPr>
            <w:tcW w:type="dxa" w:w="864"/>
          </w:tcPr>
          <w:p>
            <w:r>
              <w:t>308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102846210200475</w:t>
            </w:r>
          </w:p>
        </w:tc>
        <w:tc>
          <w:tcPr>
            <w:tcW w:type="dxa" w:w="864"/>
          </w:tcPr>
          <w:p>
            <w:r>
              <w:t>王丹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  <w:tc>
          <w:tcPr>
            <w:tcW w:type="dxa" w:w="864"/>
          </w:tcPr>
          <w:p>
            <w:r>
              <w:t>177.00</w:t>
            </w:r>
          </w:p>
        </w:tc>
        <w:tc>
          <w:tcPr>
            <w:tcW w:type="dxa" w:w="864"/>
          </w:tcPr>
          <w:p>
            <w:r>
              <w:t>332.00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309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102846210210292</w:t>
            </w:r>
          </w:p>
        </w:tc>
        <w:tc>
          <w:tcPr>
            <w:tcW w:type="dxa" w:w="864"/>
          </w:tcPr>
          <w:p>
            <w:r>
              <w:t>丁前龙</w:t>
            </w:r>
          </w:p>
        </w:tc>
        <w:tc>
          <w:tcPr>
            <w:tcW w:type="dxa" w:w="864"/>
          </w:tcPr>
          <w:p>
            <w:r>
              <w:t>175.83</w:t>
            </w:r>
          </w:p>
        </w:tc>
        <w:tc>
          <w:tcPr>
            <w:tcW w:type="dxa" w:w="864"/>
          </w:tcPr>
          <w:p>
            <w:r>
              <w:t>175.83</w:t>
            </w:r>
          </w:p>
        </w:tc>
        <w:tc>
          <w:tcPr>
            <w:tcW w:type="dxa" w:w="864"/>
          </w:tcPr>
          <w:p>
            <w:r>
              <w:t>331.83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102846210207886</w:t>
            </w:r>
          </w:p>
        </w:tc>
        <w:tc>
          <w:tcPr>
            <w:tcW w:type="dxa" w:w="864"/>
          </w:tcPr>
          <w:p>
            <w:r>
              <w:t>陈维朗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331.50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102846210209578</w:t>
            </w:r>
          </w:p>
        </w:tc>
        <w:tc>
          <w:tcPr>
            <w:tcW w:type="dxa" w:w="864"/>
          </w:tcPr>
          <w:p>
            <w:r>
              <w:t>汤辉</w:t>
            </w:r>
          </w:p>
        </w:tc>
        <w:tc>
          <w:tcPr>
            <w:tcW w:type="dxa" w:w="864"/>
          </w:tcPr>
          <w:p>
            <w:r>
              <w:t>176.17</w:t>
            </w:r>
          </w:p>
        </w:tc>
        <w:tc>
          <w:tcPr>
            <w:tcW w:type="dxa" w:w="864"/>
          </w:tcPr>
          <w:p>
            <w:r>
              <w:t>176.17</w:t>
            </w:r>
          </w:p>
        </w:tc>
        <w:tc>
          <w:tcPr>
            <w:tcW w:type="dxa" w:w="864"/>
          </w:tcPr>
          <w:p>
            <w:r>
              <w:t>331.17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102846210209031</w:t>
            </w:r>
          </w:p>
        </w:tc>
        <w:tc>
          <w:tcPr>
            <w:tcW w:type="dxa" w:w="864"/>
          </w:tcPr>
          <w:p>
            <w:r>
              <w:t>黄明锐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177.17</w:t>
            </w:r>
          </w:p>
        </w:tc>
        <w:tc>
          <w:tcPr>
            <w:tcW w:type="dxa" w:w="864"/>
          </w:tcPr>
          <w:p>
            <w:r>
              <w:t>331.17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102846210212649</w:t>
            </w:r>
          </w:p>
        </w:tc>
        <w:tc>
          <w:tcPr>
            <w:tcW w:type="dxa" w:w="864"/>
          </w:tcPr>
          <w:p>
            <w:r>
              <w:t>吴玉娣</w:t>
            </w:r>
          </w:p>
        </w:tc>
        <w:tc>
          <w:tcPr>
            <w:tcW w:type="dxa" w:w="864"/>
          </w:tcPr>
          <w:p>
            <w:r>
              <w:t>178.17</w:t>
            </w:r>
          </w:p>
        </w:tc>
        <w:tc>
          <w:tcPr>
            <w:tcW w:type="dxa" w:w="864"/>
          </w:tcPr>
          <w:p>
            <w:r>
              <w:t>178.17</w:t>
            </w:r>
          </w:p>
        </w:tc>
        <w:tc>
          <w:tcPr>
            <w:tcW w:type="dxa" w:w="864"/>
          </w:tcPr>
          <w:p>
            <w:r>
              <w:t>331.17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102846210200546</w:t>
            </w:r>
          </w:p>
        </w:tc>
        <w:tc>
          <w:tcPr>
            <w:tcW w:type="dxa" w:w="864"/>
          </w:tcPr>
          <w:p>
            <w:r>
              <w:t>杨兰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331.00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102846210206811</w:t>
            </w:r>
          </w:p>
        </w:tc>
        <w:tc>
          <w:tcPr>
            <w:tcW w:type="dxa" w:w="864"/>
          </w:tcPr>
          <w:p>
            <w:r>
              <w:t>袁悉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330.83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102846210200280</w:t>
            </w:r>
          </w:p>
        </w:tc>
        <w:tc>
          <w:tcPr>
            <w:tcW w:type="dxa" w:w="864"/>
          </w:tcPr>
          <w:p>
            <w:r>
              <w:t>程永明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330.67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102846210209269</w:t>
            </w:r>
          </w:p>
        </w:tc>
        <w:tc>
          <w:tcPr>
            <w:tcW w:type="dxa" w:w="864"/>
          </w:tcPr>
          <w:p>
            <w:r>
              <w:t>武周舟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176.50</w:t>
            </w:r>
          </w:p>
        </w:tc>
        <w:tc>
          <w:tcPr>
            <w:tcW w:type="dxa" w:w="864"/>
          </w:tcPr>
          <w:p>
            <w:r>
              <w:t>330.50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102846210200524</w:t>
            </w:r>
          </w:p>
        </w:tc>
        <w:tc>
          <w:tcPr>
            <w:tcW w:type="dxa" w:w="864"/>
          </w:tcPr>
          <w:p>
            <w:r>
              <w:t>谢凡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330.33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102846210200516</w:t>
            </w:r>
          </w:p>
        </w:tc>
        <w:tc>
          <w:tcPr>
            <w:tcW w:type="dxa" w:w="864"/>
          </w:tcPr>
          <w:p>
            <w:r>
              <w:t>夏绍炎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180.17</w:t>
            </w:r>
          </w:p>
        </w:tc>
        <w:tc>
          <w:tcPr>
            <w:tcW w:type="dxa" w:w="864"/>
          </w:tcPr>
          <w:p>
            <w:r>
              <w:t>330.17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102846210200387</w:t>
            </w:r>
          </w:p>
        </w:tc>
        <w:tc>
          <w:tcPr>
            <w:tcW w:type="dxa" w:w="864"/>
          </w:tcPr>
          <w:p>
            <w:r>
              <w:t>李祯华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102846210211217</w:t>
            </w:r>
          </w:p>
        </w:tc>
        <w:tc>
          <w:tcPr>
            <w:tcW w:type="dxa" w:w="864"/>
          </w:tcPr>
          <w:p>
            <w:r>
              <w:t>周珈伊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328.83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102846210217267</w:t>
            </w:r>
          </w:p>
        </w:tc>
        <w:tc>
          <w:tcPr>
            <w:tcW w:type="dxa" w:w="864"/>
          </w:tcPr>
          <w:p>
            <w:r>
              <w:t>秦文峰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328.50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102846210200364</w:t>
            </w:r>
          </w:p>
        </w:tc>
        <w:tc>
          <w:tcPr>
            <w:tcW w:type="dxa" w:w="864"/>
          </w:tcPr>
          <w:p>
            <w:r>
              <w:t>李璐妃</w:t>
            </w:r>
          </w:p>
        </w:tc>
        <w:tc>
          <w:tcPr>
            <w:tcW w:type="dxa" w:w="864"/>
          </w:tcPr>
          <w:p>
            <w:r>
              <w:t>175.17</w:t>
            </w:r>
          </w:p>
        </w:tc>
        <w:tc>
          <w:tcPr>
            <w:tcW w:type="dxa" w:w="864"/>
          </w:tcPr>
          <w:p>
            <w:r>
              <w:t>175.17</w:t>
            </w:r>
          </w:p>
        </w:tc>
        <w:tc>
          <w:tcPr>
            <w:tcW w:type="dxa" w:w="864"/>
          </w:tcPr>
          <w:p>
            <w:r>
              <w:t>328.17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102846210200560</w:t>
            </w:r>
          </w:p>
        </w:tc>
        <w:tc>
          <w:tcPr>
            <w:tcW w:type="dxa" w:w="864"/>
          </w:tcPr>
          <w:p>
            <w:r>
              <w:t>姚冠钊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181.17</w:t>
            </w:r>
          </w:p>
        </w:tc>
        <w:tc>
          <w:tcPr>
            <w:tcW w:type="dxa" w:w="864"/>
          </w:tcPr>
          <w:p>
            <w:r>
              <w:t>328.17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同等学力加试：管理学79，战略管理80</w:t>
            </w:r>
          </w:p>
        </w:tc>
      </w:tr>
      <w:tr>
        <w:tc>
          <w:tcPr>
            <w:tcW w:type="dxa" w:w="864"/>
          </w:tcPr>
          <w:p>
            <w:r>
              <w:t>325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102846210200255</w:t>
            </w:r>
          </w:p>
        </w:tc>
        <w:tc>
          <w:tcPr>
            <w:tcW w:type="dxa" w:w="864"/>
          </w:tcPr>
          <w:p>
            <w:r>
              <w:t>蔡晨曦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180.67</w:t>
            </w:r>
          </w:p>
        </w:tc>
        <w:tc>
          <w:tcPr>
            <w:tcW w:type="dxa" w:w="864"/>
          </w:tcPr>
          <w:p>
            <w:r>
              <w:t>327.67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102846210200601</w:t>
            </w:r>
          </w:p>
        </w:tc>
        <w:tc>
          <w:tcPr>
            <w:tcW w:type="dxa" w:w="864"/>
          </w:tcPr>
          <w:p>
            <w:r>
              <w:t>章杨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327.33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102846210200493</w:t>
            </w:r>
          </w:p>
        </w:tc>
        <w:tc>
          <w:tcPr>
            <w:tcW w:type="dxa" w:w="864"/>
          </w:tcPr>
          <w:p>
            <w:r>
              <w:t>王文娟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326.83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102846210211309</w:t>
            </w:r>
          </w:p>
        </w:tc>
        <w:tc>
          <w:tcPr>
            <w:tcW w:type="dxa" w:w="864"/>
          </w:tcPr>
          <w:p>
            <w:r>
              <w:t>秦小尧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178.33</w:t>
            </w:r>
          </w:p>
        </w:tc>
        <w:tc>
          <w:tcPr>
            <w:tcW w:type="dxa" w:w="864"/>
          </w:tcPr>
          <w:p>
            <w:r>
              <w:t>325.33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F1工商管理（MBA）</w:t>
            </w:r>
          </w:p>
        </w:tc>
        <w:tc>
          <w:tcPr>
            <w:tcW w:type="dxa" w:w="864"/>
          </w:tcPr>
          <w:p>
            <w:r>
              <w:t>102846210200259</w:t>
            </w:r>
          </w:p>
        </w:tc>
        <w:tc>
          <w:tcPr>
            <w:tcW w:type="dxa" w:w="864"/>
          </w:tcPr>
          <w:p>
            <w:r>
              <w:t>陈楚斌</w:t>
            </w:r>
          </w:p>
        </w:tc>
        <w:tc>
          <w:tcPr>
            <w:tcW w:type="dxa" w:w="864"/>
          </w:tcPr>
          <w:p>
            <w:r>
              <w:t>176.67</w:t>
            </w:r>
          </w:p>
        </w:tc>
        <w:tc>
          <w:tcPr>
            <w:tcW w:type="dxa" w:w="864"/>
          </w:tcPr>
          <w:p>
            <w:r>
              <w:t>176.67</w:t>
            </w:r>
          </w:p>
        </w:tc>
        <w:tc>
          <w:tcPr>
            <w:tcW w:type="dxa" w:w="864"/>
          </w:tcPr>
          <w:p>
            <w:r>
              <w:t>323.67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102846210219811</w:t>
            </w:r>
          </w:p>
        </w:tc>
        <w:tc>
          <w:tcPr>
            <w:tcW w:type="dxa" w:w="864"/>
          </w:tcPr>
          <w:p>
            <w:r>
              <w:t>倪明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397.00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同等学力加试：管理学84，战略管理90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102846210207520</w:t>
            </w:r>
          </w:p>
        </w:tc>
        <w:tc>
          <w:tcPr>
            <w:tcW w:type="dxa" w:w="864"/>
          </w:tcPr>
          <w:p>
            <w:r>
              <w:t>丁晓创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379.50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102846210211219</w:t>
            </w:r>
          </w:p>
        </w:tc>
        <w:tc>
          <w:tcPr>
            <w:tcW w:type="dxa" w:w="864"/>
          </w:tcPr>
          <w:p>
            <w:r>
              <w:t>韩宗宝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378.50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102846210200662</w:t>
            </w:r>
          </w:p>
        </w:tc>
        <w:tc>
          <w:tcPr>
            <w:tcW w:type="dxa" w:w="864"/>
          </w:tcPr>
          <w:p>
            <w:r>
              <w:t>吴春林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186.50</w:t>
            </w:r>
          </w:p>
        </w:tc>
        <w:tc>
          <w:tcPr>
            <w:tcW w:type="dxa" w:w="864"/>
          </w:tcPr>
          <w:p>
            <w:r>
              <w:t>377.50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102846210200683</w:t>
            </w:r>
          </w:p>
        </w:tc>
        <w:tc>
          <w:tcPr>
            <w:tcW w:type="dxa" w:w="864"/>
          </w:tcPr>
          <w:p>
            <w:r>
              <w:t>朱倩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184.50</w:t>
            </w:r>
          </w:p>
        </w:tc>
        <w:tc>
          <w:tcPr>
            <w:tcW w:type="dxa" w:w="864"/>
          </w:tcPr>
          <w:p>
            <w:r>
              <w:t>374.50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102846210200649</w:t>
            </w:r>
          </w:p>
        </w:tc>
        <w:tc>
          <w:tcPr>
            <w:tcW w:type="dxa" w:w="864"/>
          </w:tcPr>
          <w:p>
            <w:r>
              <w:t>刘逸舟</w:t>
            </w:r>
          </w:p>
        </w:tc>
        <w:tc>
          <w:tcPr>
            <w:tcW w:type="dxa" w:w="864"/>
          </w:tcPr>
          <w:p>
            <w:r>
              <w:t>185.33</w:t>
            </w:r>
          </w:p>
        </w:tc>
        <w:tc>
          <w:tcPr>
            <w:tcW w:type="dxa" w:w="864"/>
          </w:tcPr>
          <w:p>
            <w:r>
              <w:t>185.33</w:t>
            </w:r>
          </w:p>
        </w:tc>
        <w:tc>
          <w:tcPr>
            <w:tcW w:type="dxa" w:w="864"/>
          </w:tcPr>
          <w:p>
            <w:r>
              <w:t>374.33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102846210212954</w:t>
            </w:r>
          </w:p>
        </w:tc>
        <w:tc>
          <w:tcPr>
            <w:tcW w:type="dxa" w:w="864"/>
          </w:tcPr>
          <w:p>
            <w:r>
              <w:t>潘蕾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183.83</w:t>
            </w:r>
          </w:p>
        </w:tc>
        <w:tc>
          <w:tcPr>
            <w:tcW w:type="dxa" w:w="864"/>
          </w:tcPr>
          <w:p>
            <w:r>
              <w:t>367.83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102846210204774</w:t>
            </w:r>
          </w:p>
        </w:tc>
        <w:tc>
          <w:tcPr>
            <w:tcW w:type="dxa" w:w="864"/>
          </w:tcPr>
          <w:p>
            <w:r>
              <w:t>倪岩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185.50</w:t>
            </w:r>
          </w:p>
        </w:tc>
        <w:tc>
          <w:tcPr>
            <w:tcW w:type="dxa" w:w="864"/>
          </w:tcPr>
          <w:p>
            <w:r>
              <w:t>365.50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102846210210055</w:t>
            </w:r>
          </w:p>
        </w:tc>
        <w:tc>
          <w:tcPr>
            <w:tcW w:type="dxa" w:w="864"/>
          </w:tcPr>
          <w:p>
            <w:r>
              <w:t>卞婷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178.83</w:t>
            </w:r>
          </w:p>
        </w:tc>
        <w:tc>
          <w:tcPr>
            <w:tcW w:type="dxa" w:w="864"/>
          </w:tcPr>
          <w:p>
            <w:r>
              <w:t>362.83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102846210207971</w:t>
            </w:r>
          </w:p>
        </w:tc>
        <w:tc>
          <w:tcPr>
            <w:tcW w:type="dxa" w:w="864"/>
          </w:tcPr>
          <w:p>
            <w:r>
              <w:t>范海学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362.67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102846210200655</w:t>
            </w:r>
          </w:p>
        </w:tc>
        <w:tc>
          <w:tcPr>
            <w:tcW w:type="dxa" w:w="864"/>
          </w:tcPr>
          <w:p>
            <w:r>
              <w:t>汪鑫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361.00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102846210200660</w:t>
            </w:r>
          </w:p>
        </w:tc>
        <w:tc>
          <w:tcPr>
            <w:tcW w:type="dxa" w:w="864"/>
          </w:tcPr>
          <w:p>
            <w:r>
              <w:t>王雷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186.00</w:t>
            </w:r>
          </w:p>
        </w:tc>
        <w:tc>
          <w:tcPr>
            <w:tcW w:type="dxa" w:w="864"/>
          </w:tcPr>
          <w:p>
            <w:r>
              <w:t>358.00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102846210207972</w:t>
            </w:r>
          </w:p>
        </w:tc>
        <w:tc>
          <w:tcPr>
            <w:tcW w:type="dxa" w:w="864"/>
          </w:tcPr>
          <w:p>
            <w:r>
              <w:t>郭祥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183.17</w:t>
            </w:r>
          </w:p>
        </w:tc>
        <w:tc>
          <w:tcPr>
            <w:tcW w:type="dxa" w:w="864"/>
          </w:tcPr>
          <w:p>
            <w:r>
              <w:t>355.17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102846210200677</w:t>
            </w:r>
          </w:p>
        </w:tc>
        <w:tc>
          <w:tcPr>
            <w:tcW w:type="dxa" w:w="864"/>
          </w:tcPr>
          <w:p>
            <w:r>
              <w:t>张怡豪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181.00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102846210208729</w:t>
            </w:r>
          </w:p>
        </w:tc>
        <w:tc>
          <w:tcPr>
            <w:tcW w:type="dxa" w:w="864"/>
          </w:tcPr>
          <w:p>
            <w:r>
              <w:t>汤娴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351.00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102846210200666</w:t>
            </w:r>
          </w:p>
        </w:tc>
        <w:tc>
          <w:tcPr>
            <w:tcW w:type="dxa" w:w="864"/>
          </w:tcPr>
          <w:p>
            <w:r>
              <w:t>许馨元</w:t>
            </w:r>
          </w:p>
        </w:tc>
        <w:tc>
          <w:tcPr>
            <w:tcW w:type="dxa" w:w="864"/>
          </w:tcPr>
          <w:p>
            <w:r>
              <w:t>177.83</w:t>
            </w:r>
          </w:p>
        </w:tc>
        <w:tc>
          <w:tcPr>
            <w:tcW w:type="dxa" w:w="864"/>
          </w:tcPr>
          <w:p>
            <w:r>
              <w:t>177.83</w:t>
            </w:r>
          </w:p>
        </w:tc>
        <w:tc>
          <w:tcPr>
            <w:tcW w:type="dxa" w:w="864"/>
          </w:tcPr>
          <w:p>
            <w:r>
              <w:t>349.83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102846210207974</w:t>
            </w:r>
          </w:p>
        </w:tc>
        <w:tc>
          <w:tcPr>
            <w:tcW w:type="dxa" w:w="864"/>
          </w:tcPr>
          <w:p>
            <w:r>
              <w:t>张健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184.17</w:t>
            </w:r>
          </w:p>
        </w:tc>
        <w:tc>
          <w:tcPr>
            <w:tcW w:type="dxa" w:w="864"/>
          </w:tcPr>
          <w:p>
            <w:r>
              <w:t>347.17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102846210200668</w:t>
            </w:r>
          </w:p>
        </w:tc>
        <w:tc>
          <w:tcPr>
            <w:tcW w:type="dxa" w:w="864"/>
          </w:tcPr>
          <w:p>
            <w:r>
              <w:t>颜娟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180.33</w:t>
            </w:r>
          </w:p>
        </w:tc>
        <w:tc>
          <w:tcPr>
            <w:tcW w:type="dxa" w:w="864"/>
          </w:tcPr>
          <w:p>
            <w:r>
              <w:t>346.33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102846210212953</w:t>
            </w:r>
          </w:p>
        </w:tc>
        <w:tc>
          <w:tcPr>
            <w:tcW w:type="dxa" w:w="864"/>
          </w:tcPr>
          <w:p>
            <w:r>
              <w:t>陈曦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181.33</w:t>
            </w:r>
          </w:p>
        </w:tc>
        <w:tc>
          <w:tcPr>
            <w:tcW w:type="dxa" w:w="864"/>
          </w:tcPr>
          <w:p>
            <w:r>
              <w:t>346.33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102846210208731</w:t>
            </w:r>
          </w:p>
        </w:tc>
        <w:tc>
          <w:tcPr>
            <w:tcW w:type="dxa" w:w="864"/>
          </w:tcPr>
          <w:p>
            <w:r>
              <w:t>赵淼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182.67</w:t>
            </w:r>
          </w:p>
        </w:tc>
        <w:tc>
          <w:tcPr>
            <w:tcW w:type="dxa" w:w="864"/>
          </w:tcPr>
          <w:p>
            <w:r>
              <w:t>343.67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102846210200669</w:t>
            </w:r>
          </w:p>
        </w:tc>
        <w:tc>
          <w:tcPr>
            <w:tcW w:type="dxa" w:w="864"/>
          </w:tcPr>
          <w:p>
            <w:r>
              <w:t>杨更新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180.50</w:t>
            </w:r>
          </w:p>
        </w:tc>
        <w:tc>
          <w:tcPr>
            <w:tcW w:type="dxa" w:w="864"/>
          </w:tcPr>
          <w:p>
            <w:r>
              <w:t>338.50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102846210200670</w:t>
            </w:r>
          </w:p>
        </w:tc>
        <w:tc>
          <w:tcPr>
            <w:tcW w:type="dxa" w:w="864"/>
          </w:tcPr>
          <w:p>
            <w:r>
              <w:t>杨鸣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338.50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102846210200661</w:t>
            </w:r>
          </w:p>
        </w:tc>
        <w:tc>
          <w:tcPr>
            <w:tcW w:type="dxa" w:w="864"/>
          </w:tcPr>
          <w:p>
            <w:r>
              <w:t>王蓦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179.50</w:t>
            </w:r>
          </w:p>
        </w:tc>
        <w:tc>
          <w:tcPr>
            <w:tcW w:type="dxa" w:w="864"/>
          </w:tcPr>
          <w:p>
            <w:r>
              <w:t>336.50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102846210200665</w:t>
            </w:r>
          </w:p>
        </w:tc>
        <w:tc>
          <w:tcPr>
            <w:tcW w:type="dxa" w:w="864"/>
          </w:tcPr>
          <w:p>
            <w:r>
              <w:t>徐炜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181.83</w:t>
            </w:r>
          </w:p>
        </w:tc>
        <w:tc>
          <w:tcPr>
            <w:tcW w:type="dxa" w:w="864"/>
          </w:tcPr>
          <w:p>
            <w:r>
              <w:t>332.83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102846210200658</w:t>
            </w:r>
          </w:p>
        </w:tc>
        <w:tc>
          <w:tcPr>
            <w:tcW w:type="dxa" w:w="864"/>
          </w:tcPr>
          <w:p>
            <w:r>
              <w:t>王长洲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182.83</w:t>
            </w:r>
          </w:p>
        </w:tc>
        <w:tc>
          <w:tcPr>
            <w:tcW w:type="dxa" w:w="864"/>
          </w:tcPr>
          <w:p>
            <w:r>
              <w:t>331.83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102846210200646</w:t>
            </w:r>
          </w:p>
        </w:tc>
        <w:tc>
          <w:tcPr>
            <w:tcW w:type="dxa" w:w="864"/>
          </w:tcPr>
          <w:p>
            <w:r>
              <w:t>李雨璇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181.50</w:t>
            </w:r>
          </w:p>
        </w:tc>
        <w:tc>
          <w:tcPr>
            <w:tcW w:type="dxa" w:w="864"/>
          </w:tcPr>
          <w:p>
            <w:r>
              <w:t>329.50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F2高级工商管理（EMBA）</w:t>
            </w:r>
          </w:p>
        </w:tc>
        <w:tc>
          <w:tcPr>
            <w:tcW w:type="dxa" w:w="864"/>
          </w:tcPr>
          <w:p>
            <w:r>
              <w:t>102846210217268</w:t>
            </w:r>
          </w:p>
        </w:tc>
        <w:tc>
          <w:tcPr>
            <w:tcW w:type="dxa" w:w="864"/>
          </w:tcPr>
          <w:p>
            <w:r>
              <w:t>李一凡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180.83</w:t>
            </w:r>
          </w:p>
        </w:tc>
        <w:tc>
          <w:tcPr>
            <w:tcW w:type="dxa" w:w="864"/>
          </w:tcPr>
          <w:p>
            <w:r>
              <w:t>326.83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102846210200685</w:t>
            </w:r>
          </w:p>
        </w:tc>
        <w:tc>
          <w:tcPr>
            <w:tcW w:type="dxa" w:w="864"/>
          </w:tcPr>
          <w:p>
            <w:r>
              <w:t>黄晓淇</w:t>
            </w:r>
          </w:p>
        </w:tc>
        <w:tc>
          <w:tcPr>
            <w:tcW w:type="dxa" w:w="864"/>
          </w:tcPr>
          <w:p>
            <w:r>
              <w:t>184.80</w:t>
            </w:r>
          </w:p>
        </w:tc>
        <w:tc>
          <w:tcPr>
            <w:tcW w:type="dxa" w:w="864"/>
          </w:tcPr>
          <w:p>
            <w:r>
              <w:t>184.80</w:t>
            </w:r>
          </w:p>
        </w:tc>
        <w:tc>
          <w:tcPr>
            <w:tcW w:type="dxa" w:w="864"/>
          </w:tcPr>
          <w:p>
            <w:r>
              <w:t>412.80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102846210209757</w:t>
            </w:r>
          </w:p>
        </w:tc>
        <w:tc>
          <w:tcPr>
            <w:tcW w:type="dxa" w:w="864"/>
          </w:tcPr>
          <w:p>
            <w:r>
              <w:t>徐文</w:t>
            </w:r>
          </w:p>
        </w:tc>
        <w:tc>
          <w:tcPr>
            <w:tcW w:type="dxa" w:w="864"/>
          </w:tcPr>
          <w:p>
            <w:r>
              <w:t>171.20</w:t>
            </w:r>
          </w:p>
        </w:tc>
        <w:tc>
          <w:tcPr>
            <w:tcW w:type="dxa" w:w="864"/>
          </w:tcPr>
          <w:p>
            <w:r>
              <w:t>171.20</w:t>
            </w:r>
          </w:p>
        </w:tc>
        <w:tc>
          <w:tcPr>
            <w:tcW w:type="dxa" w:w="864"/>
          </w:tcPr>
          <w:p>
            <w:r>
              <w:t>387.20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102846210200688</w:t>
            </w:r>
          </w:p>
        </w:tc>
        <w:tc>
          <w:tcPr>
            <w:tcW w:type="dxa" w:w="864"/>
          </w:tcPr>
          <w:p>
            <w:r>
              <w:t>孙应畋</w:t>
            </w:r>
          </w:p>
        </w:tc>
        <w:tc>
          <w:tcPr>
            <w:tcW w:type="dxa" w:w="864"/>
          </w:tcPr>
          <w:p>
            <w:r>
              <w:t>177.40</w:t>
            </w:r>
          </w:p>
        </w:tc>
        <w:tc>
          <w:tcPr>
            <w:tcW w:type="dxa" w:w="864"/>
          </w:tcPr>
          <w:p>
            <w:r>
              <w:t>177.40</w:t>
            </w:r>
          </w:p>
        </w:tc>
        <w:tc>
          <w:tcPr>
            <w:tcW w:type="dxa" w:w="864"/>
          </w:tcPr>
          <w:p>
            <w:r>
              <w:t>375.40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102846210200691</w:t>
            </w:r>
          </w:p>
        </w:tc>
        <w:tc>
          <w:tcPr>
            <w:tcW w:type="dxa" w:w="864"/>
          </w:tcPr>
          <w:p>
            <w:r>
              <w:t>杨颖</w:t>
            </w:r>
          </w:p>
        </w:tc>
        <w:tc>
          <w:tcPr>
            <w:tcW w:type="dxa" w:w="864"/>
          </w:tcPr>
          <w:p>
            <w:r>
              <w:t>174.60</w:t>
            </w:r>
          </w:p>
        </w:tc>
        <w:tc>
          <w:tcPr>
            <w:tcW w:type="dxa" w:w="864"/>
          </w:tcPr>
          <w:p>
            <w:r>
              <w:t>174.60</w:t>
            </w:r>
          </w:p>
        </w:tc>
        <w:tc>
          <w:tcPr>
            <w:tcW w:type="dxa" w:w="864"/>
          </w:tcPr>
          <w:p>
            <w:r>
              <w:t>373.60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102846210216341</w:t>
            </w:r>
          </w:p>
        </w:tc>
        <w:tc>
          <w:tcPr>
            <w:tcW w:type="dxa" w:w="864"/>
          </w:tcPr>
          <w:p>
            <w:r>
              <w:t>罗慧卿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179.00</w:t>
            </w:r>
          </w:p>
        </w:tc>
        <w:tc>
          <w:tcPr>
            <w:tcW w:type="dxa" w:w="864"/>
          </w:tcPr>
          <w:p>
            <w:r>
              <w:t>345.00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102846210200690</w:t>
            </w:r>
          </w:p>
        </w:tc>
        <w:tc>
          <w:tcPr>
            <w:tcW w:type="dxa" w:w="864"/>
          </w:tcPr>
          <w:p>
            <w:r>
              <w:t>邢原嘉</w:t>
            </w:r>
          </w:p>
        </w:tc>
        <w:tc>
          <w:tcPr>
            <w:tcW w:type="dxa" w:w="864"/>
          </w:tcPr>
          <w:p>
            <w:r>
              <w:t>177.40</w:t>
            </w:r>
          </w:p>
        </w:tc>
        <w:tc>
          <w:tcPr>
            <w:tcW w:type="dxa" w:w="864"/>
          </w:tcPr>
          <w:p>
            <w:r>
              <w:t>177.40</w:t>
            </w:r>
          </w:p>
        </w:tc>
        <w:tc>
          <w:tcPr>
            <w:tcW w:type="dxa" w:w="864"/>
          </w:tcPr>
          <w:p>
            <w:r>
              <w:t>338.40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工商管理</w:t>
            </w:r>
          </w:p>
        </w:tc>
        <w:tc>
          <w:tcPr>
            <w:tcW w:type="dxa" w:w="864"/>
          </w:tcPr>
          <w:p>
            <w:r>
              <w:t>F3数字文化产业</w:t>
            </w:r>
          </w:p>
        </w:tc>
        <w:tc>
          <w:tcPr>
            <w:tcW w:type="dxa" w:w="864"/>
          </w:tcPr>
          <w:p>
            <w:r>
              <w:t>102846210200692</w:t>
            </w:r>
          </w:p>
        </w:tc>
        <w:tc>
          <w:tcPr>
            <w:tcW w:type="dxa" w:w="864"/>
          </w:tcPr>
          <w:p>
            <w:r>
              <w:t>张兆杰</w:t>
            </w:r>
          </w:p>
        </w:tc>
        <w:tc>
          <w:tcPr>
            <w:tcW w:type="dxa" w:w="864"/>
          </w:tcPr>
          <w:p>
            <w:r>
              <w:t>176.40</w:t>
            </w:r>
          </w:p>
        </w:tc>
        <w:tc>
          <w:tcPr>
            <w:tcW w:type="dxa" w:w="864"/>
          </w:tcPr>
          <w:p>
            <w:r>
              <w:t>176.40</w:t>
            </w:r>
          </w:p>
        </w:tc>
        <w:tc>
          <w:tcPr>
            <w:tcW w:type="dxa" w:w="864"/>
          </w:tcPr>
          <w:p>
            <w:r>
              <w:t>323.40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