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南京大学商学院2026年全日制硕士研究生招生复试成绩及拟录取名单（不含推荐免试硕士生）公示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t>经我单位研究生招生分委会审核，现将商学院2026年全日制硕士研究生招生复试成绩及拟录取名单（不含推荐免试硕士生）予以公示。公示时间自2026年4月2日至4月4日，如对公示名单有异议，请于公示期内以书面形式与我单位联系。联系电话：025-83686257电子邮箱：chenting@nju.edu.cn如有考生自愿放弃拟录取资格，我单位将在学校规定时间内依次替补，替补结果以研究生院审核为准。此次公布的名单为我单位拟录取名单，南京大学研究生院后续将统一公示全校拟录取名单，拟录取名单须经上级主管部门审核通过后方为正式录取。</w:t>
            </w:r>
          </w:p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南京大学商学院2026年4月2日</w:t>
            </w:r>
          </w:p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附件：</w:t>
            </w:r>
          </w:p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  <w:tc>
          <w:tcPr>
            <w:tcW w:type="dxa" w:w="864"/>
          </w:tcPr>
          <w:p/>
        </w:tc>
      </w:tr>
      <w:tr>
        <w:tc>
          <w:tcPr>
            <w:tcW w:type="dxa" w:w="864"/>
          </w:tcPr>
          <w:p>
            <w:r>
              <w:t>序号</w:t>
            </w:r>
          </w:p>
        </w:tc>
        <w:tc>
          <w:tcPr>
            <w:tcW w:type="dxa" w:w="864"/>
          </w:tcPr>
          <w:p>
            <w:r>
              <w:t>专业</w:t>
            </w:r>
          </w:p>
        </w:tc>
        <w:tc>
          <w:tcPr>
            <w:tcW w:type="dxa" w:w="864"/>
          </w:tcPr>
          <w:p>
            <w:r>
              <w:t>考生编号</w:t>
            </w:r>
          </w:p>
        </w:tc>
        <w:tc>
          <w:tcPr>
            <w:tcW w:type="dxa" w:w="864"/>
          </w:tcPr>
          <w:p>
            <w:r>
              <w:t>姓名</w:t>
            </w:r>
          </w:p>
        </w:tc>
        <w:tc>
          <w:tcPr>
            <w:tcW w:type="dxa" w:w="864"/>
          </w:tcPr>
          <w:p>
            <w:r>
              <w:t>笔试成绩</w:t>
            </w:r>
          </w:p>
        </w:tc>
        <w:tc>
          <w:tcPr>
            <w:tcW w:type="dxa" w:w="864"/>
          </w:tcPr>
          <w:p>
            <w:r>
              <w:t>面试成绩</w:t>
            </w:r>
          </w:p>
        </w:tc>
        <w:tc>
          <w:tcPr>
            <w:tcW w:type="dxa" w:w="864"/>
          </w:tcPr>
          <w:p>
            <w:r>
              <w:t>复试成绩</w:t>
            </w:r>
          </w:p>
        </w:tc>
        <w:tc>
          <w:tcPr>
            <w:tcW w:type="dxa" w:w="864"/>
          </w:tcPr>
          <w:p>
            <w:r>
              <w:t>总成绩</w:t>
            </w:r>
          </w:p>
        </w:tc>
        <w:tc>
          <w:tcPr>
            <w:tcW w:type="dxa" w:w="864"/>
          </w:tcPr>
          <w:p>
            <w:r>
              <w:t>拟录取结果</w:t>
            </w:r>
          </w:p>
        </w:tc>
        <w:tc>
          <w:tcPr>
            <w:tcW w:type="dxa" w:w="864"/>
          </w:tcPr>
          <w:p>
            <w:r>
              <w:t>备注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102846210215623</w:t>
            </w:r>
          </w:p>
        </w:tc>
        <w:tc>
          <w:tcPr>
            <w:tcW w:type="dxa" w:w="864"/>
          </w:tcPr>
          <w:p>
            <w:r>
              <w:t>吴天豪</w:t>
            </w:r>
          </w:p>
        </w:tc>
        <w:tc>
          <w:tcPr>
            <w:tcW w:type="dxa" w:w="864"/>
          </w:tcPr>
          <w:p>
            <w:r>
              <w:t>148</w:t>
            </w:r>
          </w:p>
        </w:tc>
        <w:tc>
          <w:tcPr>
            <w:tcW w:type="dxa" w:w="864"/>
          </w:tcPr>
          <w:p>
            <w:r>
              <w:t>129.4</w:t>
            </w:r>
          </w:p>
        </w:tc>
        <w:tc>
          <w:tcPr>
            <w:tcW w:type="dxa" w:w="864"/>
          </w:tcPr>
          <w:p>
            <w:r>
              <w:t>277.4</w:t>
            </w:r>
          </w:p>
        </w:tc>
        <w:tc>
          <w:tcPr>
            <w:tcW w:type="dxa" w:w="864"/>
          </w:tcPr>
          <w:p>
            <w:r>
              <w:t>703.4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102846210222804</w:t>
            </w:r>
          </w:p>
        </w:tc>
        <w:tc>
          <w:tcPr>
            <w:tcW w:type="dxa" w:w="864"/>
          </w:tcPr>
          <w:p>
            <w:r>
              <w:t>马劲骕</w:t>
            </w:r>
          </w:p>
        </w:tc>
        <w:tc>
          <w:tcPr>
            <w:tcW w:type="dxa" w:w="864"/>
          </w:tcPr>
          <w:p>
            <w:r>
              <w:t>147</w:t>
            </w:r>
          </w:p>
        </w:tc>
        <w:tc>
          <w:tcPr>
            <w:tcW w:type="dxa" w:w="864"/>
          </w:tcPr>
          <w:p>
            <w:r>
              <w:t>125.6</w:t>
            </w:r>
          </w:p>
        </w:tc>
        <w:tc>
          <w:tcPr>
            <w:tcW w:type="dxa" w:w="864"/>
          </w:tcPr>
          <w:p>
            <w:r>
              <w:t>272.6</w:t>
            </w:r>
          </w:p>
        </w:tc>
        <w:tc>
          <w:tcPr>
            <w:tcW w:type="dxa" w:w="864"/>
          </w:tcPr>
          <w:p>
            <w:r>
              <w:t>696.6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少民计划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102846210221329</w:t>
            </w:r>
          </w:p>
        </w:tc>
        <w:tc>
          <w:tcPr>
            <w:tcW w:type="dxa" w:w="864"/>
          </w:tcPr>
          <w:p>
            <w:r>
              <w:t>张婷婷</w:t>
            </w:r>
          </w:p>
        </w:tc>
        <w:tc>
          <w:tcPr>
            <w:tcW w:type="dxa" w:w="864"/>
          </w:tcPr>
          <w:p>
            <w:r>
              <w:t>145</w:t>
            </w:r>
          </w:p>
        </w:tc>
        <w:tc>
          <w:tcPr>
            <w:tcW w:type="dxa" w:w="864"/>
          </w:tcPr>
          <w:p>
            <w:r>
              <w:t>126.6</w:t>
            </w:r>
          </w:p>
        </w:tc>
        <w:tc>
          <w:tcPr>
            <w:tcW w:type="dxa" w:w="864"/>
          </w:tcPr>
          <w:p>
            <w:r>
              <w:t>271.6</w:t>
            </w:r>
          </w:p>
        </w:tc>
        <w:tc>
          <w:tcPr>
            <w:tcW w:type="dxa" w:w="864"/>
          </w:tcPr>
          <w:p>
            <w:r>
              <w:t>691.6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102846210209251</w:t>
            </w:r>
          </w:p>
        </w:tc>
        <w:tc>
          <w:tcPr>
            <w:tcW w:type="dxa" w:w="864"/>
          </w:tcPr>
          <w:p>
            <w:r>
              <w:t>陈洋</w:t>
            </w:r>
          </w:p>
        </w:tc>
        <w:tc>
          <w:tcPr>
            <w:tcW w:type="dxa" w:w="864"/>
          </w:tcPr>
          <w:p>
            <w:r>
              <w:t>149</w:t>
            </w:r>
          </w:p>
        </w:tc>
        <w:tc>
          <w:tcPr>
            <w:tcW w:type="dxa" w:w="864"/>
          </w:tcPr>
          <w:p>
            <w:r>
              <w:t>129.4</w:t>
            </w:r>
          </w:p>
        </w:tc>
        <w:tc>
          <w:tcPr>
            <w:tcW w:type="dxa" w:w="864"/>
          </w:tcPr>
          <w:p>
            <w:r>
              <w:t>278.4</w:t>
            </w:r>
          </w:p>
        </w:tc>
        <w:tc>
          <w:tcPr>
            <w:tcW w:type="dxa" w:w="864"/>
          </w:tcPr>
          <w:p>
            <w:r>
              <w:t>686.4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102846210205631</w:t>
            </w:r>
          </w:p>
        </w:tc>
        <w:tc>
          <w:tcPr>
            <w:tcW w:type="dxa" w:w="864"/>
          </w:tcPr>
          <w:p>
            <w:r>
              <w:t>卢涵烁</w:t>
            </w:r>
          </w:p>
        </w:tc>
        <w:tc>
          <w:tcPr>
            <w:tcW w:type="dxa" w:w="864"/>
          </w:tcPr>
          <w:p>
            <w:r>
              <w:t>150</w:t>
            </w:r>
          </w:p>
        </w:tc>
        <w:tc>
          <w:tcPr>
            <w:tcW w:type="dxa" w:w="864"/>
          </w:tcPr>
          <w:p>
            <w:r>
              <w:t>128.4</w:t>
            </w:r>
          </w:p>
        </w:tc>
        <w:tc>
          <w:tcPr>
            <w:tcW w:type="dxa" w:w="864"/>
          </w:tcPr>
          <w:p>
            <w:r>
              <w:t>278.4</w:t>
            </w:r>
          </w:p>
        </w:tc>
        <w:tc>
          <w:tcPr>
            <w:tcW w:type="dxa" w:w="864"/>
          </w:tcPr>
          <w:p>
            <w:r>
              <w:t>681.4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102846210204828</w:t>
            </w:r>
          </w:p>
        </w:tc>
        <w:tc>
          <w:tcPr>
            <w:tcW w:type="dxa" w:w="864"/>
          </w:tcPr>
          <w:p>
            <w:r>
              <w:t>唐澄</w:t>
            </w:r>
          </w:p>
        </w:tc>
        <w:tc>
          <w:tcPr>
            <w:tcW w:type="dxa" w:w="864"/>
          </w:tcPr>
          <w:p>
            <w:r>
              <w:t>148</w:t>
            </w:r>
          </w:p>
        </w:tc>
        <w:tc>
          <w:tcPr>
            <w:tcW w:type="dxa" w:w="864"/>
          </w:tcPr>
          <w:p>
            <w:r>
              <w:t>125.2</w:t>
            </w:r>
          </w:p>
        </w:tc>
        <w:tc>
          <w:tcPr>
            <w:tcW w:type="dxa" w:w="864"/>
          </w:tcPr>
          <w:p>
            <w:r>
              <w:t>273.2</w:t>
            </w:r>
          </w:p>
        </w:tc>
        <w:tc>
          <w:tcPr>
            <w:tcW w:type="dxa" w:w="864"/>
          </w:tcPr>
          <w:p>
            <w:r>
              <w:t>679.2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102846210223712</w:t>
            </w:r>
          </w:p>
        </w:tc>
        <w:tc>
          <w:tcPr>
            <w:tcW w:type="dxa" w:w="864"/>
          </w:tcPr>
          <w:p>
            <w:r>
              <w:t>任娜</w:t>
            </w:r>
          </w:p>
        </w:tc>
        <w:tc>
          <w:tcPr>
            <w:tcW w:type="dxa" w:w="864"/>
          </w:tcPr>
          <w:p>
            <w:r>
              <w:t>148</w:t>
            </w:r>
          </w:p>
        </w:tc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261</w:t>
            </w:r>
          </w:p>
        </w:tc>
        <w:tc>
          <w:tcPr>
            <w:tcW w:type="dxa" w:w="864"/>
          </w:tcPr>
          <w:p>
            <w:r>
              <w:t>679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102846210205882</w:t>
            </w:r>
          </w:p>
        </w:tc>
        <w:tc>
          <w:tcPr>
            <w:tcW w:type="dxa" w:w="864"/>
          </w:tcPr>
          <w:p>
            <w:r>
              <w:t>王桂娟</w:t>
            </w:r>
          </w:p>
        </w:tc>
        <w:tc>
          <w:tcPr>
            <w:tcW w:type="dxa" w:w="864"/>
          </w:tcPr>
          <w:p>
            <w:r>
              <w:t>149</w:t>
            </w:r>
          </w:p>
        </w:tc>
        <w:tc>
          <w:tcPr>
            <w:tcW w:type="dxa" w:w="864"/>
          </w:tcPr>
          <w:p>
            <w:r>
              <w:t>126</w:t>
            </w:r>
          </w:p>
        </w:tc>
        <w:tc>
          <w:tcPr>
            <w:tcW w:type="dxa" w:w="864"/>
          </w:tcPr>
          <w:p>
            <w:r>
              <w:t>275</w:t>
            </w:r>
          </w:p>
        </w:tc>
        <w:tc>
          <w:tcPr>
            <w:tcW w:type="dxa" w:w="864"/>
          </w:tcPr>
          <w:p>
            <w:r>
              <w:t>666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>
              <w:t>102846210221455</w:t>
            </w:r>
          </w:p>
        </w:tc>
        <w:tc>
          <w:tcPr>
            <w:tcW w:type="dxa" w:w="864"/>
          </w:tcPr>
          <w:p>
            <w:r>
              <w:t>李永灿</w:t>
            </w:r>
          </w:p>
        </w:tc>
        <w:tc>
          <w:tcPr>
            <w:tcW w:type="dxa" w:w="864"/>
          </w:tcPr>
          <w:p>
            <w:r>
              <w:t>147</w:t>
            </w:r>
          </w:p>
        </w:tc>
        <w:tc>
          <w:tcPr>
            <w:tcW w:type="dxa" w:w="864"/>
          </w:tcPr>
          <w:p>
            <w:r>
              <w:t>125.8</w:t>
            </w:r>
          </w:p>
        </w:tc>
        <w:tc>
          <w:tcPr>
            <w:tcW w:type="dxa" w:w="864"/>
          </w:tcPr>
          <w:p>
            <w:r>
              <w:t>272.8</w:t>
            </w:r>
          </w:p>
        </w:tc>
        <w:tc>
          <w:tcPr>
            <w:tcW w:type="dxa" w:w="864"/>
          </w:tcPr>
          <w:p>
            <w:r>
              <w:t>660.8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</w:t>
            </w:r>
          </w:p>
        </w:tc>
        <w:tc>
          <w:tcPr>
            <w:tcW w:type="dxa" w:w="864"/>
          </w:tcPr>
          <w:p>
            <w:r>
              <w:t>020104西方经济学</w:t>
            </w:r>
          </w:p>
        </w:tc>
        <w:tc>
          <w:tcPr>
            <w:tcW w:type="dxa" w:w="864"/>
          </w:tcPr>
          <w:p>
            <w:r>
              <w:t>102846210200075</w:t>
            </w:r>
          </w:p>
        </w:tc>
        <w:tc>
          <w:tcPr>
            <w:tcW w:type="dxa" w:w="864"/>
          </w:tcPr>
          <w:p>
            <w:r>
              <w:t>何佳智</w:t>
            </w:r>
          </w:p>
        </w:tc>
        <w:tc>
          <w:tcPr>
            <w:tcW w:type="dxa" w:w="864"/>
          </w:tcPr>
          <w:p>
            <w:r>
              <w:t>142</w:t>
            </w:r>
          </w:p>
        </w:tc>
        <w:tc>
          <w:tcPr>
            <w:tcW w:type="dxa" w:w="864"/>
          </w:tcPr>
          <w:p>
            <w:r>
              <w:t>125.8</w:t>
            </w:r>
          </w:p>
        </w:tc>
        <w:tc>
          <w:tcPr>
            <w:tcW w:type="dxa" w:w="864"/>
          </w:tcPr>
          <w:p>
            <w:r>
              <w:t>267.8</w:t>
            </w:r>
          </w:p>
        </w:tc>
        <w:tc>
          <w:tcPr>
            <w:tcW w:type="dxa" w:w="864"/>
          </w:tcPr>
          <w:p>
            <w:r>
              <w:t>669.8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</w:t>
            </w:r>
          </w:p>
        </w:tc>
        <w:tc>
          <w:tcPr>
            <w:tcW w:type="dxa" w:w="864"/>
          </w:tcPr>
          <w:p>
            <w:r>
              <w:t>020104西方经济学</w:t>
            </w:r>
          </w:p>
        </w:tc>
        <w:tc>
          <w:tcPr>
            <w:tcW w:type="dxa" w:w="864"/>
          </w:tcPr>
          <w:p>
            <w:r>
              <w:t>102846210200077</w:t>
            </w:r>
          </w:p>
        </w:tc>
        <w:tc>
          <w:tcPr>
            <w:tcW w:type="dxa" w:w="864"/>
          </w:tcPr>
          <w:p>
            <w:r>
              <w:t>夏涛</w:t>
            </w:r>
          </w:p>
        </w:tc>
        <w:tc>
          <w:tcPr>
            <w:tcW w:type="dxa" w:w="864"/>
          </w:tcPr>
          <w:p>
            <w:r>
              <w:t>144</w:t>
            </w:r>
          </w:p>
        </w:tc>
        <w:tc>
          <w:tcPr>
            <w:tcW w:type="dxa" w:w="864"/>
          </w:tcPr>
          <w:p>
            <w:r>
              <w:t>126.4</w:t>
            </w:r>
          </w:p>
        </w:tc>
        <w:tc>
          <w:tcPr>
            <w:tcW w:type="dxa" w:w="864"/>
          </w:tcPr>
          <w:p>
            <w:r>
              <w:t>270.4</w:t>
            </w:r>
          </w:p>
        </w:tc>
        <w:tc>
          <w:tcPr>
            <w:tcW w:type="dxa" w:w="864"/>
          </w:tcPr>
          <w:p>
            <w:r>
              <w:t>669.4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</w:t>
            </w:r>
          </w:p>
        </w:tc>
        <w:tc>
          <w:tcPr>
            <w:tcW w:type="dxa" w:w="864"/>
          </w:tcPr>
          <w:p>
            <w:r>
              <w:t>020104西方经济学</w:t>
            </w:r>
          </w:p>
        </w:tc>
        <w:tc>
          <w:tcPr>
            <w:tcW w:type="dxa" w:w="864"/>
          </w:tcPr>
          <w:p>
            <w:r>
              <w:t>102846210205632</w:t>
            </w:r>
          </w:p>
        </w:tc>
        <w:tc>
          <w:tcPr>
            <w:tcW w:type="dxa" w:w="864"/>
          </w:tcPr>
          <w:p>
            <w:r>
              <w:t>李佳兴</w:t>
            </w:r>
          </w:p>
        </w:tc>
        <w:tc>
          <w:tcPr>
            <w:tcW w:type="dxa" w:w="864"/>
          </w:tcPr>
          <w:p>
            <w:r>
              <w:t>142</w:t>
            </w:r>
          </w:p>
        </w:tc>
        <w:tc>
          <w:tcPr>
            <w:tcW w:type="dxa" w:w="864"/>
          </w:tcPr>
          <w:p>
            <w:r>
              <w:t>125.2</w:t>
            </w:r>
          </w:p>
        </w:tc>
        <w:tc>
          <w:tcPr>
            <w:tcW w:type="dxa" w:w="864"/>
          </w:tcPr>
          <w:p>
            <w:r>
              <w:t>267.2</w:t>
            </w:r>
          </w:p>
        </w:tc>
        <w:tc>
          <w:tcPr>
            <w:tcW w:type="dxa" w:w="864"/>
          </w:tcPr>
          <w:p>
            <w:r>
              <w:t>669.2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13</w:t>
            </w:r>
          </w:p>
        </w:tc>
        <w:tc>
          <w:tcPr>
            <w:tcW w:type="dxa" w:w="864"/>
          </w:tcPr>
          <w:p>
            <w:r>
              <w:t>020105世界经济</w:t>
            </w:r>
          </w:p>
        </w:tc>
        <w:tc>
          <w:tcPr>
            <w:tcW w:type="dxa" w:w="864"/>
          </w:tcPr>
          <w:p>
            <w:r>
              <w:t>102846210217971</w:t>
            </w:r>
          </w:p>
        </w:tc>
        <w:tc>
          <w:tcPr>
            <w:tcW w:type="dxa" w:w="864"/>
          </w:tcPr>
          <w:p>
            <w:r>
              <w:t>焦泓学</w:t>
            </w:r>
          </w:p>
        </w:tc>
        <w:tc>
          <w:tcPr>
            <w:tcW w:type="dxa" w:w="864"/>
          </w:tcPr>
          <w:p>
            <w:r>
              <w:t>108</w:t>
            </w:r>
          </w:p>
        </w:tc>
        <w:tc>
          <w:tcPr>
            <w:tcW w:type="dxa" w:w="864"/>
          </w:tcPr>
          <w:p>
            <w:r>
              <w:t>117.67</w:t>
            </w:r>
          </w:p>
        </w:tc>
        <w:tc>
          <w:tcPr>
            <w:tcW w:type="dxa" w:w="864"/>
          </w:tcPr>
          <w:p>
            <w:r>
              <w:t>225.67</w:t>
            </w:r>
          </w:p>
        </w:tc>
        <w:tc>
          <w:tcPr>
            <w:tcW w:type="dxa" w:w="864"/>
          </w:tcPr>
          <w:p>
            <w:r>
              <w:t>604.67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14</w:t>
            </w:r>
          </w:p>
        </w:tc>
        <w:tc>
          <w:tcPr>
            <w:tcW w:type="dxa" w:w="864"/>
          </w:tcPr>
          <w:p>
            <w:r>
              <w:t>020201国民经济学</w:t>
            </w:r>
          </w:p>
        </w:tc>
        <w:tc>
          <w:tcPr>
            <w:tcW w:type="dxa" w:w="864"/>
          </w:tcPr>
          <w:p>
            <w:r>
              <w:t>102846210221634</w:t>
            </w:r>
          </w:p>
        </w:tc>
        <w:tc>
          <w:tcPr>
            <w:tcW w:type="dxa" w:w="864"/>
          </w:tcPr>
          <w:p>
            <w:r>
              <w:t>吴笑菡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127.2</w:t>
            </w:r>
          </w:p>
        </w:tc>
        <w:tc>
          <w:tcPr>
            <w:tcW w:type="dxa" w:w="864"/>
          </w:tcPr>
          <w:p>
            <w:r>
              <w:t>267.2</w:t>
            </w:r>
          </w:p>
        </w:tc>
        <w:tc>
          <w:tcPr>
            <w:tcW w:type="dxa" w:w="864"/>
          </w:tcPr>
          <w:p>
            <w:r>
              <w:t>695.2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15</w:t>
            </w:r>
          </w:p>
        </w:tc>
        <w:tc>
          <w:tcPr>
            <w:tcW w:type="dxa" w:w="864"/>
          </w:tcPr>
          <w:p>
            <w:r>
              <w:t>020201国民经济学</w:t>
            </w:r>
          </w:p>
        </w:tc>
        <w:tc>
          <w:tcPr>
            <w:tcW w:type="dxa" w:w="864"/>
          </w:tcPr>
          <w:p>
            <w:r>
              <w:t>102846210221304</w:t>
            </w:r>
          </w:p>
        </w:tc>
        <w:tc>
          <w:tcPr>
            <w:tcW w:type="dxa" w:w="864"/>
          </w:tcPr>
          <w:p>
            <w:r>
              <w:t>李淼</w:t>
            </w:r>
          </w:p>
        </w:tc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126.8</w:t>
            </w:r>
          </w:p>
        </w:tc>
        <w:tc>
          <w:tcPr>
            <w:tcW w:type="dxa" w:w="864"/>
          </w:tcPr>
          <w:p>
            <w:r>
              <w:t>262.8</w:t>
            </w:r>
          </w:p>
        </w:tc>
        <w:tc>
          <w:tcPr>
            <w:tcW w:type="dxa" w:w="864"/>
          </w:tcPr>
          <w:p>
            <w:r>
              <w:t>685.8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16</w:t>
            </w:r>
          </w:p>
        </w:tc>
        <w:tc>
          <w:tcPr>
            <w:tcW w:type="dxa" w:w="864"/>
          </w:tcPr>
          <w:p>
            <w:r>
              <w:t>020201国民经济学</w:t>
            </w:r>
          </w:p>
        </w:tc>
        <w:tc>
          <w:tcPr>
            <w:tcW w:type="dxa" w:w="864"/>
          </w:tcPr>
          <w:p>
            <w:r>
              <w:t>102846210218489</w:t>
            </w:r>
          </w:p>
        </w:tc>
        <w:tc>
          <w:tcPr>
            <w:tcW w:type="dxa" w:w="864"/>
          </w:tcPr>
          <w:p>
            <w:r>
              <w:t>王诗颖</w:t>
            </w:r>
          </w:p>
        </w:tc>
        <w:tc>
          <w:tcPr>
            <w:tcW w:type="dxa" w:w="864"/>
          </w:tcPr>
          <w:p>
            <w:r>
              <w:t>137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262</w:t>
            </w:r>
          </w:p>
        </w:tc>
        <w:tc>
          <w:tcPr>
            <w:tcW w:type="dxa" w:w="864"/>
          </w:tcPr>
          <w:p>
            <w:r>
              <w:t>679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17</w:t>
            </w:r>
          </w:p>
        </w:tc>
        <w:tc>
          <w:tcPr>
            <w:tcW w:type="dxa" w:w="864"/>
          </w:tcPr>
          <w:p>
            <w:r>
              <w:t>020201国民经济学</w:t>
            </w:r>
          </w:p>
        </w:tc>
        <w:tc>
          <w:tcPr>
            <w:tcW w:type="dxa" w:w="864"/>
          </w:tcPr>
          <w:p>
            <w:r>
              <w:t>102846210200085</w:t>
            </w:r>
          </w:p>
        </w:tc>
        <w:tc>
          <w:tcPr>
            <w:tcW w:type="dxa" w:w="864"/>
          </w:tcPr>
          <w:p>
            <w:r>
              <w:t>吴岚</w:t>
            </w:r>
          </w:p>
        </w:tc>
        <w:tc>
          <w:tcPr>
            <w:tcW w:type="dxa" w:w="864"/>
          </w:tcPr>
          <w:p>
            <w:r>
              <w:t>139</w:t>
            </w:r>
          </w:p>
        </w:tc>
        <w:tc>
          <w:tcPr>
            <w:tcW w:type="dxa" w:w="864"/>
          </w:tcPr>
          <w:p>
            <w:r>
              <w:t>126.6</w:t>
            </w:r>
          </w:p>
        </w:tc>
        <w:tc>
          <w:tcPr>
            <w:tcW w:type="dxa" w:w="864"/>
          </w:tcPr>
          <w:p>
            <w:r>
              <w:t>265.6</w:t>
            </w:r>
          </w:p>
        </w:tc>
        <w:tc>
          <w:tcPr>
            <w:tcW w:type="dxa" w:w="864"/>
          </w:tcPr>
          <w:p>
            <w:r>
              <w:t>674.6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18</w:t>
            </w:r>
          </w:p>
        </w:tc>
        <w:tc>
          <w:tcPr>
            <w:tcW w:type="dxa" w:w="864"/>
          </w:tcPr>
          <w:p>
            <w:r>
              <w:t>020201国民经济学</w:t>
            </w:r>
          </w:p>
        </w:tc>
        <w:tc>
          <w:tcPr>
            <w:tcW w:type="dxa" w:w="864"/>
          </w:tcPr>
          <w:p>
            <w:r>
              <w:t>102846210211702</w:t>
            </w:r>
          </w:p>
        </w:tc>
        <w:tc>
          <w:tcPr>
            <w:tcW w:type="dxa" w:w="864"/>
          </w:tcPr>
          <w:p>
            <w:r>
              <w:t>王姿懿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127.2</w:t>
            </w:r>
          </w:p>
        </w:tc>
        <w:tc>
          <w:tcPr>
            <w:tcW w:type="dxa" w:w="864"/>
          </w:tcPr>
          <w:p>
            <w:r>
              <w:t>262.2</w:t>
            </w:r>
          </w:p>
        </w:tc>
        <w:tc>
          <w:tcPr>
            <w:tcW w:type="dxa" w:w="864"/>
          </w:tcPr>
          <w:p>
            <w:r>
              <w:t>673.2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19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102846210219895</w:t>
            </w:r>
          </w:p>
        </w:tc>
        <w:tc>
          <w:tcPr>
            <w:tcW w:type="dxa" w:w="864"/>
          </w:tcPr>
          <w:p>
            <w:r>
              <w:t>蒋鹏龙</w:t>
            </w:r>
          </w:p>
        </w:tc>
        <w:tc>
          <w:tcPr>
            <w:tcW w:type="dxa" w:w="864"/>
          </w:tcPr>
          <w:p>
            <w:r>
              <w:t>137</w:t>
            </w:r>
          </w:p>
        </w:tc>
        <w:tc>
          <w:tcPr>
            <w:tcW w:type="dxa" w:w="864"/>
          </w:tcPr>
          <w:p>
            <w:r>
              <w:t>135.6</w:t>
            </w:r>
          </w:p>
        </w:tc>
        <w:tc>
          <w:tcPr>
            <w:tcW w:type="dxa" w:w="864"/>
          </w:tcPr>
          <w:p>
            <w:r>
              <w:t>272.6</w:t>
            </w:r>
          </w:p>
        </w:tc>
        <w:tc>
          <w:tcPr>
            <w:tcW w:type="dxa" w:w="864"/>
          </w:tcPr>
          <w:p>
            <w:r>
              <w:t>711.6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20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102846210200095</w:t>
            </w:r>
          </w:p>
        </w:tc>
        <w:tc>
          <w:tcPr>
            <w:tcW w:type="dxa" w:w="864"/>
          </w:tcPr>
          <w:p>
            <w:r>
              <w:t>熊宇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139.4</w:t>
            </w:r>
          </w:p>
        </w:tc>
        <w:tc>
          <w:tcPr>
            <w:tcW w:type="dxa" w:w="864"/>
          </w:tcPr>
          <w:p>
            <w:r>
              <w:t>272.4</w:t>
            </w:r>
          </w:p>
        </w:tc>
        <w:tc>
          <w:tcPr>
            <w:tcW w:type="dxa" w:w="864"/>
          </w:tcPr>
          <w:p>
            <w:r>
              <w:t>701.4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21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102846210200094</w:t>
            </w:r>
          </w:p>
        </w:tc>
        <w:tc>
          <w:tcPr>
            <w:tcW w:type="dxa" w:w="864"/>
          </w:tcPr>
          <w:p>
            <w:r>
              <w:t>王奕沣</w:t>
            </w:r>
          </w:p>
        </w:tc>
        <w:tc>
          <w:tcPr>
            <w:tcW w:type="dxa" w:w="864"/>
          </w:tcPr>
          <w:p>
            <w:r>
              <w:t>143</w:t>
            </w:r>
          </w:p>
        </w:tc>
        <w:tc>
          <w:tcPr>
            <w:tcW w:type="dxa" w:w="864"/>
          </w:tcPr>
          <w:p>
            <w:r>
              <w:t>139.4</w:t>
            </w:r>
          </w:p>
        </w:tc>
        <w:tc>
          <w:tcPr>
            <w:tcW w:type="dxa" w:w="864"/>
          </w:tcPr>
          <w:p>
            <w:r>
              <w:t>282.4</w:t>
            </w:r>
          </w:p>
        </w:tc>
        <w:tc>
          <w:tcPr>
            <w:tcW w:type="dxa" w:w="864"/>
          </w:tcPr>
          <w:p>
            <w:r>
              <w:t>701.4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22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102846210209255</w:t>
            </w:r>
          </w:p>
        </w:tc>
        <w:tc>
          <w:tcPr>
            <w:tcW w:type="dxa" w:w="864"/>
          </w:tcPr>
          <w:p>
            <w:r>
              <w:t>李豫凡</w:t>
            </w:r>
          </w:p>
        </w:tc>
        <w:tc>
          <w:tcPr>
            <w:tcW w:type="dxa" w:w="864"/>
          </w:tcPr>
          <w:p>
            <w:r>
              <w:t>114</w:t>
            </w:r>
          </w:p>
        </w:tc>
        <w:tc>
          <w:tcPr>
            <w:tcW w:type="dxa" w:w="864"/>
          </w:tcPr>
          <w:p>
            <w:r>
              <w:t>138</w:t>
            </w:r>
          </w:p>
        </w:tc>
        <w:tc>
          <w:tcPr>
            <w:tcW w:type="dxa" w:w="864"/>
          </w:tcPr>
          <w:p>
            <w:r>
              <w:t>252</w:t>
            </w:r>
          </w:p>
        </w:tc>
        <w:tc>
          <w:tcPr>
            <w:tcW w:type="dxa" w:w="864"/>
          </w:tcPr>
          <w:p>
            <w:r>
              <w:t>695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23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102846210200093</w:t>
            </w:r>
          </w:p>
        </w:tc>
        <w:tc>
          <w:tcPr>
            <w:tcW w:type="dxa" w:w="864"/>
          </w:tcPr>
          <w:p>
            <w:r>
              <w:t>石垒杰</w:t>
            </w:r>
          </w:p>
        </w:tc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134.4</w:t>
            </w:r>
          </w:p>
        </w:tc>
        <w:tc>
          <w:tcPr>
            <w:tcW w:type="dxa" w:w="864"/>
          </w:tcPr>
          <w:p>
            <w:r>
              <w:t>270.4</w:t>
            </w:r>
          </w:p>
        </w:tc>
        <w:tc>
          <w:tcPr>
            <w:tcW w:type="dxa" w:w="864"/>
          </w:tcPr>
          <w:p>
            <w:r>
              <w:t>685.4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24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102846210200099</w:t>
            </w:r>
          </w:p>
        </w:tc>
        <w:tc>
          <w:tcPr>
            <w:tcW w:type="dxa" w:w="864"/>
          </w:tcPr>
          <w:p>
            <w:r>
              <w:t>庄力玮</w:t>
            </w:r>
          </w:p>
        </w:tc>
        <w:tc>
          <w:tcPr>
            <w:tcW w:type="dxa" w:w="864"/>
          </w:tcPr>
          <w:p>
            <w:r>
              <w:t>123</w:t>
            </w:r>
          </w:p>
        </w:tc>
        <w:tc>
          <w:tcPr>
            <w:tcW w:type="dxa" w:w="864"/>
          </w:tcPr>
          <w:p>
            <w:r>
              <w:t>138</w:t>
            </w:r>
          </w:p>
        </w:tc>
        <w:tc>
          <w:tcPr>
            <w:tcW w:type="dxa" w:w="864"/>
          </w:tcPr>
          <w:p>
            <w:r>
              <w:t>261</w:t>
            </w:r>
          </w:p>
        </w:tc>
        <w:tc>
          <w:tcPr>
            <w:tcW w:type="dxa" w:w="864"/>
          </w:tcPr>
          <w:p>
            <w:r>
              <w:t>682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25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102846210218446</w:t>
            </w:r>
          </w:p>
        </w:tc>
        <w:tc>
          <w:tcPr>
            <w:tcW w:type="dxa" w:w="864"/>
          </w:tcPr>
          <w:p>
            <w:r>
              <w:t>李亚玲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259</w:t>
            </w:r>
          </w:p>
        </w:tc>
        <w:tc>
          <w:tcPr>
            <w:tcW w:type="dxa" w:w="864"/>
          </w:tcPr>
          <w:p>
            <w:r>
              <w:t>679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26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102846210217390</w:t>
            </w:r>
          </w:p>
        </w:tc>
        <w:tc>
          <w:tcPr>
            <w:tcW w:type="dxa" w:w="864"/>
          </w:tcPr>
          <w:p>
            <w:r>
              <w:t>闫福星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260</w:t>
            </w:r>
          </w:p>
        </w:tc>
        <w:tc>
          <w:tcPr>
            <w:tcW w:type="dxa" w:w="864"/>
          </w:tcPr>
          <w:p>
            <w:r>
              <w:t>679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27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102846210207483</w:t>
            </w:r>
          </w:p>
        </w:tc>
        <w:tc>
          <w:tcPr>
            <w:tcW w:type="dxa" w:w="864"/>
          </w:tcPr>
          <w:p>
            <w:r>
              <w:t>杨晨</w:t>
            </w:r>
          </w:p>
        </w:tc>
        <w:tc>
          <w:tcPr>
            <w:tcW w:type="dxa" w:w="864"/>
          </w:tcPr>
          <w:p>
            <w:r>
              <w:t>118</w:t>
            </w:r>
          </w:p>
        </w:tc>
        <w:tc>
          <w:tcPr>
            <w:tcW w:type="dxa" w:w="864"/>
          </w:tcPr>
          <w:p>
            <w:r>
              <w:t>131.8</w:t>
            </w:r>
          </w:p>
        </w:tc>
        <w:tc>
          <w:tcPr>
            <w:tcW w:type="dxa" w:w="864"/>
          </w:tcPr>
          <w:p>
            <w:r>
              <w:t>249.8</w:t>
            </w:r>
          </w:p>
        </w:tc>
        <w:tc>
          <w:tcPr>
            <w:tcW w:type="dxa" w:w="864"/>
          </w:tcPr>
          <w:p>
            <w:r>
              <w:t>674.8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28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102846210207872</w:t>
            </w:r>
          </w:p>
        </w:tc>
        <w:tc>
          <w:tcPr>
            <w:tcW w:type="dxa" w:w="864"/>
          </w:tcPr>
          <w:p>
            <w:r>
              <w:t>周永强</w:t>
            </w:r>
          </w:p>
        </w:tc>
        <w:tc>
          <w:tcPr>
            <w:tcW w:type="dxa" w:w="864"/>
          </w:tcPr>
          <w:p>
            <w:r>
              <w:t>124</w:t>
            </w:r>
          </w:p>
        </w:tc>
        <w:tc>
          <w:tcPr>
            <w:tcW w:type="dxa" w:w="864"/>
          </w:tcPr>
          <w:p>
            <w:r>
              <w:t>134.8</w:t>
            </w:r>
          </w:p>
        </w:tc>
        <w:tc>
          <w:tcPr>
            <w:tcW w:type="dxa" w:w="864"/>
          </w:tcPr>
          <w:p>
            <w:r>
              <w:t>258.8</w:t>
            </w:r>
          </w:p>
        </w:tc>
        <w:tc>
          <w:tcPr>
            <w:tcW w:type="dxa" w:w="864"/>
          </w:tcPr>
          <w:p>
            <w:r>
              <w:t>673.8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29</w:t>
            </w:r>
          </w:p>
        </w:tc>
        <w:tc>
          <w:tcPr>
            <w:tcW w:type="dxa" w:w="864"/>
          </w:tcPr>
          <w:p>
            <w:r>
              <w:t>020204金融学</w:t>
            </w:r>
          </w:p>
        </w:tc>
        <w:tc>
          <w:tcPr>
            <w:tcW w:type="dxa" w:w="864"/>
          </w:tcPr>
          <w:p>
            <w:r>
              <w:t>102846210204789</w:t>
            </w:r>
          </w:p>
        </w:tc>
        <w:tc>
          <w:tcPr>
            <w:tcW w:type="dxa" w:w="864"/>
          </w:tcPr>
          <w:p>
            <w:r>
              <w:t>冯天乐</w:t>
            </w:r>
          </w:p>
        </w:tc>
        <w:tc>
          <w:tcPr>
            <w:tcW w:type="dxa" w:w="864"/>
          </w:tcPr>
          <w:p>
            <w:r>
              <w:t>109</w:t>
            </w:r>
          </w:p>
        </w:tc>
        <w:tc>
          <w:tcPr>
            <w:tcW w:type="dxa" w:w="864"/>
          </w:tcPr>
          <w:p>
            <w:r>
              <w:t>128.8</w:t>
            </w:r>
          </w:p>
        </w:tc>
        <w:tc>
          <w:tcPr>
            <w:tcW w:type="dxa" w:w="864"/>
          </w:tcPr>
          <w:p>
            <w:r>
              <w:t>237.8</w:t>
            </w:r>
          </w:p>
        </w:tc>
        <w:tc>
          <w:tcPr>
            <w:tcW w:type="dxa" w:w="864"/>
          </w:tcPr>
          <w:p>
            <w:r>
              <w:t>591.8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少民计划</w:t>
            </w:r>
          </w:p>
        </w:tc>
      </w:tr>
      <w:tr>
        <w:tc>
          <w:tcPr>
            <w:tcW w:type="dxa" w:w="864"/>
          </w:tcPr>
          <w:p>
            <w:r>
              <w:t>30</w:t>
            </w:r>
          </w:p>
        </w:tc>
        <w:tc>
          <w:tcPr>
            <w:tcW w:type="dxa" w:w="864"/>
          </w:tcPr>
          <w:p>
            <w:r>
              <w:t>020205产业经济学</w:t>
            </w:r>
          </w:p>
        </w:tc>
        <w:tc>
          <w:tcPr>
            <w:tcW w:type="dxa" w:w="864"/>
          </w:tcPr>
          <w:p>
            <w:r>
              <w:t>102846210209020</w:t>
            </w:r>
          </w:p>
        </w:tc>
        <w:tc>
          <w:tcPr>
            <w:tcW w:type="dxa" w:w="864"/>
          </w:tcPr>
          <w:p>
            <w:r>
              <w:t>王馨浙</w:t>
            </w:r>
          </w:p>
        </w:tc>
        <w:tc>
          <w:tcPr>
            <w:tcW w:type="dxa" w:w="864"/>
          </w:tcPr>
          <w:p>
            <w:r>
              <w:t>125</w:t>
            </w:r>
          </w:p>
        </w:tc>
        <w:tc>
          <w:tcPr>
            <w:tcW w:type="dxa" w:w="864"/>
          </w:tcPr>
          <w:p>
            <w:r>
              <w:t>140.4</w:t>
            </w:r>
          </w:p>
        </w:tc>
        <w:tc>
          <w:tcPr>
            <w:tcW w:type="dxa" w:w="864"/>
          </w:tcPr>
          <w:p>
            <w:r>
              <w:t>265.4</w:t>
            </w:r>
          </w:p>
        </w:tc>
        <w:tc>
          <w:tcPr>
            <w:tcW w:type="dxa" w:w="864"/>
          </w:tcPr>
          <w:p>
            <w:r>
              <w:t>673.4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31</w:t>
            </w:r>
          </w:p>
        </w:tc>
        <w:tc>
          <w:tcPr>
            <w:tcW w:type="dxa" w:w="864"/>
          </w:tcPr>
          <w:p>
            <w:r>
              <w:t>020205产业经济学</w:t>
            </w:r>
          </w:p>
        </w:tc>
        <w:tc>
          <w:tcPr>
            <w:tcW w:type="dxa" w:w="864"/>
          </w:tcPr>
          <w:p>
            <w:r>
              <w:t>102846210208694</w:t>
            </w:r>
          </w:p>
        </w:tc>
        <w:tc>
          <w:tcPr>
            <w:tcW w:type="dxa" w:w="864"/>
          </w:tcPr>
          <w:p>
            <w:r>
              <w:t>戴宇凡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264</w:t>
            </w:r>
          </w:p>
        </w:tc>
        <w:tc>
          <w:tcPr>
            <w:tcW w:type="dxa" w:w="864"/>
          </w:tcPr>
          <w:p>
            <w:r>
              <w:t>668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32</w:t>
            </w:r>
          </w:p>
        </w:tc>
        <w:tc>
          <w:tcPr>
            <w:tcW w:type="dxa" w:w="864"/>
          </w:tcPr>
          <w:p>
            <w:r>
              <w:t>020205产业经济学</w:t>
            </w:r>
          </w:p>
        </w:tc>
        <w:tc>
          <w:tcPr>
            <w:tcW w:type="dxa" w:w="864"/>
          </w:tcPr>
          <w:p>
            <w:r>
              <w:t>102846210219898</w:t>
            </w:r>
          </w:p>
        </w:tc>
        <w:tc>
          <w:tcPr>
            <w:tcW w:type="dxa" w:w="864"/>
          </w:tcPr>
          <w:p>
            <w:r>
              <w:t>李梓旭</w:t>
            </w:r>
          </w:p>
        </w:tc>
        <w:tc>
          <w:tcPr>
            <w:tcW w:type="dxa" w:w="864"/>
          </w:tcPr>
          <w:p>
            <w:r>
              <w:t>115</w:t>
            </w:r>
          </w:p>
        </w:tc>
        <w:tc>
          <w:tcPr>
            <w:tcW w:type="dxa" w:w="864"/>
          </w:tcPr>
          <w:p>
            <w:r>
              <w:t>140.2</w:t>
            </w:r>
          </w:p>
        </w:tc>
        <w:tc>
          <w:tcPr>
            <w:tcW w:type="dxa" w:w="864"/>
          </w:tcPr>
          <w:p>
            <w:r>
              <w:t>255.2</w:t>
            </w:r>
          </w:p>
        </w:tc>
        <w:tc>
          <w:tcPr>
            <w:tcW w:type="dxa" w:w="864"/>
          </w:tcPr>
          <w:p>
            <w:r>
              <w:t>654.2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33</w:t>
            </w:r>
          </w:p>
        </w:tc>
        <w:tc>
          <w:tcPr>
            <w:tcW w:type="dxa" w:w="864"/>
          </w:tcPr>
          <w:p>
            <w:r>
              <w:t>020205产业经济学</w:t>
            </w:r>
          </w:p>
        </w:tc>
        <w:tc>
          <w:tcPr>
            <w:tcW w:type="dxa" w:w="864"/>
          </w:tcPr>
          <w:p>
            <w:r>
              <w:t>102846210217708</w:t>
            </w:r>
          </w:p>
        </w:tc>
        <w:tc>
          <w:tcPr>
            <w:tcW w:type="dxa" w:w="864"/>
          </w:tcPr>
          <w:p>
            <w:r>
              <w:t>陈锦涛</w:t>
            </w:r>
          </w:p>
        </w:tc>
        <w:tc>
          <w:tcPr>
            <w:tcW w:type="dxa" w:w="864"/>
          </w:tcPr>
          <w:p>
            <w:r>
              <w:t>121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249</w:t>
            </w:r>
          </w:p>
        </w:tc>
        <w:tc>
          <w:tcPr>
            <w:tcW w:type="dxa" w:w="864"/>
          </w:tcPr>
          <w:p>
            <w:r>
              <w:t>644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34</w:t>
            </w:r>
          </w:p>
        </w:tc>
        <w:tc>
          <w:tcPr>
            <w:tcW w:type="dxa" w:w="864"/>
          </w:tcPr>
          <w:p>
            <w:r>
              <w:t>020205产业经济学</w:t>
            </w:r>
          </w:p>
        </w:tc>
        <w:tc>
          <w:tcPr>
            <w:tcW w:type="dxa" w:w="864"/>
          </w:tcPr>
          <w:p>
            <w:r>
              <w:t>102846210218666</w:t>
            </w:r>
          </w:p>
        </w:tc>
        <w:tc>
          <w:tcPr>
            <w:tcW w:type="dxa" w:w="864"/>
          </w:tcPr>
          <w:p>
            <w:r>
              <w:t>罗纪凤</w:t>
            </w:r>
          </w:p>
        </w:tc>
        <w:tc>
          <w:tcPr>
            <w:tcW w:type="dxa" w:w="864"/>
          </w:tcPr>
          <w:p>
            <w:r>
              <w:t>118</w:t>
            </w:r>
          </w:p>
        </w:tc>
        <w:tc>
          <w:tcPr>
            <w:tcW w:type="dxa" w:w="864"/>
          </w:tcPr>
          <w:p>
            <w:r>
              <w:t>135.6</w:t>
            </w:r>
          </w:p>
        </w:tc>
        <w:tc>
          <w:tcPr>
            <w:tcW w:type="dxa" w:w="864"/>
          </w:tcPr>
          <w:p>
            <w:r>
              <w:t>253.6</w:t>
            </w:r>
          </w:p>
        </w:tc>
        <w:tc>
          <w:tcPr>
            <w:tcW w:type="dxa" w:w="864"/>
          </w:tcPr>
          <w:p>
            <w:r>
              <w:t>641.6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35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102846210200127</w:t>
            </w:r>
          </w:p>
        </w:tc>
        <w:tc>
          <w:tcPr>
            <w:tcW w:type="dxa" w:w="864"/>
          </w:tcPr>
          <w:p>
            <w:r>
              <w:t>朱俊博</w:t>
            </w:r>
          </w:p>
        </w:tc>
        <w:tc>
          <w:tcPr>
            <w:tcW w:type="dxa" w:w="864"/>
          </w:tcPr>
          <w:p>
            <w:r>
              <w:t>103</w:t>
            </w:r>
          </w:p>
        </w:tc>
        <w:tc>
          <w:tcPr>
            <w:tcW w:type="dxa" w:w="864"/>
          </w:tcPr>
          <w:p>
            <w:r>
              <w:t>132.5</w:t>
            </w:r>
          </w:p>
        </w:tc>
        <w:tc>
          <w:tcPr>
            <w:tcW w:type="dxa" w:w="864"/>
          </w:tcPr>
          <w:p>
            <w:r>
              <w:t>235.5</w:t>
            </w:r>
          </w:p>
        </w:tc>
        <w:tc>
          <w:tcPr>
            <w:tcW w:type="dxa" w:w="864"/>
          </w:tcPr>
          <w:p>
            <w:r>
              <w:t>666.5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36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102846210221686</w:t>
            </w:r>
          </w:p>
        </w:tc>
        <w:tc>
          <w:tcPr>
            <w:tcW w:type="dxa" w:w="864"/>
          </w:tcPr>
          <w:p>
            <w:r>
              <w:t>付小康</w:t>
            </w:r>
          </w:p>
        </w:tc>
        <w:tc>
          <w:tcPr>
            <w:tcW w:type="dxa" w:w="864"/>
          </w:tcPr>
          <w:p>
            <w:r>
              <w:t>106</w:t>
            </w:r>
          </w:p>
        </w:tc>
        <w:tc>
          <w:tcPr>
            <w:tcW w:type="dxa" w:w="864"/>
          </w:tcPr>
          <w:p>
            <w:r>
              <w:t>130.5</w:t>
            </w:r>
          </w:p>
        </w:tc>
        <w:tc>
          <w:tcPr>
            <w:tcW w:type="dxa" w:w="864"/>
          </w:tcPr>
          <w:p>
            <w:r>
              <w:t>236.5</w:t>
            </w:r>
          </w:p>
        </w:tc>
        <w:tc>
          <w:tcPr>
            <w:tcW w:type="dxa" w:w="864"/>
          </w:tcPr>
          <w:p>
            <w:r>
              <w:t>658.5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37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102846210215423</w:t>
            </w:r>
          </w:p>
        </w:tc>
        <w:tc>
          <w:tcPr>
            <w:tcW w:type="dxa" w:w="864"/>
          </w:tcPr>
          <w:p>
            <w:r>
              <w:t>刘开兴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124</w:t>
            </w:r>
          </w:p>
        </w:tc>
        <w:tc>
          <w:tcPr>
            <w:tcW w:type="dxa" w:w="864"/>
          </w:tcPr>
          <w:p>
            <w:r>
              <w:t>234</w:t>
            </w:r>
          </w:p>
        </w:tc>
        <w:tc>
          <w:tcPr>
            <w:tcW w:type="dxa" w:w="864"/>
          </w:tcPr>
          <w:p>
            <w:r>
              <w:t>650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38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102846210221517</w:t>
            </w:r>
          </w:p>
        </w:tc>
        <w:tc>
          <w:tcPr>
            <w:tcW w:type="dxa" w:w="864"/>
          </w:tcPr>
          <w:p>
            <w:r>
              <w:t>尹伟</w:t>
            </w:r>
          </w:p>
        </w:tc>
        <w:tc>
          <w:tcPr>
            <w:tcW w:type="dxa" w:w="864"/>
          </w:tcPr>
          <w:p>
            <w:r>
              <w:t>104</w:t>
            </w:r>
          </w:p>
        </w:tc>
        <w:tc>
          <w:tcPr>
            <w:tcW w:type="dxa" w:w="864"/>
          </w:tcPr>
          <w:p>
            <w:r>
              <w:t>129.67</w:t>
            </w:r>
          </w:p>
        </w:tc>
        <w:tc>
          <w:tcPr>
            <w:tcW w:type="dxa" w:w="864"/>
          </w:tcPr>
          <w:p>
            <w:r>
              <w:t>233.67</w:t>
            </w:r>
          </w:p>
        </w:tc>
        <w:tc>
          <w:tcPr>
            <w:tcW w:type="dxa" w:w="864"/>
          </w:tcPr>
          <w:p>
            <w:r>
              <w:t>648.67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39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102846210217655</w:t>
            </w:r>
          </w:p>
        </w:tc>
        <w:tc>
          <w:tcPr>
            <w:tcW w:type="dxa" w:w="864"/>
          </w:tcPr>
          <w:p>
            <w:r>
              <w:t>陈敬宇</w:t>
            </w:r>
          </w:p>
        </w:tc>
        <w:tc>
          <w:tcPr>
            <w:tcW w:type="dxa" w:w="864"/>
          </w:tcPr>
          <w:p>
            <w:r>
              <w:t>104</w:t>
            </w:r>
          </w:p>
        </w:tc>
        <w:tc>
          <w:tcPr>
            <w:tcW w:type="dxa" w:w="864"/>
          </w:tcPr>
          <w:p>
            <w:r>
              <w:t>127.33</w:t>
            </w:r>
          </w:p>
        </w:tc>
        <w:tc>
          <w:tcPr>
            <w:tcW w:type="dxa" w:w="864"/>
          </w:tcPr>
          <w:p>
            <w:r>
              <w:t>231.33</w:t>
            </w:r>
          </w:p>
        </w:tc>
        <w:tc>
          <w:tcPr>
            <w:tcW w:type="dxa" w:w="864"/>
          </w:tcPr>
          <w:p>
            <w:r>
              <w:t>648.33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40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102846210219167</w:t>
            </w:r>
          </w:p>
        </w:tc>
        <w:tc>
          <w:tcPr>
            <w:tcW w:type="dxa" w:w="864"/>
          </w:tcPr>
          <w:p>
            <w:r>
              <w:t>徐孟</w:t>
            </w:r>
          </w:p>
        </w:tc>
        <w:tc>
          <w:tcPr>
            <w:tcW w:type="dxa" w:w="864"/>
          </w:tcPr>
          <w:p>
            <w:r>
              <w:t>111</w:t>
            </w:r>
          </w:p>
        </w:tc>
        <w:tc>
          <w:tcPr>
            <w:tcW w:type="dxa" w:w="864"/>
          </w:tcPr>
          <w:p>
            <w:r>
              <w:t>121.5</w:t>
            </w:r>
          </w:p>
        </w:tc>
        <w:tc>
          <w:tcPr>
            <w:tcW w:type="dxa" w:w="864"/>
          </w:tcPr>
          <w:p>
            <w:r>
              <w:t>232.5</w:t>
            </w:r>
          </w:p>
        </w:tc>
        <w:tc>
          <w:tcPr>
            <w:tcW w:type="dxa" w:w="864"/>
          </w:tcPr>
          <w:p>
            <w:r>
              <w:t>647.5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41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102846210219792</w:t>
            </w:r>
          </w:p>
        </w:tc>
        <w:tc>
          <w:tcPr>
            <w:tcW w:type="dxa" w:w="864"/>
          </w:tcPr>
          <w:p>
            <w:r>
              <w:t>李强</w:t>
            </w:r>
          </w:p>
        </w:tc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120</w:t>
            </w:r>
          </w:p>
        </w:tc>
        <w:tc>
          <w:tcPr>
            <w:tcW w:type="dxa" w:w="864"/>
          </w:tcPr>
          <w:p>
            <w:r>
              <w:t>233</w:t>
            </w:r>
          </w:p>
        </w:tc>
        <w:tc>
          <w:tcPr>
            <w:tcW w:type="dxa" w:w="864"/>
          </w:tcPr>
          <w:p>
            <w:r>
              <w:t>639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42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102846210200124</w:t>
            </w:r>
          </w:p>
        </w:tc>
        <w:tc>
          <w:tcPr>
            <w:tcW w:type="dxa" w:w="864"/>
          </w:tcPr>
          <w:p>
            <w:r>
              <w:t>徐静怡</w:t>
            </w:r>
          </w:p>
        </w:tc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125.33</w:t>
            </w:r>
          </w:p>
        </w:tc>
        <w:tc>
          <w:tcPr>
            <w:tcW w:type="dxa" w:w="864"/>
          </w:tcPr>
          <w:p>
            <w:r>
              <w:t>235.33</w:t>
            </w:r>
          </w:p>
        </w:tc>
        <w:tc>
          <w:tcPr>
            <w:tcW w:type="dxa" w:w="864"/>
          </w:tcPr>
          <w:p>
            <w:r>
              <w:t>633.33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43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102846210205240</w:t>
            </w:r>
          </w:p>
        </w:tc>
        <w:tc>
          <w:tcPr>
            <w:tcW w:type="dxa" w:w="864"/>
          </w:tcPr>
          <w:p>
            <w:r>
              <w:t>赵素慧</w:t>
            </w:r>
          </w:p>
        </w:tc>
        <w:tc>
          <w:tcPr>
            <w:tcW w:type="dxa" w:w="864"/>
          </w:tcPr>
          <w:p>
            <w:r>
              <w:t>109</w:t>
            </w:r>
          </w:p>
        </w:tc>
        <w:tc>
          <w:tcPr>
            <w:tcW w:type="dxa" w:w="864"/>
          </w:tcPr>
          <w:p>
            <w:r>
              <w:t>122.67</w:t>
            </w:r>
          </w:p>
        </w:tc>
        <w:tc>
          <w:tcPr>
            <w:tcW w:type="dxa" w:w="864"/>
          </w:tcPr>
          <w:p>
            <w:r>
              <w:t>231.67</w:t>
            </w:r>
          </w:p>
        </w:tc>
        <w:tc>
          <w:tcPr>
            <w:tcW w:type="dxa" w:w="864"/>
          </w:tcPr>
          <w:p>
            <w:r>
              <w:t>632.67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44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102846210218617</w:t>
            </w:r>
          </w:p>
        </w:tc>
        <w:tc>
          <w:tcPr>
            <w:tcW w:type="dxa" w:w="864"/>
          </w:tcPr>
          <w:p>
            <w:r>
              <w:t>倪美云</w:t>
            </w:r>
          </w:p>
        </w:tc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121.17</w:t>
            </w:r>
          </w:p>
        </w:tc>
        <w:tc>
          <w:tcPr>
            <w:tcW w:type="dxa" w:w="864"/>
          </w:tcPr>
          <w:p>
            <w:r>
              <w:t>234.17</w:t>
            </w:r>
          </w:p>
        </w:tc>
        <w:tc>
          <w:tcPr>
            <w:tcW w:type="dxa" w:w="864"/>
          </w:tcPr>
          <w:p>
            <w:r>
              <w:t>631.17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45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102846210219468</w:t>
            </w:r>
          </w:p>
        </w:tc>
        <w:tc>
          <w:tcPr>
            <w:tcW w:type="dxa" w:w="864"/>
          </w:tcPr>
          <w:p>
            <w:r>
              <w:t>钱乐晨</w:t>
            </w:r>
          </w:p>
        </w:tc>
        <w:tc>
          <w:tcPr>
            <w:tcW w:type="dxa" w:w="864"/>
          </w:tcPr>
          <w:p>
            <w:r>
              <w:t>107</w:t>
            </w:r>
          </w:p>
        </w:tc>
        <w:tc>
          <w:tcPr>
            <w:tcW w:type="dxa" w:w="864"/>
          </w:tcPr>
          <w:p>
            <w:r>
              <w:t>124.17</w:t>
            </w:r>
          </w:p>
        </w:tc>
        <w:tc>
          <w:tcPr>
            <w:tcW w:type="dxa" w:w="864"/>
          </w:tcPr>
          <w:p>
            <w:r>
              <w:t>231.17</w:t>
            </w:r>
          </w:p>
        </w:tc>
        <w:tc>
          <w:tcPr>
            <w:tcW w:type="dxa" w:w="864"/>
          </w:tcPr>
          <w:p>
            <w:r>
              <w:t>629.17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46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102846210207485</w:t>
            </w:r>
          </w:p>
        </w:tc>
        <w:tc>
          <w:tcPr>
            <w:tcW w:type="dxa" w:w="864"/>
          </w:tcPr>
          <w:p>
            <w:r>
              <w:t>康与悦</w:t>
            </w:r>
          </w:p>
        </w:tc>
        <w:tc>
          <w:tcPr>
            <w:tcW w:type="dxa" w:w="864"/>
          </w:tcPr>
          <w:p>
            <w:r>
              <w:t>109</w:t>
            </w:r>
          </w:p>
        </w:tc>
        <w:tc>
          <w:tcPr>
            <w:tcW w:type="dxa" w:w="864"/>
          </w:tcPr>
          <w:p>
            <w:r>
              <w:t>122.67</w:t>
            </w:r>
          </w:p>
        </w:tc>
        <w:tc>
          <w:tcPr>
            <w:tcW w:type="dxa" w:w="864"/>
          </w:tcPr>
          <w:p>
            <w:r>
              <w:t>231.67</w:t>
            </w:r>
          </w:p>
        </w:tc>
        <w:tc>
          <w:tcPr>
            <w:tcW w:type="dxa" w:w="864"/>
          </w:tcPr>
          <w:p>
            <w:r>
              <w:t>626.67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47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102846210219066</w:t>
            </w:r>
          </w:p>
        </w:tc>
        <w:tc>
          <w:tcPr>
            <w:tcW w:type="dxa" w:w="864"/>
          </w:tcPr>
          <w:p>
            <w:r>
              <w:t>朱龙坤</w:t>
            </w:r>
          </w:p>
        </w:tc>
        <w:tc>
          <w:tcPr>
            <w:tcW w:type="dxa" w:w="864"/>
          </w:tcPr>
          <w:p>
            <w:r>
              <w:t>107</w:t>
            </w:r>
          </w:p>
        </w:tc>
        <w:tc>
          <w:tcPr>
            <w:tcW w:type="dxa" w:w="864"/>
          </w:tcPr>
          <w:p>
            <w:r>
              <w:t>114</w:t>
            </w:r>
          </w:p>
        </w:tc>
        <w:tc>
          <w:tcPr>
            <w:tcW w:type="dxa" w:w="864"/>
          </w:tcPr>
          <w:p>
            <w:r>
              <w:t>221</w:t>
            </w:r>
          </w:p>
        </w:tc>
        <w:tc>
          <w:tcPr>
            <w:tcW w:type="dxa" w:w="864"/>
          </w:tcPr>
          <w:p>
            <w:r>
              <w:t>623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48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102846210215742</w:t>
            </w:r>
          </w:p>
        </w:tc>
        <w:tc>
          <w:tcPr>
            <w:tcW w:type="dxa" w:w="864"/>
          </w:tcPr>
          <w:p>
            <w:r>
              <w:t>郭方杰</w:t>
            </w:r>
          </w:p>
        </w:tc>
        <w:tc>
          <w:tcPr>
            <w:tcW w:type="dxa" w:w="864"/>
          </w:tcPr>
          <w:p>
            <w:r>
              <w:t>100</w:t>
            </w:r>
          </w:p>
        </w:tc>
        <w:tc>
          <w:tcPr>
            <w:tcW w:type="dxa" w:w="864"/>
          </w:tcPr>
          <w:p>
            <w:r>
              <w:t>127.17</w:t>
            </w:r>
          </w:p>
        </w:tc>
        <w:tc>
          <w:tcPr>
            <w:tcW w:type="dxa" w:w="864"/>
          </w:tcPr>
          <w:p>
            <w:r>
              <w:t>227.17</w:t>
            </w:r>
          </w:p>
        </w:tc>
        <w:tc>
          <w:tcPr>
            <w:tcW w:type="dxa" w:w="864"/>
          </w:tcPr>
          <w:p>
            <w:r>
              <w:t>622.17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49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102846210214695</w:t>
            </w:r>
          </w:p>
        </w:tc>
        <w:tc>
          <w:tcPr>
            <w:tcW w:type="dxa" w:w="864"/>
          </w:tcPr>
          <w:p>
            <w:r>
              <w:t>林焰森</w:t>
            </w:r>
          </w:p>
        </w:tc>
        <w:tc>
          <w:tcPr>
            <w:tcW w:type="dxa" w:w="864"/>
          </w:tcPr>
          <w:p>
            <w:r>
              <w:t>92</w:t>
            </w:r>
          </w:p>
        </w:tc>
        <w:tc>
          <w:tcPr>
            <w:tcW w:type="dxa" w:w="864"/>
          </w:tcPr>
          <w:p>
            <w:r>
              <w:t>123.67</w:t>
            </w:r>
          </w:p>
        </w:tc>
        <w:tc>
          <w:tcPr>
            <w:tcW w:type="dxa" w:w="864"/>
          </w:tcPr>
          <w:p>
            <w:r>
              <w:t>215.67</w:t>
            </w:r>
          </w:p>
        </w:tc>
        <w:tc>
          <w:tcPr>
            <w:tcW w:type="dxa" w:w="864"/>
          </w:tcPr>
          <w:p>
            <w:r>
              <w:t>621.67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50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102846210221516</w:t>
            </w:r>
          </w:p>
        </w:tc>
        <w:tc>
          <w:tcPr>
            <w:tcW w:type="dxa" w:w="864"/>
          </w:tcPr>
          <w:p>
            <w:r>
              <w:t>雷光耀</w:t>
            </w:r>
          </w:p>
        </w:tc>
        <w:tc>
          <w:tcPr>
            <w:tcW w:type="dxa" w:w="864"/>
          </w:tcPr>
          <w:p>
            <w:r>
              <w:t>93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223</w:t>
            </w:r>
          </w:p>
        </w:tc>
        <w:tc>
          <w:tcPr>
            <w:tcW w:type="dxa" w:w="864"/>
          </w:tcPr>
          <w:p>
            <w:r>
              <w:t>620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51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102846210210287</w:t>
            </w:r>
          </w:p>
        </w:tc>
        <w:tc>
          <w:tcPr>
            <w:tcW w:type="dxa" w:w="864"/>
          </w:tcPr>
          <w:p>
            <w:r>
              <w:t>马志雄</w:t>
            </w:r>
          </w:p>
        </w:tc>
        <w:tc>
          <w:tcPr>
            <w:tcW w:type="dxa" w:w="864"/>
          </w:tcPr>
          <w:p>
            <w:r>
              <w:t>90</w:t>
            </w:r>
          </w:p>
        </w:tc>
        <w:tc>
          <w:tcPr>
            <w:tcW w:type="dxa" w:w="864"/>
          </w:tcPr>
          <w:p>
            <w:r>
              <w:t>122.5</w:t>
            </w:r>
          </w:p>
        </w:tc>
        <w:tc>
          <w:tcPr>
            <w:tcW w:type="dxa" w:w="864"/>
          </w:tcPr>
          <w:p>
            <w:r>
              <w:t>212.5</w:t>
            </w:r>
          </w:p>
        </w:tc>
        <w:tc>
          <w:tcPr>
            <w:tcW w:type="dxa" w:w="864"/>
          </w:tcPr>
          <w:p>
            <w:r>
              <w:t>612.5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52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102846210221288</w:t>
            </w:r>
          </w:p>
        </w:tc>
        <w:tc>
          <w:tcPr>
            <w:tcW w:type="dxa" w:w="864"/>
          </w:tcPr>
          <w:p>
            <w:r>
              <w:t>王千银</w:t>
            </w:r>
          </w:p>
        </w:tc>
        <w:tc>
          <w:tcPr>
            <w:tcW w:type="dxa" w:w="864"/>
          </w:tcPr>
          <w:p>
            <w:r>
              <w:t>97</w:t>
            </w:r>
          </w:p>
        </w:tc>
        <w:tc>
          <w:tcPr>
            <w:tcW w:type="dxa" w:w="864"/>
          </w:tcPr>
          <w:p>
            <w:r>
              <w:t>116.83</w:t>
            </w:r>
          </w:p>
        </w:tc>
        <w:tc>
          <w:tcPr>
            <w:tcW w:type="dxa" w:w="864"/>
          </w:tcPr>
          <w:p>
            <w:r>
              <w:t>213.83</w:t>
            </w:r>
          </w:p>
        </w:tc>
        <w:tc>
          <w:tcPr>
            <w:tcW w:type="dxa" w:w="864"/>
          </w:tcPr>
          <w:p>
            <w:r>
              <w:t>610.83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53</w:t>
            </w:r>
          </w:p>
        </w:tc>
        <w:tc>
          <w:tcPr>
            <w:tcW w:type="dxa" w:w="864"/>
          </w:tcPr>
          <w:p>
            <w:r>
              <w:t>020206国际贸易学</w:t>
            </w:r>
          </w:p>
        </w:tc>
        <w:tc>
          <w:tcPr>
            <w:tcW w:type="dxa" w:w="864"/>
          </w:tcPr>
          <w:p>
            <w:r>
              <w:t>102846210207487</w:t>
            </w:r>
          </w:p>
        </w:tc>
        <w:tc>
          <w:tcPr>
            <w:tcW w:type="dxa" w:w="864"/>
          </w:tcPr>
          <w:p>
            <w:r>
              <w:t>邱睿</w:t>
            </w:r>
          </w:p>
        </w:tc>
        <w:tc>
          <w:tcPr>
            <w:tcW w:type="dxa" w:w="864"/>
          </w:tcPr>
          <w:p>
            <w:r>
              <w:t>93</w:t>
            </w:r>
          </w:p>
        </w:tc>
        <w:tc>
          <w:tcPr>
            <w:tcW w:type="dxa" w:w="864"/>
          </w:tcPr>
          <w:p>
            <w:r>
              <w:t>115.83</w:t>
            </w:r>
          </w:p>
        </w:tc>
        <w:tc>
          <w:tcPr>
            <w:tcW w:type="dxa" w:w="864"/>
          </w:tcPr>
          <w:p>
            <w:r>
              <w:t>208.83</w:t>
            </w:r>
          </w:p>
        </w:tc>
        <w:tc>
          <w:tcPr>
            <w:tcW w:type="dxa" w:w="864"/>
          </w:tcPr>
          <w:p>
            <w:r>
              <w:t>606.83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54</w:t>
            </w:r>
          </w:p>
        </w:tc>
        <w:tc>
          <w:tcPr>
            <w:tcW w:type="dxa" w:w="864"/>
          </w:tcPr>
          <w:p>
            <w:r>
              <w:t>020209数量经济学</w:t>
            </w:r>
          </w:p>
        </w:tc>
        <w:tc>
          <w:tcPr>
            <w:tcW w:type="dxa" w:w="864"/>
          </w:tcPr>
          <w:p>
            <w:r>
              <w:t>102846210215746</w:t>
            </w:r>
          </w:p>
        </w:tc>
        <w:tc>
          <w:tcPr>
            <w:tcW w:type="dxa" w:w="864"/>
          </w:tcPr>
          <w:p>
            <w:r>
              <w:t>高梦洁</w:t>
            </w:r>
          </w:p>
        </w:tc>
        <w:tc>
          <w:tcPr>
            <w:tcW w:type="dxa" w:w="864"/>
          </w:tcPr>
          <w:p>
            <w:r>
              <w:t>129</w:t>
            </w:r>
          </w:p>
        </w:tc>
        <w:tc>
          <w:tcPr>
            <w:tcW w:type="dxa" w:w="864"/>
          </w:tcPr>
          <w:p>
            <w:r>
              <w:t>122.8</w:t>
            </w:r>
          </w:p>
        </w:tc>
        <w:tc>
          <w:tcPr>
            <w:tcW w:type="dxa" w:w="864"/>
          </w:tcPr>
          <w:p>
            <w:r>
              <w:t>251.8</w:t>
            </w:r>
          </w:p>
        </w:tc>
        <w:tc>
          <w:tcPr>
            <w:tcW w:type="dxa" w:w="864"/>
          </w:tcPr>
          <w:p>
            <w:r>
              <w:t>622.8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55</w:t>
            </w:r>
          </w:p>
        </w:tc>
        <w:tc>
          <w:tcPr>
            <w:tcW w:type="dxa" w:w="864"/>
          </w:tcPr>
          <w:p>
            <w:r>
              <w:t>020209数量经济学</w:t>
            </w:r>
          </w:p>
        </w:tc>
        <w:tc>
          <w:tcPr>
            <w:tcW w:type="dxa" w:w="864"/>
          </w:tcPr>
          <w:p>
            <w:r>
              <w:t>102846210222388</w:t>
            </w:r>
          </w:p>
        </w:tc>
        <w:tc>
          <w:tcPr>
            <w:tcW w:type="dxa" w:w="864"/>
          </w:tcPr>
          <w:p>
            <w:r>
              <w:t>虎引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107.6</w:t>
            </w:r>
          </w:p>
        </w:tc>
        <w:tc>
          <w:tcPr>
            <w:tcW w:type="dxa" w:w="864"/>
          </w:tcPr>
          <w:p>
            <w:r>
              <w:t>247.6</w:t>
            </w:r>
          </w:p>
        </w:tc>
        <w:tc>
          <w:tcPr>
            <w:tcW w:type="dxa" w:w="864"/>
          </w:tcPr>
          <w:p>
            <w:r>
              <w:t>614.6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少民计划</w:t>
            </w:r>
          </w:p>
        </w:tc>
      </w:tr>
      <w:tr>
        <w:tc>
          <w:tcPr>
            <w:tcW w:type="dxa" w:w="864"/>
          </w:tcPr>
          <w:p>
            <w:r>
              <w:t>56</w:t>
            </w:r>
          </w:p>
        </w:tc>
        <w:tc>
          <w:tcPr>
            <w:tcW w:type="dxa" w:w="864"/>
          </w:tcPr>
          <w:p>
            <w:r>
              <w:t>020209数量经济学</w:t>
            </w:r>
          </w:p>
        </w:tc>
        <w:tc>
          <w:tcPr>
            <w:tcW w:type="dxa" w:w="864"/>
          </w:tcPr>
          <w:p>
            <w:r>
              <w:t>102846210200130</w:t>
            </w:r>
          </w:p>
        </w:tc>
        <w:tc>
          <w:tcPr>
            <w:tcW w:type="dxa" w:w="864"/>
          </w:tcPr>
          <w:p>
            <w:r>
              <w:t>魏张弛</w:t>
            </w:r>
          </w:p>
        </w:tc>
        <w:tc>
          <w:tcPr>
            <w:tcW w:type="dxa" w:w="864"/>
          </w:tcPr>
          <w:p>
            <w:r>
              <w:t>86</w:t>
            </w:r>
          </w:p>
        </w:tc>
        <w:tc>
          <w:tcPr>
            <w:tcW w:type="dxa" w:w="864"/>
          </w:tcPr>
          <w:p>
            <w:r>
              <w:t>127.8</w:t>
            </w:r>
          </w:p>
        </w:tc>
        <w:tc>
          <w:tcPr>
            <w:tcW w:type="dxa" w:w="864"/>
          </w:tcPr>
          <w:p>
            <w:r>
              <w:t>213.8</w:t>
            </w:r>
          </w:p>
        </w:tc>
        <w:tc>
          <w:tcPr>
            <w:tcW w:type="dxa" w:w="864"/>
          </w:tcPr>
          <w:p>
            <w:r>
              <w:t>583.8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笔试不合格不予录取</w:t>
            </w:r>
          </w:p>
        </w:tc>
      </w:tr>
      <w:tr>
        <w:tc>
          <w:tcPr>
            <w:tcW w:type="dxa" w:w="864"/>
          </w:tcPr>
          <w:p>
            <w:r>
              <w:t>57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102846210200133</w:t>
            </w:r>
          </w:p>
        </w:tc>
        <w:tc>
          <w:tcPr>
            <w:tcW w:type="dxa" w:w="864"/>
          </w:tcPr>
          <w:p>
            <w:r>
              <w:t>陈茗玘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139.2</w:t>
            </w:r>
          </w:p>
        </w:tc>
        <w:tc>
          <w:tcPr>
            <w:tcW w:type="dxa" w:w="864"/>
          </w:tcPr>
          <w:p>
            <w:r>
              <w:t>272.2</w:t>
            </w:r>
          </w:p>
        </w:tc>
        <w:tc>
          <w:tcPr>
            <w:tcW w:type="dxa" w:w="864"/>
          </w:tcPr>
          <w:p>
            <w:r>
              <w:t>703.2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58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102846210211710</w:t>
            </w:r>
          </w:p>
        </w:tc>
        <w:tc>
          <w:tcPr>
            <w:tcW w:type="dxa" w:w="864"/>
          </w:tcPr>
          <w:p>
            <w:r>
              <w:t>徐琛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137.8</w:t>
            </w:r>
          </w:p>
        </w:tc>
        <w:tc>
          <w:tcPr>
            <w:tcW w:type="dxa" w:w="864"/>
          </w:tcPr>
          <w:p>
            <w:r>
              <w:t>270.8</w:t>
            </w:r>
          </w:p>
        </w:tc>
        <w:tc>
          <w:tcPr>
            <w:tcW w:type="dxa" w:w="864"/>
          </w:tcPr>
          <w:p>
            <w:r>
              <w:t>696.8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59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102846210204668</w:t>
            </w:r>
          </w:p>
        </w:tc>
        <w:tc>
          <w:tcPr>
            <w:tcW w:type="dxa" w:w="864"/>
          </w:tcPr>
          <w:p>
            <w:r>
              <w:t>谢毅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135.6</w:t>
            </w:r>
          </w:p>
        </w:tc>
        <w:tc>
          <w:tcPr>
            <w:tcW w:type="dxa" w:w="864"/>
          </w:tcPr>
          <w:p>
            <w:r>
              <w:t>263.6</w:t>
            </w:r>
          </w:p>
        </w:tc>
        <w:tc>
          <w:tcPr>
            <w:tcW w:type="dxa" w:w="864"/>
          </w:tcPr>
          <w:p>
            <w:r>
              <w:t>686.6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60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102846210206883</w:t>
            </w:r>
          </w:p>
        </w:tc>
        <w:tc>
          <w:tcPr>
            <w:tcW w:type="dxa" w:w="864"/>
          </w:tcPr>
          <w:p>
            <w:r>
              <w:t>叶祉妤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135.4</w:t>
            </w:r>
          </w:p>
        </w:tc>
        <w:tc>
          <w:tcPr>
            <w:tcW w:type="dxa" w:w="864"/>
          </w:tcPr>
          <w:p>
            <w:r>
              <w:t>270.4</w:t>
            </w:r>
          </w:p>
        </w:tc>
        <w:tc>
          <w:tcPr>
            <w:tcW w:type="dxa" w:w="864"/>
          </w:tcPr>
          <w:p>
            <w:r>
              <w:t>686.4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61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102846210216416</w:t>
            </w:r>
          </w:p>
        </w:tc>
        <w:tc>
          <w:tcPr>
            <w:tcW w:type="dxa" w:w="864"/>
          </w:tcPr>
          <w:p>
            <w:r>
              <w:t>甘雨田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136.6</w:t>
            </w:r>
          </w:p>
        </w:tc>
        <w:tc>
          <w:tcPr>
            <w:tcW w:type="dxa" w:w="864"/>
          </w:tcPr>
          <w:p>
            <w:r>
              <w:t>269.6</w:t>
            </w:r>
          </w:p>
        </w:tc>
        <w:tc>
          <w:tcPr>
            <w:tcW w:type="dxa" w:w="864"/>
          </w:tcPr>
          <w:p>
            <w:r>
              <w:t>684.6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62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102846210211713</w:t>
            </w:r>
          </w:p>
        </w:tc>
        <w:tc>
          <w:tcPr>
            <w:tcW w:type="dxa" w:w="864"/>
          </w:tcPr>
          <w:p>
            <w:r>
              <w:t>张益菲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138</w:t>
            </w:r>
          </w:p>
        </w:tc>
        <w:tc>
          <w:tcPr>
            <w:tcW w:type="dxa" w:w="864"/>
          </w:tcPr>
          <w:p>
            <w:r>
              <w:t>269</w:t>
            </w:r>
          </w:p>
        </w:tc>
        <w:tc>
          <w:tcPr>
            <w:tcW w:type="dxa" w:w="864"/>
          </w:tcPr>
          <w:p>
            <w:r>
              <w:t>684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63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102846210211712</w:t>
            </w:r>
          </w:p>
        </w:tc>
        <w:tc>
          <w:tcPr>
            <w:tcW w:type="dxa" w:w="864"/>
          </w:tcPr>
          <w:p>
            <w:r>
              <w:t>姚子旋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135.4</w:t>
            </w:r>
          </w:p>
        </w:tc>
        <w:tc>
          <w:tcPr>
            <w:tcW w:type="dxa" w:w="864"/>
          </w:tcPr>
          <w:p>
            <w:r>
              <w:t>268.4</w:t>
            </w:r>
          </w:p>
        </w:tc>
        <w:tc>
          <w:tcPr>
            <w:tcW w:type="dxa" w:w="864"/>
          </w:tcPr>
          <w:p>
            <w:r>
              <w:t>683.4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64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102846210215664</w:t>
            </w:r>
          </w:p>
        </w:tc>
        <w:tc>
          <w:tcPr>
            <w:tcW w:type="dxa" w:w="864"/>
          </w:tcPr>
          <w:p>
            <w:r>
              <w:t>周雲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135.8</w:t>
            </w:r>
          </w:p>
        </w:tc>
        <w:tc>
          <w:tcPr>
            <w:tcW w:type="dxa" w:w="864"/>
          </w:tcPr>
          <w:p>
            <w:r>
              <w:t>265.8</w:t>
            </w:r>
          </w:p>
        </w:tc>
        <w:tc>
          <w:tcPr>
            <w:tcW w:type="dxa" w:w="864"/>
          </w:tcPr>
          <w:p>
            <w:r>
              <w:t>680.8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65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102846210209563</w:t>
            </w:r>
          </w:p>
        </w:tc>
        <w:tc>
          <w:tcPr>
            <w:tcW w:type="dxa" w:w="864"/>
          </w:tcPr>
          <w:p>
            <w:r>
              <w:t>王政喻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134.4</w:t>
            </w:r>
          </w:p>
        </w:tc>
        <w:tc>
          <w:tcPr>
            <w:tcW w:type="dxa" w:w="864"/>
          </w:tcPr>
          <w:p>
            <w:r>
              <w:t>269.4</w:t>
            </w:r>
          </w:p>
        </w:tc>
        <w:tc>
          <w:tcPr>
            <w:tcW w:type="dxa" w:w="864"/>
          </w:tcPr>
          <w:p>
            <w:r>
              <w:t>680.4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66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102846210200134</w:t>
            </w:r>
          </w:p>
        </w:tc>
        <w:tc>
          <w:tcPr>
            <w:tcW w:type="dxa" w:w="864"/>
          </w:tcPr>
          <w:p>
            <w:r>
              <w:t>陈墨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136.2</w:t>
            </w:r>
          </w:p>
        </w:tc>
        <w:tc>
          <w:tcPr>
            <w:tcW w:type="dxa" w:w="864"/>
          </w:tcPr>
          <w:p>
            <w:r>
              <w:t>268.2</w:t>
            </w:r>
          </w:p>
        </w:tc>
        <w:tc>
          <w:tcPr>
            <w:tcW w:type="dxa" w:w="864"/>
          </w:tcPr>
          <w:p>
            <w:r>
              <w:t>680.2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67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102846210215573</w:t>
            </w:r>
          </w:p>
        </w:tc>
        <w:tc>
          <w:tcPr>
            <w:tcW w:type="dxa" w:w="864"/>
          </w:tcPr>
          <w:p>
            <w:r>
              <w:t>但慧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136.2</w:t>
            </w:r>
          </w:p>
        </w:tc>
        <w:tc>
          <w:tcPr>
            <w:tcW w:type="dxa" w:w="864"/>
          </w:tcPr>
          <w:p>
            <w:r>
              <w:t>269.2</w:t>
            </w:r>
          </w:p>
        </w:tc>
        <w:tc>
          <w:tcPr>
            <w:tcW w:type="dxa" w:w="864"/>
          </w:tcPr>
          <w:p>
            <w:r>
              <w:t>680.2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68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102846210215663</w:t>
            </w:r>
          </w:p>
        </w:tc>
        <w:tc>
          <w:tcPr>
            <w:tcW w:type="dxa" w:w="864"/>
          </w:tcPr>
          <w:p>
            <w:r>
              <w:t>夏思韵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135.6</w:t>
            </w:r>
          </w:p>
        </w:tc>
        <w:tc>
          <w:tcPr>
            <w:tcW w:type="dxa" w:w="864"/>
          </w:tcPr>
          <w:p>
            <w:r>
              <w:t>270.6</w:t>
            </w:r>
          </w:p>
        </w:tc>
        <w:tc>
          <w:tcPr>
            <w:tcW w:type="dxa" w:w="864"/>
          </w:tcPr>
          <w:p>
            <w:r>
              <w:t>678.6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69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102846210200147</w:t>
            </w:r>
          </w:p>
        </w:tc>
        <w:tc>
          <w:tcPr>
            <w:tcW w:type="dxa" w:w="864"/>
          </w:tcPr>
          <w:p>
            <w:r>
              <w:t>马瑞洁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132.8</w:t>
            </w:r>
          </w:p>
        </w:tc>
        <w:tc>
          <w:tcPr>
            <w:tcW w:type="dxa" w:w="864"/>
          </w:tcPr>
          <w:p>
            <w:r>
              <w:t>266.8</w:t>
            </w:r>
          </w:p>
        </w:tc>
        <w:tc>
          <w:tcPr>
            <w:tcW w:type="dxa" w:w="864"/>
          </w:tcPr>
          <w:p>
            <w:r>
              <w:t>677.8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70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102846210204484</w:t>
            </w:r>
          </w:p>
        </w:tc>
        <w:tc>
          <w:tcPr>
            <w:tcW w:type="dxa" w:w="864"/>
          </w:tcPr>
          <w:p>
            <w:r>
              <w:t>张佳囡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136.8</w:t>
            </w:r>
          </w:p>
        </w:tc>
        <w:tc>
          <w:tcPr>
            <w:tcW w:type="dxa" w:w="864"/>
          </w:tcPr>
          <w:p>
            <w:r>
              <w:t>267.8</w:t>
            </w:r>
          </w:p>
        </w:tc>
        <w:tc>
          <w:tcPr>
            <w:tcW w:type="dxa" w:w="864"/>
          </w:tcPr>
          <w:p>
            <w:r>
              <w:t>677.8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71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102846210219425</w:t>
            </w:r>
          </w:p>
        </w:tc>
        <w:tc>
          <w:tcPr>
            <w:tcW w:type="dxa" w:w="864"/>
          </w:tcPr>
          <w:p>
            <w:r>
              <w:t>欧阳东玭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135.6</w:t>
            </w:r>
          </w:p>
        </w:tc>
        <w:tc>
          <w:tcPr>
            <w:tcW w:type="dxa" w:w="864"/>
          </w:tcPr>
          <w:p>
            <w:r>
              <w:t>268.6</w:t>
            </w:r>
          </w:p>
        </w:tc>
        <w:tc>
          <w:tcPr>
            <w:tcW w:type="dxa" w:w="864"/>
          </w:tcPr>
          <w:p>
            <w:r>
              <w:t>676.6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72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102846210221688</w:t>
            </w:r>
          </w:p>
        </w:tc>
        <w:tc>
          <w:tcPr>
            <w:tcW w:type="dxa" w:w="864"/>
          </w:tcPr>
          <w:p>
            <w:r>
              <w:t>郭湘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134.4</w:t>
            </w:r>
          </w:p>
        </w:tc>
        <w:tc>
          <w:tcPr>
            <w:tcW w:type="dxa" w:w="864"/>
          </w:tcPr>
          <w:p>
            <w:r>
              <w:t>265.4</w:t>
            </w:r>
          </w:p>
        </w:tc>
        <w:tc>
          <w:tcPr>
            <w:tcW w:type="dxa" w:w="864"/>
          </w:tcPr>
          <w:p>
            <w:r>
              <w:t>673.4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73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102846210200141</w:t>
            </w:r>
          </w:p>
        </w:tc>
        <w:tc>
          <w:tcPr>
            <w:tcW w:type="dxa" w:w="864"/>
          </w:tcPr>
          <w:p>
            <w:r>
              <w:t>黄子佩</w:t>
            </w:r>
          </w:p>
        </w:tc>
        <w:tc>
          <w:tcPr>
            <w:tcW w:type="dxa" w:w="864"/>
          </w:tcPr>
          <w:p>
            <w:r>
              <w:t>123</w:t>
            </w:r>
          </w:p>
        </w:tc>
        <w:tc>
          <w:tcPr>
            <w:tcW w:type="dxa" w:w="864"/>
          </w:tcPr>
          <w:p>
            <w:r>
              <w:t>131.8</w:t>
            </w:r>
          </w:p>
        </w:tc>
        <w:tc>
          <w:tcPr>
            <w:tcW w:type="dxa" w:w="864"/>
          </w:tcPr>
          <w:p>
            <w:r>
              <w:t>254.8</w:t>
            </w:r>
          </w:p>
        </w:tc>
        <w:tc>
          <w:tcPr>
            <w:tcW w:type="dxa" w:w="864"/>
          </w:tcPr>
          <w:p>
            <w:r>
              <w:t>663.8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74</w:t>
            </w:r>
          </w:p>
        </w:tc>
        <w:tc>
          <w:tcPr>
            <w:tcW w:type="dxa" w:w="864"/>
          </w:tcPr>
          <w:p>
            <w:r>
              <w:t>025100金融</w:t>
            </w:r>
          </w:p>
        </w:tc>
        <w:tc>
          <w:tcPr>
            <w:tcW w:type="dxa" w:w="864"/>
          </w:tcPr>
          <w:p>
            <w:r>
              <w:t>102846210221768</w:t>
            </w:r>
          </w:p>
        </w:tc>
        <w:tc>
          <w:tcPr>
            <w:tcW w:type="dxa" w:w="864"/>
          </w:tcPr>
          <w:p>
            <w:r>
              <w:t>吉克木呷</w:t>
            </w:r>
          </w:p>
        </w:tc>
        <w:tc>
          <w:tcPr>
            <w:tcW w:type="dxa" w:w="864"/>
          </w:tcPr>
          <w:p>
            <w:r>
              <w:t>123</w:t>
            </w:r>
          </w:p>
        </w:tc>
        <w:tc>
          <w:tcPr>
            <w:tcW w:type="dxa" w:w="864"/>
          </w:tcPr>
          <w:p>
            <w:r>
              <w:t>95.4</w:t>
            </w:r>
          </w:p>
        </w:tc>
        <w:tc>
          <w:tcPr>
            <w:tcW w:type="dxa" w:w="864"/>
          </w:tcPr>
          <w:p>
            <w:r>
              <w:t>218.4</w:t>
            </w:r>
          </w:p>
        </w:tc>
        <w:tc>
          <w:tcPr>
            <w:tcW w:type="dxa" w:w="864"/>
          </w:tcPr>
          <w:p>
            <w:r>
              <w:t>528.4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>
              <w:t>少民计划</w:t>
            </w:r>
          </w:p>
        </w:tc>
      </w:tr>
      <w:tr>
        <w:tc>
          <w:tcPr>
            <w:tcW w:type="dxa" w:w="864"/>
          </w:tcPr>
          <w:p>
            <w:r>
              <w:t>75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102846210216089</w:t>
            </w:r>
          </w:p>
        </w:tc>
        <w:tc>
          <w:tcPr>
            <w:tcW w:type="dxa" w:w="864"/>
          </w:tcPr>
          <w:p>
            <w:r>
              <w:t>王红亮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127.67</w:t>
            </w:r>
          </w:p>
        </w:tc>
        <w:tc>
          <w:tcPr>
            <w:tcW w:type="dxa" w:w="864"/>
          </w:tcPr>
          <w:p>
            <w:r>
              <w:t>259.67</w:t>
            </w:r>
          </w:p>
        </w:tc>
        <w:tc>
          <w:tcPr>
            <w:tcW w:type="dxa" w:w="864"/>
          </w:tcPr>
          <w:p>
            <w:r>
              <w:t>682.67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76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102846210214807</w:t>
            </w:r>
          </w:p>
        </w:tc>
        <w:tc>
          <w:tcPr>
            <w:tcW w:type="dxa" w:w="864"/>
          </w:tcPr>
          <w:p>
            <w:r>
              <w:t>谢洋旸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127.67</w:t>
            </w:r>
          </w:p>
        </w:tc>
        <w:tc>
          <w:tcPr>
            <w:tcW w:type="dxa" w:w="864"/>
          </w:tcPr>
          <w:p>
            <w:r>
              <w:t>261.67</w:t>
            </w:r>
          </w:p>
        </w:tc>
        <w:tc>
          <w:tcPr>
            <w:tcW w:type="dxa" w:w="864"/>
          </w:tcPr>
          <w:p>
            <w:r>
              <w:t>671.67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77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102846210216869</w:t>
            </w:r>
          </w:p>
        </w:tc>
        <w:tc>
          <w:tcPr>
            <w:tcW w:type="dxa" w:w="864"/>
          </w:tcPr>
          <w:p>
            <w:r>
              <w:t>孙佳慧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124.67</w:t>
            </w:r>
          </w:p>
        </w:tc>
        <w:tc>
          <w:tcPr>
            <w:tcW w:type="dxa" w:w="864"/>
          </w:tcPr>
          <w:p>
            <w:r>
              <w:t>252.67</w:t>
            </w:r>
          </w:p>
        </w:tc>
        <w:tc>
          <w:tcPr>
            <w:tcW w:type="dxa" w:w="864"/>
          </w:tcPr>
          <w:p>
            <w:r>
              <w:t>668.67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78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102846210200172</w:t>
            </w:r>
          </w:p>
        </w:tc>
        <w:tc>
          <w:tcPr>
            <w:tcW w:type="dxa" w:w="864"/>
          </w:tcPr>
          <w:p>
            <w:r>
              <w:t>印睿凌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126.33</w:t>
            </w:r>
          </w:p>
        </w:tc>
        <w:tc>
          <w:tcPr>
            <w:tcW w:type="dxa" w:w="864"/>
          </w:tcPr>
          <w:p>
            <w:r>
              <w:t>260.33</w:t>
            </w:r>
          </w:p>
        </w:tc>
        <w:tc>
          <w:tcPr>
            <w:tcW w:type="dxa" w:w="864"/>
          </w:tcPr>
          <w:p>
            <w:r>
              <w:t>661.33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79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102846210200164</w:t>
            </w:r>
          </w:p>
        </w:tc>
        <w:tc>
          <w:tcPr>
            <w:tcW w:type="dxa" w:w="864"/>
          </w:tcPr>
          <w:p>
            <w:r>
              <w:t>韩愉</w:t>
            </w:r>
          </w:p>
        </w:tc>
        <w:tc>
          <w:tcPr>
            <w:tcW w:type="dxa" w:w="864"/>
          </w:tcPr>
          <w:p>
            <w:r>
              <w:t>129</w:t>
            </w:r>
          </w:p>
        </w:tc>
        <w:tc>
          <w:tcPr>
            <w:tcW w:type="dxa" w:w="864"/>
          </w:tcPr>
          <w:p>
            <w:r>
              <w:t>130.33</w:t>
            </w:r>
          </w:p>
        </w:tc>
        <w:tc>
          <w:tcPr>
            <w:tcW w:type="dxa" w:w="864"/>
          </w:tcPr>
          <w:p>
            <w:r>
              <w:t>259.33</w:t>
            </w:r>
          </w:p>
        </w:tc>
        <w:tc>
          <w:tcPr>
            <w:tcW w:type="dxa" w:w="864"/>
          </w:tcPr>
          <w:p>
            <w:r>
              <w:t>660.33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80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102846210219427</w:t>
            </w:r>
          </w:p>
        </w:tc>
        <w:tc>
          <w:tcPr>
            <w:tcW w:type="dxa" w:w="864"/>
          </w:tcPr>
          <w:p>
            <w:r>
              <w:t>廖碧源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125.67</w:t>
            </w:r>
          </w:p>
        </w:tc>
        <w:tc>
          <w:tcPr>
            <w:tcW w:type="dxa" w:w="864"/>
          </w:tcPr>
          <w:p>
            <w:r>
              <w:t>256.67</w:t>
            </w:r>
          </w:p>
        </w:tc>
        <w:tc>
          <w:tcPr>
            <w:tcW w:type="dxa" w:w="864"/>
          </w:tcPr>
          <w:p>
            <w:r>
              <w:t>658.67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81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102846210200180</w:t>
            </w:r>
          </w:p>
        </w:tc>
        <w:tc>
          <w:tcPr>
            <w:tcW w:type="dxa" w:w="864"/>
          </w:tcPr>
          <w:p>
            <w:r>
              <w:t>周铝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115.67</w:t>
            </w:r>
          </w:p>
        </w:tc>
        <w:tc>
          <w:tcPr>
            <w:tcW w:type="dxa" w:w="864"/>
          </w:tcPr>
          <w:p>
            <w:r>
              <w:t>247.67</w:t>
            </w:r>
          </w:p>
        </w:tc>
        <w:tc>
          <w:tcPr>
            <w:tcW w:type="dxa" w:w="864"/>
          </w:tcPr>
          <w:p>
            <w:r>
              <w:t>655.67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82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102846210223282</w:t>
            </w:r>
          </w:p>
        </w:tc>
        <w:tc>
          <w:tcPr>
            <w:tcW w:type="dxa" w:w="864"/>
          </w:tcPr>
          <w:p>
            <w:r>
              <w:t>成惟一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266</w:t>
            </w:r>
          </w:p>
        </w:tc>
        <w:tc>
          <w:tcPr>
            <w:tcW w:type="dxa" w:w="864"/>
          </w:tcPr>
          <w:p>
            <w:r>
              <w:t>654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83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102846210213774</w:t>
            </w:r>
          </w:p>
        </w:tc>
        <w:tc>
          <w:tcPr>
            <w:tcW w:type="dxa" w:w="864"/>
          </w:tcPr>
          <w:p>
            <w:r>
              <w:t>陈宏恩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119.5</w:t>
            </w:r>
          </w:p>
        </w:tc>
        <w:tc>
          <w:tcPr>
            <w:tcW w:type="dxa" w:w="864"/>
          </w:tcPr>
          <w:p>
            <w:r>
              <w:t>253.5</w:t>
            </w:r>
          </w:p>
        </w:tc>
        <w:tc>
          <w:tcPr>
            <w:tcW w:type="dxa" w:w="864"/>
          </w:tcPr>
          <w:p>
            <w:r>
              <w:t>652.5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84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102846210219286</w:t>
            </w:r>
          </w:p>
        </w:tc>
        <w:tc>
          <w:tcPr>
            <w:tcW w:type="dxa" w:w="864"/>
          </w:tcPr>
          <w:p>
            <w:r>
              <w:t>陶蕊</w:t>
            </w:r>
          </w:p>
        </w:tc>
        <w:tc>
          <w:tcPr>
            <w:tcW w:type="dxa" w:w="864"/>
          </w:tcPr>
          <w:p>
            <w:r>
              <w:t>128</w:t>
            </w:r>
          </w:p>
        </w:tc>
        <w:tc>
          <w:tcPr>
            <w:tcW w:type="dxa" w:w="864"/>
          </w:tcPr>
          <w:p>
            <w:r>
              <w:t>124.17</w:t>
            </w:r>
          </w:p>
        </w:tc>
        <w:tc>
          <w:tcPr>
            <w:tcW w:type="dxa" w:w="864"/>
          </w:tcPr>
          <w:p>
            <w:r>
              <w:t>252.17</w:t>
            </w:r>
          </w:p>
        </w:tc>
        <w:tc>
          <w:tcPr>
            <w:tcW w:type="dxa" w:w="864"/>
          </w:tcPr>
          <w:p>
            <w:r>
              <w:t>642.17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85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102846210210644</w:t>
            </w:r>
          </w:p>
        </w:tc>
        <w:tc>
          <w:tcPr>
            <w:tcW w:type="dxa" w:w="864"/>
          </w:tcPr>
          <w:p>
            <w:r>
              <w:t>张姚蓉</w:t>
            </w:r>
          </w:p>
        </w:tc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118.67</w:t>
            </w:r>
          </w:p>
        </w:tc>
        <w:tc>
          <w:tcPr>
            <w:tcW w:type="dxa" w:w="864"/>
          </w:tcPr>
          <w:p>
            <w:r>
              <w:t>254.67</w:t>
            </w:r>
          </w:p>
        </w:tc>
        <w:tc>
          <w:tcPr>
            <w:tcW w:type="dxa" w:w="864"/>
          </w:tcPr>
          <w:p>
            <w:r>
              <w:t>640.67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86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102846210213462</w:t>
            </w:r>
          </w:p>
        </w:tc>
        <w:tc>
          <w:tcPr>
            <w:tcW w:type="dxa" w:w="864"/>
          </w:tcPr>
          <w:p>
            <w:r>
              <w:t>石丽丽</w:t>
            </w:r>
          </w:p>
        </w:tc>
        <w:tc>
          <w:tcPr>
            <w:tcW w:type="dxa" w:w="864"/>
          </w:tcPr>
          <w:p>
            <w:r>
              <w:t>139</w:t>
            </w:r>
          </w:p>
        </w:tc>
        <w:tc>
          <w:tcPr>
            <w:tcW w:type="dxa" w:w="864"/>
          </w:tcPr>
          <w:p>
            <w:r>
              <w:t>117.83</w:t>
            </w:r>
          </w:p>
        </w:tc>
        <w:tc>
          <w:tcPr>
            <w:tcW w:type="dxa" w:w="864"/>
          </w:tcPr>
          <w:p>
            <w:r>
              <w:t>256.83</w:t>
            </w:r>
          </w:p>
        </w:tc>
        <w:tc>
          <w:tcPr>
            <w:tcW w:type="dxa" w:w="864"/>
          </w:tcPr>
          <w:p>
            <w:r>
              <w:t>639.83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87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102846210220293</w:t>
            </w:r>
          </w:p>
        </w:tc>
        <w:tc>
          <w:tcPr>
            <w:tcW w:type="dxa" w:w="864"/>
          </w:tcPr>
          <w:p>
            <w:r>
              <w:t>陈延林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125.67</w:t>
            </w:r>
          </w:p>
        </w:tc>
        <w:tc>
          <w:tcPr>
            <w:tcW w:type="dxa" w:w="864"/>
          </w:tcPr>
          <w:p>
            <w:r>
              <w:t>256.67</w:t>
            </w:r>
          </w:p>
        </w:tc>
        <w:tc>
          <w:tcPr>
            <w:tcW w:type="dxa" w:w="864"/>
          </w:tcPr>
          <w:p>
            <w:r>
              <w:t>634.67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88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102846210208701</w:t>
            </w:r>
          </w:p>
        </w:tc>
        <w:tc>
          <w:tcPr>
            <w:tcW w:type="dxa" w:w="864"/>
          </w:tcPr>
          <w:p>
            <w:r>
              <w:t>温从熠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119.83</w:t>
            </w:r>
          </w:p>
        </w:tc>
        <w:tc>
          <w:tcPr>
            <w:tcW w:type="dxa" w:w="864"/>
          </w:tcPr>
          <w:p>
            <w:r>
              <w:t>254.83</w:t>
            </w:r>
          </w:p>
        </w:tc>
        <w:tc>
          <w:tcPr>
            <w:tcW w:type="dxa" w:w="864"/>
          </w:tcPr>
          <w:p>
            <w:r>
              <w:t>631.83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89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102846210211716</w:t>
            </w:r>
          </w:p>
        </w:tc>
        <w:tc>
          <w:tcPr>
            <w:tcW w:type="dxa" w:w="864"/>
          </w:tcPr>
          <w:p>
            <w:r>
              <w:t>张以勒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119.33</w:t>
            </w:r>
          </w:p>
        </w:tc>
        <w:tc>
          <w:tcPr>
            <w:tcW w:type="dxa" w:w="864"/>
          </w:tcPr>
          <w:p>
            <w:r>
              <w:t>249.33</w:t>
            </w:r>
          </w:p>
        </w:tc>
        <w:tc>
          <w:tcPr>
            <w:tcW w:type="dxa" w:w="864"/>
          </w:tcPr>
          <w:p>
            <w:r>
              <w:t>626.33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90</w:t>
            </w:r>
          </w:p>
        </w:tc>
        <w:tc>
          <w:tcPr>
            <w:tcW w:type="dxa" w:w="864"/>
          </w:tcPr>
          <w:p>
            <w:r>
              <w:t>025400国际商务</w:t>
            </w:r>
          </w:p>
        </w:tc>
        <w:tc>
          <w:tcPr>
            <w:tcW w:type="dxa" w:w="864"/>
          </w:tcPr>
          <w:p>
            <w:r>
              <w:t>102846210217587</w:t>
            </w:r>
          </w:p>
        </w:tc>
        <w:tc>
          <w:tcPr>
            <w:tcW w:type="dxa" w:w="864"/>
          </w:tcPr>
          <w:p>
            <w:r>
              <w:t>王瑞林</w:t>
            </w:r>
          </w:p>
        </w:tc>
        <w:tc>
          <w:tcPr>
            <w:tcW w:type="dxa" w:w="864"/>
          </w:tcPr>
          <w:p>
            <w:r>
              <w:t>124</w:t>
            </w:r>
          </w:p>
        </w:tc>
        <w:tc>
          <w:tcPr>
            <w:tcW w:type="dxa" w:w="864"/>
          </w:tcPr>
          <w:p>
            <w:r>
              <w:t>117.5</w:t>
            </w:r>
          </w:p>
        </w:tc>
        <w:tc>
          <w:tcPr>
            <w:tcW w:type="dxa" w:w="864"/>
          </w:tcPr>
          <w:p>
            <w:r>
              <w:t>241.5</w:t>
            </w:r>
          </w:p>
        </w:tc>
        <w:tc>
          <w:tcPr>
            <w:tcW w:type="dxa" w:w="864"/>
          </w:tcPr>
          <w:p>
            <w:r>
              <w:t>621.5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91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102846210200186</w:t>
            </w:r>
          </w:p>
        </w:tc>
        <w:tc>
          <w:tcPr>
            <w:tcW w:type="dxa" w:w="864"/>
          </w:tcPr>
          <w:p>
            <w:r>
              <w:t>郭刘焓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138.8</w:t>
            </w:r>
          </w:p>
        </w:tc>
        <w:tc>
          <w:tcPr>
            <w:tcW w:type="dxa" w:w="864"/>
          </w:tcPr>
          <w:p>
            <w:r>
              <w:t>272.8</w:t>
            </w:r>
          </w:p>
        </w:tc>
        <w:tc>
          <w:tcPr>
            <w:tcW w:type="dxa" w:w="864"/>
          </w:tcPr>
          <w:p>
            <w:r>
              <w:t>660.8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92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102846210218490</w:t>
            </w:r>
          </w:p>
        </w:tc>
        <w:tc>
          <w:tcPr>
            <w:tcW w:type="dxa" w:w="864"/>
          </w:tcPr>
          <w:p>
            <w:r>
              <w:t>高闵</w:t>
            </w:r>
          </w:p>
        </w:tc>
        <w:tc>
          <w:tcPr>
            <w:tcW w:type="dxa" w:w="864"/>
          </w:tcPr>
          <w:p>
            <w:r>
              <w:t>135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268</w:t>
            </w:r>
          </w:p>
        </w:tc>
        <w:tc>
          <w:tcPr>
            <w:tcW w:type="dxa" w:w="864"/>
          </w:tcPr>
          <w:p>
            <w:r>
              <w:t>659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93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102846210212341</w:t>
            </w:r>
          </w:p>
        </w:tc>
        <w:tc>
          <w:tcPr>
            <w:tcW w:type="dxa" w:w="864"/>
          </w:tcPr>
          <w:p>
            <w:r>
              <w:t>陈天怡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132.8</w:t>
            </w:r>
          </w:p>
        </w:tc>
        <w:tc>
          <w:tcPr>
            <w:tcW w:type="dxa" w:w="864"/>
          </w:tcPr>
          <w:p>
            <w:r>
              <w:t>263.8</w:t>
            </w:r>
          </w:p>
        </w:tc>
        <w:tc>
          <w:tcPr>
            <w:tcW w:type="dxa" w:w="864"/>
          </w:tcPr>
          <w:p>
            <w:r>
              <w:t>651.8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94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102846210205817</w:t>
            </w:r>
          </w:p>
        </w:tc>
        <w:tc>
          <w:tcPr>
            <w:tcW w:type="dxa" w:w="864"/>
          </w:tcPr>
          <w:p>
            <w:r>
              <w:t>崔宇航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129</w:t>
            </w:r>
          </w:p>
        </w:tc>
        <w:tc>
          <w:tcPr>
            <w:tcW w:type="dxa" w:w="864"/>
          </w:tcPr>
          <w:p>
            <w:r>
              <w:t>261</w:t>
            </w:r>
          </w:p>
        </w:tc>
        <w:tc>
          <w:tcPr>
            <w:tcW w:type="dxa" w:w="864"/>
          </w:tcPr>
          <w:p>
            <w:r>
              <w:t>651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95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102846210206679</w:t>
            </w:r>
          </w:p>
        </w:tc>
        <w:tc>
          <w:tcPr>
            <w:tcW w:type="dxa" w:w="864"/>
          </w:tcPr>
          <w:p>
            <w:r>
              <w:t>范鑫雨</w:t>
            </w:r>
          </w:p>
        </w:tc>
        <w:tc>
          <w:tcPr>
            <w:tcW w:type="dxa" w:w="864"/>
          </w:tcPr>
          <w:p>
            <w:r>
              <w:t>137</w:t>
            </w:r>
          </w:p>
        </w:tc>
        <w:tc>
          <w:tcPr>
            <w:tcW w:type="dxa" w:w="864"/>
          </w:tcPr>
          <w:p>
            <w:r>
              <w:t>123.6</w:t>
            </w:r>
          </w:p>
        </w:tc>
        <w:tc>
          <w:tcPr>
            <w:tcW w:type="dxa" w:w="864"/>
          </w:tcPr>
          <w:p>
            <w:r>
              <w:t>260.6</w:t>
            </w:r>
          </w:p>
        </w:tc>
        <w:tc>
          <w:tcPr>
            <w:tcW w:type="dxa" w:w="864"/>
          </w:tcPr>
          <w:p>
            <w:r>
              <w:t>649.6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96</w:t>
            </w:r>
          </w:p>
        </w:tc>
        <w:tc>
          <w:tcPr>
            <w:tcW w:type="dxa" w:w="864"/>
          </w:tcPr>
          <w:p>
            <w:r>
              <w:t>120201会计学</w:t>
            </w:r>
          </w:p>
        </w:tc>
        <w:tc>
          <w:tcPr>
            <w:tcW w:type="dxa" w:w="864"/>
          </w:tcPr>
          <w:p>
            <w:r>
              <w:t>102846210217709</w:t>
            </w:r>
          </w:p>
        </w:tc>
        <w:tc>
          <w:tcPr>
            <w:tcW w:type="dxa" w:w="864"/>
          </w:tcPr>
          <w:p>
            <w:r>
              <w:t>张圣蕾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125.6</w:t>
            </w:r>
          </w:p>
        </w:tc>
        <w:tc>
          <w:tcPr>
            <w:tcW w:type="dxa" w:w="864"/>
          </w:tcPr>
          <w:p>
            <w:r>
              <w:t>256.6</w:t>
            </w:r>
          </w:p>
        </w:tc>
        <w:tc>
          <w:tcPr>
            <w:tcW w:type="dxa" w:w="864"/>
          </w:tcPr>
          <w:p>
            <w:r>
              <w:t>643.6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97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102846210206892</w:t>
            </w:r>
          </w:p>
        </w:tc>
        <w:tc>
          <w:tcPr>
            <w:tcW w:type="dxa" w:w="864"/>
          </w:tcPr>
          <w:p>
            <w:r>
              <w:t>何欣怡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127</w:t>
            </w:r>
          </w:p>
        </w:tc>
        <w:tc>
          <w:tcPr>
            <w:tcW w:type="dxa" w:w="864"/>
          </w:tcPr>
          <w:p>
            <w:r>
              <w:t>259</w:t>
            </w:r>
          </w:p>
        </w:tc>
        <w:tc>
          <w:tcPr>
            <w:tcW w:type="dxa" w:w="864"/>
          </w:tcPr>
          <w:p>
            <w:r>
              <w:t>665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98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102846210218621</w:t>
            </w:r>
          </w:p>
        </w:tc>
        <w:tc>
          <w:tcPr>
            <w:tcW w:type="dxa" w:w="864"/>
          </w:tcPr>
          <w:p>
            <w:r>
              <w:t>叶雨涵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121</w:t>
            </w:r>
          </w:p>
        </w:tc>
        <w:tc>
          <w:tcPr>
            <w:tcW w:type="dxa" w:w="864"/>
          </w:tcPr>
          <w:p>
            <w:r>
              <w:t>253</w:t>
            </w:r>
          </w:p>
        </w:tc>
        <w:tc>
          <w:tcPr>
            <w:tcW w:type="dxa" w:w="864"/>
          </w:tcPr>
          <w:p>
            <w:r>
              <w:t>664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99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102846210205013</w:t>
            </w:r>
          </w:p>
        </w:tc>
        <w:tc>
          <w:tcPr>
            <w:tcW w:type="dxa" w:w="864"/>
          </w:tcPr>
          <w:p>
            <w:r>
              <w:t>吕曼园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125.4</w:t>
            </w:r>
          </w:p>
        </w:tc>
        <w:tc>
          <w:tcPr>
            <w:tcW w:type="dxa" w:w="864"/>
          </w:tcPr>
          <w:p>
            <w:r>
              <w:t>258.4</w:t>
            </w:r>
          </w:p>
        </w:tc>
        <w:tc>
          <w:tcPr>
            <w:tcW w:type="dxa" w:w="864"/>
          </w:tcPr>
          <w:p>
            <w:r>
              <w:t>653.4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100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102846210214259</w:t>
            </w:r>
          </w:p>
        </w:tc>
        <w:tc>
          <w:tcPr>
            <w:tcW w:type="dxa" w:w="864"/>
          </w:tcPr>
          <w:p>
            <w:r>
              <w:t>张睿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126</w:t>
            </w:r>
          </w:p>
        </w:tc>
        <w:tc>
          <w:tcPr>
            <w:tcW w:type="dxa" w:w="864"/>
          </w:tcPr>
          <w:p>
            <w:r>
              <w:t>257</w:t>
            </w:r>
          </w:p>
        </w:tc>
        <w:tc>
          <w:tcPr>
            <w:tcW w:type="dxa" w:w="864"/>
          </w:tcPr>
          <w:p>
            <w:r>
              <w:t>649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101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102846210222960</w:t>
            </w:r>
          </w:p>
        </w:tc>
        <w:tc>
          <w:tcPr>
            <w:tcW w:type="dxa" w:w="864"/>
          </w:tcPr>
          <w:p>
            <w:r>
              <w:t>刘思莹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120</w:t>
            </w:r>
          </w:p>
        </w:tc>
        <w:tc>
          <w:tcPr>
            <w:tcW w:type="dxa" w:w="864"/>
          </w:tcPr>
          <w:p>
            <w:r>
              <w:t>252</w:t>
            </w:r>
          </w:p>
        </w:tc>
        <w:tc>
          <w:tcPr>
            <w:tcW w:type="dxa" w:w="864"/>
          </w:tcPr>
          <w:p>
            <w:r>
              <w:t>647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102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102846210222093</w:t>
            </w:r>
          </w:p>
        </w:tc>
        <w:tc>
          <w:tcPr>
            <w:tcW w:type="dxa" w:w="864"/>
          </w:tcPr>
          <w:p>
            <w:r>
              <w:t>李金龙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124.6</w:t>
            </w:r>
          </w:p>
        </w:tc>
        <w:tc>
          <w:tcPr>
            <w:tcW w:type="dxa" w:w="864"/>
          </w:tcPr>
          <w:p>
            <w:r>
              <w:t>254.6</w:t>
            </w:r>
          </w:p>
        </w:tc>
        <w:tc>
          <w:tcPr>
            <w:tcW w:type="dxa" w:w="864"/>
          </w:tcPr>
          <w:p>
            <w:r>
              <w:t>642.6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103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102846210215574</w:t>
            </w:r>
          </w:p>
        </w:tc>
        <w:tc>
          <w:tcPr>
            <w:tcW w:type="dxa" w:w="864"/>
          </w:tcPr>
          <w:p>
            <w:r>
              <w:t>陈雪妍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111.6</w:t>
            </w:r>
          </w:p>
        </w:tc>
        <w:tc>
          <w:tcPr>
            <w:tcW w:type="dxa" w:w="864"/>
          </w:tcPr>
          <w:p>
            <w:r>
              <w:t>244.6</w:t>
            </w:r>
          </w:p>
        </w:tc>
        <w:tc>
          <w:tcPr>
            <w:tcW w:type="dxa" w:w="864"/>
          </w:tcPr>
          <w:p>
            <w:r>
              <w:t>635.6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104</w:t>
            </w:r>
          </w:p>
        </w:tc>
        <w:tc>
          <w:tcPr>
            <w:tcW w:type="dxa" w:w="864"/>
          </w:tcPr>
          <w:p>
            <w:r>
              <w:t>120202企业管理A方向</w:t>
            </w:r>
          </w:p>
        </w:tc>
        <w:tc>
          <w:tcPr>
            <w:tcW w:type="dxa" w:w="864"/>
          </w:tcPr>
          <w:p>
            <w:r>
              <w:t>102846210200221</w:t>
            </w:r>
          </w:p>
        </w:tc>
        <w:tc>
          <w:tcPr>
            <w:tcW w:type="dxa" w:w="864"/>
          </w:tcPr>
          <w:p>
            <w:r>
              <w:t>董朝松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108</w:t>
            </w:r>
          </w:p>
        </w:tc>
        <w:tc>
          <w:tcPr>
            <w:tcW w:type="dxa" w:w="864"/>
          </w:tcPr>
          <w:p>
            <w:r>
              <w:t>240</w:t>
            </w:r>
          </w:p>
        </w:tc>
        <w:tc>
          <w:tcPr>
            <w:tcW w:type="dxa" w:w="864"/>
          </w:tcPr>
          <w:p>
            <w:r>
              <w:t>631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105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102846210214048</w:t>
            </w:r>
          </w:p>
        </w:tc>
        <w:tc>
          <w:tcPr>
            <w:tcW w:type="dxa" w:w="864"/>
          </w:tcPr>
          <w:p>
            <w:r>
              <w:t>程志远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133</w:t>
            </w:r>
          </w:p>
        </w:tc>
        <w:tc>
          <w:tcPr>
            <w:tcW w:type="dxa" w:w="864"/>
          </w:tcPr>
          <w:p>
            <w:r>
              <w:t>263</w:t>
            </w:r>
          </w:p>
        </w:tc>
        <w:tc>
          <w:tcPr>
            <w:tcW w:type="dxa" w:w="864"/>
          </w:tcPr>
          <w:p>
            <w:r>
              <w:t>662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106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102846210217761</w:t>
            </w:r>
          </w:p>
        </w:tc>
        <w:tc>
          <w:tcPr>
            <w:tcW w:type="dxa" w:w="864"/>
          </w:tcPr>
          <w:p>
            <w:r>
              <w:t>孙奇伟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129.4</w:t>
            </w:r>
          </w:p>
        </w:tc>
        <w:tc>
          <w:tcPr>
            <w:tcW w:type="dxa" w:w="864"/>
          </w:tcPr>
          <w:p>
            <w:r>
              <w:t>261.4</w:t>
            </w:r>
          </w:p>
        </w:tc>
        <w:tc>
          <w:tcPr>
            <w:tcW w:type="dxa" w:w="864"/>
          </w:tcPr>
          <w:p>
            <w:r>
              <w:t>649.4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107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102846210204965</w:t>
            </w:r>
          </w:p>
        </w:tc>
        <w:tc>
          <w:tcPr>
            <w:tcW w:type="dxa" w:w="864"/>
          </w:tcPr>
          <w:p>
            <w:r>
              <w:t>许梦鑫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130.2</w:t>
            </w:r>
          </w:p>
        </w:tc>
        <w:tc>
          <w:tcPr>
            <w:tcW w:type="dxa" w:w="864"/>
          </w:tcPr>
          <w:p>
            <w:r>
              <w:t>262.2</w:t>
            </w:r>
          </w:p>
        </w:tc>
        <w:tc>
          <w:tcPr>
            <w:tcW w:type="dxa" w:w="864"/>
          </w:tcPr>
          <w:p>
            <w:r>
              <w:t>642.2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108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102846210210048</w:t>
            </w:r>
          </w:p>
        </w:tc>
        <w:tc>
          <w:tcPr>
            <w:tcW w:type="dxa" w:w="864"/>
          </w:tcPr>
          <w:p>
            <w:r>
              <w:t>周斌</w:t>
            </w:r>
          </w:p>
        </w:tc>
        <w:tc>
          <w:tcPr>
            <w:tcW w:type="dxa" w:w="864"/>
          </w:tcPr>
          <w:p>
            <w:r>
              <w:t>130</w:t>
            </w:r>
          </w:p>
        </w:tc>
        <w:tc>
          <w:tcPr>
            <w:tcW w:type="dxa" w:w="864"/>
          </w:tcPr>
          <w:p>
            <w:r>
              <w:t>129.2</w:t>
            </w:r>
          </w:p>
        </w:tc>
        <w:tc>
          <w:tcPr>
            <w:tcW w:type="dxa" w:w="864"/>
          </w:tcPr>
          <w:p>
            <w:r>
              <w:t>259.2</w:t>
            </w:r>
          </w:p>
        </w:tc>
        <w:tc>
          <w:tcPr>
            <w:tcW w:type="dxa" w:w="864"/>
          </w:tcPr>
          <w:p>
            <w:r>
              <w:t>641.2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109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102846210221690</w:t>
            </w:r>
          </w:p>
        </w:tc>
        <w:tc>
          <w:tcPr>
            <w:tcW w:type="dxa" w:w="864"/>
          </w:tcPr>
          <w:p>
            <w:r>
              <w:t>黄梅凤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125.6</w:t>
            </w:r>
          </w:p>
        </w:tc>
        <w:tc>
          <w:tcPr>
            <w:tcW w:type="dxa" w:w="864"/>
          </w:tcPr>
          <w:p>
            <w:r>
              <w:t>256.6</w:t>
            </w:r>
          </w:p>
        </w:tc>
        <w:tc>
          <w:tcPr>
            <w:tcW w:type="dxa" w:w="864"/>
          </w:tcPr>
          <w:p>
            <w:r>
              <w:t>636.6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110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102846210216097</w:t>
            </w:r>
          </w:p>
        </w:tc>
        <w:tc>
          <w:tcPr>
            <w:tcW w:type="dxa" w:w="864"/>
          </w:tcPr>
          <w:p>
            <w:r>
              <w:t>游文豪</w:t>
            </w:r>
          </w:p>
        </w:tc>
        <w:tc>
          <w:tcPr>
            <w:tcW w:type="dxa" w:w="864"/>
          </w:tcPr>
          <w:p>
            <w:r>
              <w:t>132</w:t>
            </w:r>
          </w:p>
        </w:tc>
        <w:tc>
          <w:tcPr>
            <w:tcW w:type="dxa" w:w="864"/>
          </w:tcPr>
          <w:p>
            <w:r>
              <w:t>122.4</w:t>
            </w:r>
          </w:p>
        </w:tc>
        <w:tc>
          <w:tcPr>
            <w:tcW w:type="dxa" w:w="864"/>
          </w:tcPr>
          <w:p>
            <w:r>
              <w:t>254.4</w:t>
            </w:r>
          </w:p>
        </w:tc>
        <w:tc>
          <w:tcPr>
            <w:tcW w:type="dxa" w:w="864"/>
          </w:tcPr>
          <w:p>
            <w:r>
              <w:t>631.4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111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102846210214858</w:t>
            </w:r>
          </w:p>
        </w:tc>
        <w:tc>
          <w:tcPr>
            <w:tcW w:type="dxa" w:w="864"/>
          </w:tcPr>
          <w:p>
            <w:r>
              <w:t>武宇星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119.6</w:t>
            </w:r>
          </w:p>
        </w:tc>
        <w:tc>
          <w:tcPr>
            <w:tcW w:type="dxa" w:w="864"/>
          </w:tcPr>
          <w:p>
            <w:r>
              <w:t>250.6</w:t>
            </w:r>
          </w:p>
        </w:tc>
        <w:tc>
          <w:tcPr>
            <w:tcW w:type="dxa" w:w="864"/>
          </w:tcPr>
          <w:p>
            <w:r>
              <w:t>626.6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112</w:t>
            </w:r>
          </w:p>
        </w:tc>
        <w:tc>
          <w:tcPr>
            <w:tcW w:type="dxa" w:w="864"/>
          </w:tcPr>
          <w:p>
            <w:r>
              <w:t>120202企业管理B方向</w:t>
            </w:r>
          </w:p>
        </w:tc>
        <w:tc>
          <w:tcPr>
            <w:tcW w:type="dxa" w:w="864"/>
          </w:tcPr>
          <w:p>
            <w:r>
              <w:t>102846210216096</w:t>
            </w:r>
          </w:p>
        </w:tc>
        <w:tc>
          <w:tcPr>
            <w:tcW w:type="dxa" w:w="864"/>
          </w:tcPr>
          <w:p>
            <w:r>
              <w:t>徐嘉玟</w:t>
            </w:r>
          </w:p>
        </w:tc>
        <w:tc>
          <w:tcPr>
            <w:tcW w:type="dxa" w:w="864"/>
          </w:tcPr>
          <w:p>
            <w:r>
              <w:t>131</w:t>
            </w:r>
          </w:p>
        </w:tc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244</w:t>
            </w:r>
          </w:p>
        </w:tc>
        <w:tc>
          <w:tcPr>
            <w:tcW w:type="dxa" w:w="864"/>
          </w:tcPr>
          <w:p>
            <w:r>
              <w:t>614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113</w:t>
            </w:r>
          </w:p>
        </w:tc>
        <w:tc>
          <w:tcPr>
            <w:tcW w:type="dxa" w:w="864"/>
          </w:tcPr>
          <w:p>
            <w:r>
              <w:t>120202企业管理C方向</w:t>
            </w:r>
          </w:p>
        </w:tc>
        <w:tc>
          <w:tcPr>
            <w:tcW w:type="dxa" w:w="864"/>
          </w:tcPr>
          <w:p>
            <w:r>
              <w:t>102846210211305</w:t>
            </w:r>
          </w:p>
        </w:tc>
        <w:tc>
          <w:tcPr>
            <w:tcW w:type="dxa" w:w="864"/>
          </w:tcPr>
          <w:p>
            <w:r>
              <w:t>朱奕成</w:t>
            </w:r>
          </w:p>
        </w:tc>
        <w:tc>
          <w:tcPr>
            <w:tcW w:type="dxa" w:w="864"/>
          </w:tcPr>
          <w:p>
            <w:r>
              <w:t>136</w:t>
            </w:r>
          </w:p>
        </w:tc>
        <w:tc>
          <w:tcPr>
            <w:tcW w:type="dxa" w:w="864"/>
          </w:tcPr>
          <w:p>
            <w:r>
              <w:t>132.2</w:t>
            </w:r>
          </w:p>
        </w:tc>
        <w:tc>
          <w:tcPr>
            <w:tcW w:type="dxa" w:w="864"/>
          </w:tcPr>
          <w:p>
            <w:r>
              <w:t>268.2</w:t>
            </w:r>
          </w:p>
        </w:tc>
        <w:tc>
          <w:tcPr>
            <w:tcW w:type="dxa" w:w="864"/>
          </w:tcPr>
          <w:p>
            <w:r>
              <w:t>661.2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114</w:t>
            </w:r>
          </w:p>
        </w:tc>
        <w:tc>
          <w:tcPr>
            <w:tcW w:type="dxa" w:w="864"/>
          </w:tcPr>
          <w:p>
            <w:r>
              <w:t>120202企业管理C方向</w:t>
            </w:r>
          </w:p>
        </w:tc>
        <w:tc>
          <w:tcPr>
            <w:tcW w:type="dxa" w:w="864"/>
          </w:tcPr>
          <w:p>
            <w:r>
              <w:t>102846210200240</w:t>
            </w:r>
          </w:p>
        </w:tc>
        <w:tc>
          <w:tcPr>
            <w:tcW w:type="dxa" w:w="864"/>
          </w:tcPr>
          <w:p>
            <w:r>
              <w:t>陆明皓</w:t>
            </w:r>
          </w:p>
        </w:tc>
        <w:tc>
          <w:tcPr>
            <w:tcW w:type="dxa" w:w="864"/>
          </w:tcPr>
          <w:p>
            <w:r>
              <w:t>137</w:t>
            </w:r>
          </w:p>
        </w:tc>
        <w:tc>
          <w:tcPr>
            <w:tcW w:type="dxa" w:w="864"/>
          </w:tcPr>
          <w:p>
            <w:r>
              <w:t>141</w:t>
            </w:r>
          </w:p>
        </w:tc>
        <w:tc>
          <w:tcPr>
            <w:tcW w:type="dxa" w:w="864"/>
          </w:tcPr>
          <w:p>
            <w:r>
              <w:t>278</w:t>
            </w:r>
          </w:p>
        </w:tc>
        <w:tc>
          <w:tcPr>
            <w:tcW w:type="dxa" w:w="864"/>
          </w:tcPr>
          <w:p>
            <w:r>
              <w:t>661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115</w:t>
            </w:r>
          </w:p>
        </w:tc>
        <w:tc>
          <w:tcPr>
            <w:tcW w:type="dxa" w:w="864"/>
          </w:tcPr>
          <w:p>
            <w:r>
              <w:t>120202企业管理C方向</w:t>
            </w:r>
          </w:p>
        </w:tc>
        <w:tc>
          <w:tcPr>
            <w:tcW w:type="dxa" w:w="864"/>
          </w:tcPr>
          <w:p>
            <w:r>
              <w:t>102846210215760</w:t>
            </w:r>
          </w:p>
        </w:tc>
        <w:tc>
          <w:tcPr>
            <w:tcW w:type="dxa" w:w="864"/>
          </w:tcPr>
          <w:p>
            <w:r>
              <w:t>曹宇熹</w:t>
            </w:r>
          </w:p>
        </w:tc>
        <w:tc>
          <w:tcPr>
            <w:tcW w:type="dxa" w:w="864"/>
          </w:tcPr>
          <w:p>
            <w:r>
              <w:t>140</w:t>
            </w:r>
          </w:p>
        </w:tc>
        <w:tc>
          <w:tcPr>
            <w:tcW w:type="dxa" w:w="864"/>
          </w:tcPr>
          <w:p>
            <w:r>
              <w:t>133.6</w:t>
            </w:r>
          </w:p>
        </w:tc>
        <w:tc>
          <w:tcPr>
            <w:tcW w:type="dxa" w:w="864"/>
          </w:tcPr>
          <w:p>
            <w:r>
              <w:t>273.6</w:t>
            </w:r>
          </w:p>
        </w:tc>
        <w:tc>
          <w:tcPr>
            <w:tcW w:type="dxa" w:w="864"/>
          </w:tcPr>
          <w:p>
            <w:r>
              <w:t>646.6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116</w:t>
            </w:r>
          </w:p>
        </w:tc>
        <w:tc>
          <w:tcPr>
            <w:tcW w:type="dxa" w:w="864"/>
          </w:tcPr>
          <w:p>
            <w:r>
              <w:t>120202企业管理C方向</w:t>
            </w:r>
          </w:p>
        </w:tc>
        <w:tc>
          <w:tcPr>
            <w:tcW w:type="dxa" w:w="864"/>
          </w:tcPr>
          <w:p>
            <w:r>
              <w:t>102846210212942</w:t>
            </w:r>
          </w:p>
        </w:tc>
        <w:tc>
          <w:tcPr>
            <w:tcW w:type="dxa" w:w="864"/>
          </w:tcPr>
          <w:p>
            <w:r>
              <w:t>章景瑞</w:t>
            </w:r>
          </w:p>
        </w:tc>
        <w:tc>
          <w:tcPr>
            <w:tcW w:type="dxa" w:w="864"/>
          </w:tcPr>
          <w:p>
            <w:r>
              <w:t>134</w:t>
            </w:r>
          </w:p>
        </w:tc>
        <w:tc>
          <w:tcPr>
            <w:tcW w:type="dxa" w:w="864"/>
          </w:tcPr>
          <w:p>
            <w:r>
              <w:t>123.6</w:t>
            </w:r>
          </w:p>
        </w:tc>
        <w:tc>
          <w:tcPr>
            <w:tcW w:type="dxa" w:w="864"/>
          </w:tcPr>
          <w:p>
            <w:r>
              <w:t>257.6</w:t>
            </w:r>
          </w:p>
        </w:tc>
        <w:tc>
          <w:tcPr>
            <w:tcW w:type="dxa" w:w="864"/>
          </w:tcPr>
          <w:p>
            <w:r>
              <w:t>636.6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117</w:t>
            </w:r>
          </w:p>
        </w:tc>
        <w:tc>
          <w:tcPr>
            <w:tcW w:type="dxa" w:w="864"/>
          </w:tcPr>
          <w:p>
            <w:r>
              <w:t>120202企业管理D方向</w:t>
            </w:r>
          </w:p>
        </w:tc>
        <w:tc>
          <w:tcPr>
            <w:tcW w:type="dxa" w:w="864"/>
          </w:tcPr>
          <w:p>
            <w:r>
              <w:t>102846210204488</w:t>
            </w:r>
          </w:p>
        </w:tc>
        <w:tc>
          <w:tcPr>
            <w:tcW w:type="dxa" w:w="864"/>
          </w:tcPr>
          <w:p>
            <w:r>
              <w:t>杨思慧</w:t>
            </w:r>
          </w:p>
        </w:tc>
        <w:tc>
          <w:tcPr>
            <w:tcW w:type="dxa" w:w="864"/>
          </w:tcPr>
          <w:p>
            <w:r>
              <w:t>144</w:t>
            </w:r>
          </w:p>
        </w:tc>
        <w:tc>
          <w:tcPr>
            <w:tcW w:type="dxa" w:w="864"/>
          </w:tcPr>
          <w:p>
            <w:r>
              <w:t>139.4</w:t>
            </w:r>
          </w:p>
        </w:tc>
        <w:tc>
          <w:tcPr>
            <w:tcW w:type="dxa" w:w="864"/>
          </w:tcPr>
          <w:p>
            <w:r>
              <w:t>283.4</w:t>
            </w:r>
          </w:p>
        </w:tc>
        <w:tc>
          <w:tcPr>
            <w:tcW w:type="dxa" w:w="864"/>
          </w:tcPr>
          <w:p>
            <w:r>
              <w:t>677.4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118</w:t>
            </w:r>
          </w:p>
        </w:tc>
        <w:tc>
          <w:tcPr>
            <w:tcW w:type="dxa" w:w="864"/>
          </w:tcPr>
          <w:p>
            <w:r>
              <w:t>120202企业管理D方向</w:t>
            </w:r>
          </w:p>
        </w:tc>
        <w:tc>
          <w:tcPr>
            <w:tcW w:type="dxa" w:w="864"/>
          </w:tcPr>
          <w:p>
            <w:r>
              <w:t>102846210213962</w:t>
            </w:r>
          </w:p>
        </w:tc>
        <w:tc>
          <w:tcPr>
            <w:tcW w:type="dxa" w:w="864"/>
          </w:tcPr>
          <w:p>
            <w:r>
              <w:t>徐颖</w:t>
            </w:r>
          </w:p>
        </w:tc>
        <w:tc>
          <w:tcPr>
            <w:tcW w:type="dxa" w:w="864"/>
          </w:tcPr>
          <w:p>
            <w:r>
              <w:t>141</w:t>
            </w:r>
          </w:p>
        </w:tc>
        <w:tc>
          <w:tcPr>
            <w:tcW w:type="dxa" w:w="864"/>
          </w:tcPr>
          <w:p>
            <w:r>
              <w:t>135.4</w:t>
            </w:r>
          </w:p>
        </w:tc>
        <w:tc>
          <w:tcPr>
            <w:tcW w:type="dxa" w:w="864"/>
          </w:tcPr>
          <w:p>
            <w:r>
              <w:t>276.4</w:t>
            </w:r>
          </w:p>
        </w:tc>
        <w:tc>
          <w:tcPr>
            <w:tcW w:type="dxa" w:w="864"/>
          </w:tcPr>
          <w:p>
            <w:r>
              <w:t>661.4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119</w:t>
            </w:r>
          </w:p>
        </w:tc>
        <w:tc>
          <w:tcPr>
            <w:tcW w:type="dxa" w:w="864"/>
          </w:tcPr>
          <w:p>
            <w:r>
              <w:t>120202企业管理D方向</w:t>
            </w:r>
          </w:p>
        </w:tc>
        <w:tc>
          <w:tcPr>
            <w:tcW w:type="dxa" w:w="864"/>
          </w:tcPr>
          <w:p>
            <w:r>
              <w:t>102846210207882</w:t>
            </w:r>
          </w:p>
        </w:tc>
        <w:tc>
          <w:tcPr>
            <w:tcW w:type="dxa" w:w="864"/>
          </w:tcPr>
          <w:p>
            <w:r>
              <w:t>聂沁卉</w:t>
            </w:r>
          </w:p>
        </w:tc>
        <w:tc>
          <w:tcPr>
            <w:tcW w:type="dxa" w:w="864"/>
          </w:tcPr>
          <w:p>
            <w:r>
              <w:t>143</w:t>
            </w:r>
          </w:p>
        </w:tc>
        <w:tc>
          <w:tcPr>
            <w:tcW w:type="dxa" w:w="864"/>
          </w:tcPr>
          <w:p>
            <w:r>
              <w:t>135.4</w:t>
            </w:r>
          </w:p>
        </w:tc>
        <w:tc>
          <w:tcPr>
            <w:tcW w:type="dxa" w:w="864"/>
          </w:tcPr>
          <w:p>
            <w:r>
              <w:t>278.4</w:t>
            </w:r>
          </w:p>
        </w:tc>
        <w:tc>
          <w:tcPr>
            <w:tcW w:type="dxa" w:w="864"/>
          </w:tcPr>
          <w:p>
            <w:r>
              <w:t>658.4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120</w:t>
            </w:r>
          </w:p>
        </w:tc>
        <w:tc>
          <w:tcPr>
            <w:tcW w:type="dxa" w:w="864"/>
          </w:tcPr>
          <w:p>
            <w:r>
              <w:t>120202企业管理D方向</w:t>
            </w:r>
          </w:p>
        </w:tc>
        <w:tc>
          <w:tcPr>
            <w:tcW w:type="dxa" w:w="864"/>
          </w:tcPr>
          <w:p>
            <w:r>
              <w:t>102846210207507</w:t>
            </w:r>
          </w:p>
        </w:tc>
        <w:tc>
          <w:tcPr>
            <w:tcW w:type="dxa" w:w="864"/>
          </w:tcPr>
          <w:p>
            <w:r>
              <w:t>任红阳</w:t>
            </w:r>
          </w:p>
        </w:tc>
        <w:tc>
          <w:tcPr>
            <w:tcW w:type="dxa" w:w="864"/>
          </w:tcPr>
          <w:p>
            <w:r>
              <w:t>146</w:t>
            </w:r>
          </w:p>
        </w:tc>
        <w:tc>
          <w:tcPr>
            <w:tcW w:type="dxa" w:w="864"/>
          </w:tcPr>
          <w:p>
            <w:r>
              <w:t>123.8</w:t>
            </w:r>
          </w:p>
        </w:tc>
        <w:tc>
          <w:tcPr>
            <w:tcW w:type="dxa" w:w="864"/>
          </w:tcPr>
          <w:p>
            <w:r>
              <w:t>269.8</w:t>
            </w:r>
          </w:p>
        </w:tc>
        <w:tc>
          <w:tcPr>
            <w:tcW w:type="dxa" w:w="864"/>
          </w:tcPr>
          <w:p>
            <w:r>
              <w:t>646.8</w:t>
            </w:r>
          </w:p>
        </w:tc>
        <w:tc>
          <w:tcPr>
            <w:tcW w:type="dxa" w:w="864"/>
          </w:tcPr>
          <w:p>
            <w:r>
              <w:t>拟录取</w:t>
            </w:r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121</w:t>
            </w:r>
          </w:p>
        </w:tc>
        <w:tc>
          <w:tcPr>
            <w:tcW w:type="dxa" w:w="864"/>
          </w:tcPr>
          <w:p>
            <w:r>
              <w:t>120202企业管理D方向</w:t>
            </w:r>
          </w:p>
        </w:tc>
        <w:tc>
          <w:tcPr>
            <w:tcW w:type="dxa" w:w="864"/>
          </w:tcPr>
          <w:p>
            <w:r>
              <w:t>102846210209568</w:t>
            </w:r>
          </w:p>
        </w:tc>
        <w:tc>
          <w:tcPr>
            <w:tcW w:type="dxa" w:w="864"/>
          </w:tcPr>
          <w:p>
            <w:r>
              <w:t>王鹏</w:t>
            </w:r>
          </w:p>
        </w:tc>
        <w:tc>
          <w:tcPr>
            <w:tcW w:type="dxa" w:w="864"/>
          </w:tcPr>
          <w:p>
            <w:r>
              <w:t>139</w:t>
            </w:r>
          </w:p>
        </w:tc>
        <w:tc>
          <w:tcPr>
            <w:tcW w:type="dxa" w:w="864"/>
          </w:tcPr>
          <w:p>
            <w:r>
              <w:t>126.8</w:t>
            </w:r>
          </w:p>
        </w:tc>
        <w:tc>
          <w:tcPr>
            <w:tcW w:type="dxa" w:w="864"/>
          </w:tcPr>
          <w:p>
            <w:r>
              <w:t>265.8</w:t>
            </w:r>
          </w:p>
        </w:tc>
        <w:tc>
          <w:tcPr>
            <w:tcW w:type="dxa" w:w="864"/>
          </w:tcPr>
          <w:p>
            <w:r>
              <w:t>636.8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/>
          </w:p>
        </w:tc>
      </w:tr>
      <w:tr>
        <w:tc>
          <w:tcPr>
            <w:tcW w:type="dxa" w:w="864"/>
          </w:tcPr>
          <w:p>
            <w:r>
              <w:t>122</w:t>
            </w:r>
          </w:p>
        </w:tc>
        <w:tc>
          <w:tcPr>
            <w:tcW w:type="dxa" w:w="864"/>
          </w:tcPr>
          <w:p>
            <w:r>
              <w:t>020101政治经济学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董中元</w:t>
            </w:r>
          </w:p>
        </w:tc>
        <w:tc>
          <w:tcPr>
            <w:tcW w:type="dxa" w:w="864"/>
          </w:tcPr>
          <w:p>
            <w:r>
              <w:t>126</w:t>
            </w:r>
          </w:p>
        </w:tc>
        <w:tc>
          <w:tcPr>
            <w:tcW w:type="dxa" w:w="864"/>
          </w:tcPr>
          <w:p>
            <w:r>
              <w:t>75.6</w:t>
            </w:r>
          </w:p>
        </w:tc>
        <w:tc>
          <w:tcPr>
            <w:tcW w:type="dxa" w:w="864"/>
          </w:tcPr>
          <w:p>
            <w:r>
              <w:t>201.6</w:t>
            </w:r>
          </w:p>
        </w:tc>
        <w:tc>
          <w:tcPr>
            <w:tcW w:type="dxa" w:w="864"/>
          </w:tcPr>
          <w:p>
            <w:r>
              <w:t>201.6</w:t>
            </w:r>
          </w:p>
        </w:tc>
        <w:tc>
          <w:tcPr>
            <w:tcW w:type="dxa" w:w="864"/>
          </w:tcPr>
          <w:p>
            <w:r/>
          </w:p>
        </w:tc>
        <w:tc>
          <w:tcPr>
            <w:tcW w:type="dxa" w:w="864"/>
          </w:tcPr>
          <w:p>
            <w:r>
              <w:t>立功表彰免初试考生，免初试资格以最终审核结论为准；面试不合格不予录取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