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南京大学商学院2026年会计、审计专业学位硕士研究生招生复试成绩及拟录取名单（不含推荐免试硕士生）公示</w:t>
      </w:r>
    </w:p>
    <w:p>
      <w:r>
        <w:t>经我单位研究生招生分委会审核，现将商学院2026年会计、审计专业学位硕士研究生招生复试成绩及拟录取名单（不含推荐免试硕士生）予以公示。公示时间自2026年4月2日至4月4日，如对公示名单有异议，请于公示期内以书面形式与我单位联系。</w:t>
      </w:r>
    </w:p>
    <w:p>
      <w:r>
        <w:t>联系电话：025—83621231。</w:t>
      </w:r>
    </w:p>
    <w:p>
      <w:r>
        <w:t>电子邮箱：njumpacc@nju.edu.cn。</w:t>
      </w:r>
    </w:p>
    <w:p>
      <w:r>
        <w:t>如有考生自愿放弃拟录取资格，我单位将在学校规定时间内依次替补，替补结果以研究生院审核为准。</w:t>
      </w:r>
    </w:p>
    <w:p>
      <w:r>
        <w:t>此次公布的名单为我单位拟录取名单，南京大学研究生院后续将统一公示全校拟录取名单，拟录取名单须经上级主管部门审核通过后方为正式录取。</w:t>
      </w:r>
    </w:p>
    <w:p>
      <w:r>
        <w:t>南京大学商学院</w:t>
      </w:r>
    </w:p>
    <w:p>
      <w:r>
        <w:t>2026年4月2日</w:t>
      </w:r>
    </w:p>
    <w:p>
      <w:r>
        <w:t>附件：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序号</w:t>
            </w:r>
          </w:p>
        </w:tc>
        <w:tc>
          <w:tcPr>
            <w:tcW w:type="dxa" w:w="960"/>
          </w:tcPr>
          <w:p>
            <w:r>
              <w:t>专业</w:t>
            </w:r>
          </w:p>
        </w:tc>
        <w:tc>
          <w:tcPr>
            <w:tcW w:type="dxa" w:w="960"/>
          </w:tcPr>
          <w:p>
            <w:r>
              <w:t>考生编号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面试成绩</w:t>
            </w:r>
          </w:p>
        </w:tc>
        <w:tc>
          <w:tcPr>
            <w:tcW w:type="dxa" w:w="960"/>
          </w:tcPr>
          <w:p>
            <w:r>
              <w:t>复试成绩</w:t>
            </w:r>
          </w:p>
        </w:tc>
        <w:tc>
          <w:tcPr>
            <w:tcW w:type="dxa" w:w="960"/>
          </w:tcPr>
          <w:p>
            <w:r>
              <w:t>总成绩</w:t>
            </w:r>
          </w:p>
        </w:tc>
        <w:tc>
          <w:tcPr>
            <w:tcW w:type="dxa" w:w="960"/>
          </w:tcPr>
          <w:p>
            <w:r>
              <w:t>拟录取结果</w:t>
            </w:r>
          </w:p>
        </w:tc>
        <w:tc>
          <w:tcPr>
            <w:tcW w:type="dxa" w:w="960"/>
          </w:tcPr>
          <w:p>
            <w:r>
              <w:t>备注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102846210200851</w:t>
            </w:r>
          </w:p>
        </w:tc>
        <w:tc>
          <w:tcPr>
            <w:tcW w:type="dxa" w:w="960"/>
          </w:tcPr>
          <w:p>
            <w:r>
              <w:t>郑立涛</w:t>
            </w:r>
          </w:p>
        </w:tc>
        <w:tc>
          <w:tcPr>
            <w:tcW w:type="dxa" w:w="960"/>
          </w:tcPr>
          <w:p>
            <w:r>
              <w:t>182</w:t>
            </w:r>
          </w:p>
        </w:tc>
        <w:tc>
          <w:tcPr>
            <w:tcW w:type="dxa" w:w="960"/>
          </w:tcPr>
          <w:p>
            <w:r>
              <w:t>182</w:t>
            </w:r>
          </w:p>
        </w:tc>
        <w:tc>
          <w:tcPr>
            <w:tcW w:type="dxa" w:w="960"/>
          </w:tcPr>
          <w:p>
            <w:r>
              <w:t>457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102846210212254</w:t>
            </w:r>
          </w:p>
        </w:tc>
        <w:tc>
          <w:tcPr>
            <w:tcW w:type="dxa" w:w="960"/>
          </w:tcPr>
          <w:p>
            <w:r>
              <w:t>李默可</w:t>
            </w:r>
          </w:p>
        </w:tc>
        <w:tc>
          <w:tcPr>
            <w:tcW w:type="dxa" w:w="960"/>
          </w:tcPr>
          <w:p>
            <w:r>
              <w:t>181.8</w:t>
            </w:r>
          </w:p>
        </w:tc>
        <w:tc>
          <w:tcPr>
            <w:tcW w:type="dxa" w:w="960"/>
          </w:tcPr>
          <w:p>
            <w:r>
              <w:t>181.8</w:t>
            </w:r>
          </w:p>
        </w:tc>
        <w:tc>
          <w:tcPr>
            <w:tcW w:type="dxa" w:w="960"/>
          </w:tcPr>
          <w:p>
            <w:r>
              <w:t>449.8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102846210213239</w:t>
            </w:r>
          </w:p>
        </w:tc>
        <w:tc>
          <w:tcPr>
            <w:tcW w:type="dxa" w:w="960"/>
          </w:tcPr>
          <w:p>
            <w:r>
              <w:t>梁笑倩</w:t>
            </w:r>
          </w:p>
        </w:tc>
        <w:tc>
          <w:tcPr>
            <w:tcW w:type="dxa" w:w="960"/>
          </w:tcPr>
          <w:p>
            <w:r>
              <w:t>181.2</w:t>
            </w:r>
          </w:p>
        </w:tc>
        <w:tc>
          <w:tcPr>
            <w:tcW w:type="dxa" w:w="960"/>
          </w:tcPr>
          <w:p>
            <w:r>
              <w:t>181.2</w:t>
            </w:r>
          </w:p>
        </w:tc>
        <w:tc>
          <w:tcPr>
            <w:tcW w:type="dxa" w:w="960"/>
          </w:tcPr>
          <w:p>
            <w:r>
              <w:t>448.2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102846210200697</w:t>
            </w:r>
          </w:p>
        </w:tc>
        <w:tc>
          <w:tcPr>
            <w:tcW w:type="dxa" w:w="960"/>
          </w:tcPr>
          <w:p>
            <w:r>
              <w:t>陈冠宇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444.2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102846210213966</w:t>
            </w:r>
          </w:p>
        </w:tc>
        <w:tc>
          <w:tcPr>
            <w:tcW w:type="dxa" w:w="960"/>
          </w:tcPr>
          <w:p>
            <w:r>
              <w:t>杨永豪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443.4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102846210215575</w:t>
            </w:r>
          </w:p>
        </w:tc>
        <w:tc>
          <w:tcPr>
            <w:tcW w:type="dxa" w:w="960"/>
          </w:tcPr>
          <w:p>
            <w:r>
              <w:t>童禹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442.4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102846210219153</w:t>
            </w:r>
          </w:p>
        </w:tc>
        <w:tc>
          <w:tcPr>
            <w:tcW w:type="dxa" w:w="960"/>
          </w:tcPr>
          <w:p>
            <w:r>
              <w:t>王逸洁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441.4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102846210212150</w:t>
            </w:r>
          </w:p>
        </w:tc>
        <w:tc>
          <w:tcPr>
            <w:tcW w:type="dxa" w:w="960"/>
          </w:tcPr>
          <w:p>
            <w:r>
              <w:t>陈堇彦</w:t>
            </w:r>
          </w:p>
        </w:tc>
        <w:tc>
          <w:tcPr>
            <w:tcW w:type="dxa" w:w="960"/>
          </w:tcPr>
          <w:p>
            <w:r>
              <w:t>180.4</w:t>
            </w:r>
          </w:p>
        </w:tc>
        <w:tc>
          <w:tcPr>
            <w:tcW w:type="dxa" w:w="960"/>
          </w:tcPr>
          <w:p>
            <w:r>
              <w:t>180.4</w:t>
            </w:r>
          </w:p>
        </w:tc>
        <w:tc>
          <w:tcPr>
            <w:tcW w:type="dxa" w:w="960"/>
          </w:tcPr>
          <w:p>
            <w:r>
              <w:t>441.4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102846210200765</w:t>
            </w:r>
          </w:p>
        </w:tc>
        <w:tc>
          <w:tcPr>
            <w:tcW w:type="dxa" w:w="960"/>
          </w:tcPr>
          <w:p>
            <w:r>
              <w:t>潘洁茹</w:t>
            </w:r>
          </w:p>
        </w:tc>
        <w:tc>
          <w:tcPr>
            <w:tcW w:type="dxa" w:w="960"/>
          </w:tcPr>
          <w:p>
            <w:r>
              <w:t>182</w:t>
            </w:r>
          </w:p>
        </w:tc>
        <w:tc>
          <w:tcPr>
            <w:tcW w:type="dxa" w:w="960"/>
          </w:tcPr>
          <w:p>
            <w:r>
              <w:t>182</w:t>
            </w:r>
          </w:p>
        </w:tc>
        <w:tc>
          <w:tcPr>
            <w:tcW w:type="dxa" w:w="960"/>
          </w:tcPr>
          <w:p>
            <w:r>
              <w:t>439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102846210207431</w:t>
            </w:r>
          </w:p>
        </w:tc>
        <w:tc>
          <w:tcPr>
            <w:tcW w:type="dxa" w:w="960"/>
          </w:tcPr>
          <w:p>
            <w:r>
              <w:t>徐艺玮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438.6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102846210200819</w:t>
            </w:r>
          </w:p>
        </w:tc>
        <w:tc>
          <w:tcPr>
            <w:tcW w:type="dxa" w:w="960"/>
          </w:tcPr>
          <w:p>
            <w:r>
              <w:t>许蓉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436.4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102846210209762</w:t>
            </w:r>
          </w:p>
        </w:tc>
        <w:tc>
          <w:tcPr>
            <w:tcW w:type="dxa" w:w="960"/>
          </w:tcPr>
          <w:p>
            <w:r>
              <w:t>桑悦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434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102846210213965</w:t>
            </w:r>
          </w:p>
        </w:tc>
        <w:tc>
          <w:tcPr>
            <w:tcW w:type="dxa" w:w="960"/>
          </w:tcPr>
          <w:p>
            <w:r>
              <w:t>徐若凡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433.6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102846210211730</w:t>
            </w:r>
          </w:p>
        </w:tc>
        <w:tc>
          <w:tcPr>
            <w:tcW w:type="dxa" w:w="960"/>
          </w:tcPr>
          <w:p>
            <w:r>
              <w:t>李亦清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431.8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102846210200739</w:t>
            </w:r>
          </w:p>
        </w:tc>
        <w:tc>
          <w:tcPr>
            <w:tcW w:type="dxa" w:w="960"/>
          </w:tcPr>
          <w:p>
            <w:r>
              <w:t>姜焱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431.4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>
              <w:t>同等学力财务管理：89会计学：71</w:t>
            </w:r>
          </w:p>
        </w:tc>
      </w:tr>
      <w:tr>
        <w:tc>
          <w:tcPr>
            <w:tcW w:type="dxa" w:w="960"/>
          </w:tcPr>
          <w:p>
            <w:r>
              <w:t>16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102846210209277</w:t>
            </w:r>
          </w:p>
        </w:tc>
        <w:tc>
          <w:tcPr>
            <w:tcW w:type="dxa" w:w="960"/>
          </w:tcPr>
          <w:p>
            <w:r>
              <w:t>徐颖婷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431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102846210200796</w:t>
            </w:r>
          </w:p>
        </w:tc>
        <w:tc>
          <w:tcPr>
            <w:tcW w:type="dxa" w:w="960"/>
          </w:tcPr>
          <w:p>
            <w:r>
              <w:t>王文靓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430.4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102846210209040</w:t>
            </w:r>
          </w:p>
        </w:tc>
        <w:tc>
          <w:tcPr>
            <w:tcW w:type="dxa" w:w="960"/>
          </w:tcPr>
          <w:p>
            <w:r>
              <w:t>万秉东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429.4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102846210214645</w:t>
            </w:r>
          </w:p>
        </w:tc>
        <w:tc>
          <w:tcPr>
            <w:tcW w:type="dxa" w:w="960"/>
          </w:tcPr>
          <w:p>
            <w:r>
              <w:t>常欣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428.8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102846210208745</w:t>
            </w:r>
          </w:p>
        </w:tc>
        <w:tc>
          <w:tcPr>
            <w:tcW w:type="dxa" w:w="960"/>
          </w:tcPr>
          <w:p>
            <w:r>
              <w:t>杨盈润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427.6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102846210214142</w:t>
            </w:r>
          </w:p>
        </w:tc>
        <w:tc>
          <w:tcPr>
            <w:tcW w:type="dxa" w:w="960"/>
          </w:tcPr>
          <w:p>
            <w:r>
              <w:t>刘璐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425.4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102846210200814</w:t>
            </w:r>
          </w:p>
        </w:tc>
        <w:tc>
          <w:tcPr>
            <w:tcW w:type="dxa" w:w="960"/>
          </w:tcPr>
          <w:p>
            <w:r>
              <w:t>徐可乐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425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102846210200802</w:t>
            </w:r>
          </w:p>
        </w:tc>
        <w:tc>
          <w:tcPr>
            <w:tcW w:type="dxa" w:w="960"/>
          </w:tcPr>
          <w:p>
            <w:r>
              <w:t>巫馨颖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424.8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102846210200853</w:t>
            </w:r>
          </w:p>
        </w:tc>
        <w:tc>
          <w:tcPr>
            <w:tcW w:type="dxa" w:w="960"/>
          </w:tcPr>
          <w:p>
            <w:r>
              <w:t>周锴涛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423.6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102846210200769</w:t>
            </w:r>
          </w:p>
        </w:tc>
        <w:tc>
          <w:tcPr>
            <w:tcW w:type="dxa" w:w="960"/>
          </w:tcPr>
          <w:p>
            <w:r>
              <w:t>邱佳玥</w:t>
            </w:r>
          </w:p>
        </w:tc>
        <w:tc>
          <w:tcPr>
            <w:tcW w:type="dxa" w:w="960"/>
          </w:tcPr>
          <w:p>
            <w:r>
              <w:t>180.4</w:t>
            </w:r>
          </w:p>
        </w:tc>
        <w:tc>
          <w:tcPr>
            <w:tcW w:type="dxa" w:w="960"/>
          </w:tcPr>
          <w:p>
            <w:r>
              <w:t>180.4</w:t>
            </w:r>
          </w:p>
        </w:tc>
        <w:tc>
          <w:tcPr>
            <w:tcW w:type="dxa" w:w="960"/>
          </w:tcPr>
          <w:p>
            <w:r>
              <w:t>423.4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102846210200726</w:t>
            </w:r>
          </w:p>
        </w:tc>
        <w:tc>
          <w:tcPr>
            <w:tcW w:type="dxa" w:w="960"/>
          </w:tcPr>
          <w:p>
            <w:r>
              <w:t>胡永玺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422.8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102846210200747</w:t>
            </w:r>
          </w:p>
        </w:tc>
        <w:tc>
          <w:tcPr>
            <w:tcW w:type="dxa" w:w="960"/>
          </w:tcPr>
          <w:p>
            <w:r>
              <w:t>李心怡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422.4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102846210200770</w:t>
            </w:r>
          </w:p>
        </w:tc>
        <w:tc>
          <w:tcPr>
            <w:tcW w:type="dxa" w:w="960"/>
          </w:tcPr>
          <w:p>
            <w:r>
              <w:t>邵蓓祎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421.4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102846210200725</w:t>
            </w:r>
          </w:p>
        </w:tc>
        <w:tc>
          <w:tcPr>
            <w:tcW w:type="dxa" w:w="960"/>
          </w:tcPr>
          <w:p>
            <w:r>
              <w:t>胡诣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420.2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102846210210067</w:t>
            </w:r>
          </w:p>
        </w:tc>
        <w:tc>
          <w:tcPr>
            <w:tcW w:type="dxa" w:w="960"/>
          </w:tcPr>
          <w:p>
            <w:r>
              <w:t>袁融融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419.8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102846210200705</w:t>
            </w:r>
          </w:p>
        </w:tc>
        <w:tc>
          <w:tcPr>
            <w:tcW w:type="dxa" w:w="960"/>
          </w:tcPr>
          <w:p>
            <w:r>
              <w:t>陈文昭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418.2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102846210209585</w:t>
            </w:r>
          </w:p>
        </w:tc>
        <w:tc>
          <w:tcPr>
            <w:tcW w:type="dxa" w:w="960"/>
          </w:tcPr>
          <w:p>
            <w:r>
              <w:t>庄婧含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418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102846210212565</w:t>
            </w:r>
          </w:p>
        </w:tc>
        <w:tc>
          <w:tcPr>
            <w:tcW w:type="dxa" w:w="960"/>
          </w:tcPr>
          <w:p>
            <w:r>
              <w:t>张雨星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417.6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102846210209765</w:t>
            </w:r>
          </w:p>
        </w:tc>
        <w:tc>
          <w:tcPr>
            <w:tcW w:type="dxa" w:w="960"/>
          </w:tcPr>
          <w:p>
            <w:r>
              <w:t>严嘉</w:t>
            </w:r>
          </w:p>
        </w:tc>
        <w:tc>
          <w:tcPr>
            <w:tcW w:type="dxa" w:w="960"/>
          </w:tcPr>
          <w:p>
            <w:r>
              <w:t>179.6</w:t>
            </w:r>
          </w:p>
        </w:tc>
        <w:tc>
          <w:tcPr>
            <w:tcW w:type="dxa" w:w="960"/>
          </w:tcPr>
          <w:p>
            <w:r>
              <w:t>179.6</w:t>
            </w:r>
          </w:p>
        </w:tc>
        <w:tc>
          <w:tcPr>
            <w:tcW w:type="dxa" w:w="960"/>
          </w:tcPr>
          <w:p>
            <w:r>
              <w:t>417.6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102846210200782</w:t>
            </w:r>
          </w:p>
        </w:tc>
        <w:tc>
          <w:tcPr>
            <w:tcW w:type="dxa" w:w="960"/>
          </w:tcPr>
          <w:p>
            <w:r>
              <w:t>孙喆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417.2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102846210200731</w:t>
            </w:r>
          </w:p>
        </w:tc>
        <w:tc>
          <w:tcPr>
            <w:tcW w:type="dxa" w:w="960"/>
          </w:tcPr>
          <w:p>
            <w:r>
              <w:t>黄天缘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416.6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102846210208733</w:t>
            </w:r>
          </w:p>
        </w:tc>
        <w:tc>
          <w:tcPr>
            <w:tcW w:type="dxa" w:w="960"/>
          </w:tcPr>
          <w:p>
            <w:r>
              <w:t>陈叮咛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416.4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102846210210062</w:t>
            </w:r>
          </w:p>
        </w:tc>
        <w:tc>
          <w:tcPr>
            <w:tcW w:type="dxa" w:w="960"/>
          </w:tcPr>
          <w:p>
            <w:r>
              <w:t>王艺橙</w:t>
            </w:r>
          </w:p>
        </w:tc>
        <w:tc>
          <w:tcPr>
            <w:tcW w:type="dxa" w:w="960"/>
          </w:tcPr>
          <w:p>
            <w:r>
              <w:t>180.8</w:t>
            </w:r>
          </w:p>
        </w:tc>
        <w:tc>
          <w:tcPr>
            <w:tcW w:type="dxa" w:w="960"/>
          </w:tcPr>
          <w:p>
            <w:r>
              <w:t>180.8</w:t>
            </w:r>
          </w:p>
        </w:tc>
        <w:tc>
          <w:tcPr>
            <w:tcW w:type="dxa" w:w="960"/>
          </w:tcPr>
          <w:p>
            <w:r>
              <w:t>415.8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102846210200702</w:t>
            </w:r>
          </w:p>
        </w:tc>
        <w:tc>
          <w:tcPr>
            <w:tcW w:type="dxa" w:w="960"/>
          </w:tcPr>
          <w:p>
            <w:r>
              <w:t>陈琪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415.8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102846210200826</w:t>
            </w:r>
          </w:p>
        </w:tc>
        <w:tc>
          <w:tcPr>
            <w:tcW w:type="dxa" w:w="960"/>
          </w:tcPr>
          <w:p>
            <w:r>
              <w:t>杨天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414.4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102846210223597</w:t>
            </w:r>
          </w:p>
        </w:tc>
        <w:tc>
          <w:tcPr>
            <w:tcW w:type="dxa" w:w="960"/>
          </w:tcPr>
          <w:p>
            <w:r>
              <w:t>王欣苒</w:t>
            </w:r>
          </w:p>
        </w:tc>
        <w:tc>
          <w:tcPr>
            <w:tcW w:type="dxa" w:w="960"/>
          </w:tcPr>
          <w:p>
            <w:r>
              <w:t>181.2</w:t>
            </w:r>
          </w:p>
        </w:tc>
        <w:tc>
          <w:tcPr>
            <w:tcW w:type="dxa" w:w="960"/>
          </w:tcPr>
          <w:p>
            <w:r>
              <w:t>181.2</w:t>
            </w:r>
          </w:p>
        </w:tc>
        <w:tc>
          <w:tcPr>
            <w:tcW w:type="dxa" w:w="960"/>
          </w:tcPr>
          <w:p>
            <w:r>
              <w:t>414.2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102846210205819</w:t>
            </w:r>
          </w:p>
        </w:tc>
        <w:tc>
          <w:tcPr>
            <w:tcW w:type="dxa" w:w="960"/>
          </w:tcPr>
          <w:p>
            <w:r>
              <w:t>张晟毓</w:t>
            </w:r>
          </w:p>
        </w:tc>
        <w:tc>
          <w:tcPr>
            <w:tcW w:type="dxa" w:w="960"/>
          </w:tcPr>
          <w:p>
            <w:r>
              <w:t>173.4</w:t>
            </w:r>
          </w:p>
        </w:tc>
        <w:tc>
          <w:tcPr>
            <w:tcW w:type="dxa" w:w="960"/>
          </w:tcPr>
          <w:p>
            <w:r>
              <w:t>173.4</w:t>
            </w:r>
          </w:p>
        </w:tc>
        <w:tc>
          <w:tcPr>
            <w:tcW w:type="dxa" w:w="960"/>
          </w:tcPr>
          <w:p>
            <w:r>
              <w:t>413.4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102846210210057</w:t>
            </w:r>
          </w:p>
        </w:tc>
        <w:tc>
          <w:tcPr>
            <w:tcW w:type="dxa" w:w="960"/>
          </w:tcPr>
          <w:p>
            <w:r>
              <w:t>樊可人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413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102846210210071</w:t>
            </w:r>
          </w:p>
        </w:tc>
        <w:tc>
          <w:tcPr>
            <w:tcW w:type="dxa" w:w="960"/>
          </w:tcPr>
          <w:p>
            <w:r>
              <w:t>周蓓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412.4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102846210200709</w:t>
            </w:r>
          </w:p>
        </w:tc>
        <w:tc>
          <w:tcPr>
            <w:tcW w:type="dxa" w:w="960"/>
          </w:tcPr>
          <w:p>
            <w:r>
              <w:t>陈赟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411.8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102846210210300</w:t>
            </w:r>
          </w:p>
        </w:tc>
        <w:tc>
          <w:tcPr>
            <w:tcW w:type="dxa" w:w="960"/>
          </w:tcPr>
          <w:p>
            <w:r>
              <w:t>赵蕴涵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411.4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102846210200806</w:t>
            </w:r>
          </w:p>
        </w:tc>
        <w:tc>
          <w:tcPr>
            <w:tcW w:type="dxa" w:w="960"/>
          </w:tcPr>
          <w:p>
            <w:r>
              <w:t>吴婷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411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102846210200834</w:t>
            </w:r>
          </w:p>
        </w:tc>
        <w:tc>
          <w:tcPr>
            <w:tcW w:type="dxa" w:w="960"/>
          </w:tcPr>
          <w:p>
            <w:r>
              <w:t>殷悦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410.4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102846210217467</w:t>
            </w:r>
          </w:p>
        </w:tc>
        <w:tc>
          <w:tcPr>
            <w:tcW w:type="dxa" w:w="960"/>
          </w:tcPr>
          <w:p>
            <w:r>
              <w:t>杨风逸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409.6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102846210211322</w:t>
            </w:r>
          </w:p>
        </w:tc>
        <w:tc>
          <w:tcPr>
            <w:tcW w:type="dxa" w:w="960"/>
          </w:tcPr>
          <w:p>
            <w:r>
              <w:t>陈芊竹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409.2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102846210209275</w:t>
            </w:r>
          </w:p>
        </w:tc>
        <w:tc>
          <w:tcPr>
            <w:tcW w:type="dxa" w:w="960"/>
          </w:tcPr>
          <w:p>
            <w:r>
              <w:t>邱月</w:t>
            </w:r>
          </w:p>
        </w:tc>
        <w:tc>
          <w:tcPr>
            <w:tcW w:type="dxa" w:w="960"/>
          </w:tcPr>
          <w:p>
            <w:r>
              <w:t>179.2</w:t>
            </w:r>
          </w:p>
        </w:tc>
        <w:tc>
          <w:tcPr>
            <w:tcW w:type="dxa" w:w="960"/>
          </w:tcPr>
          <w:p>
            <w:r>
              <w:t>179.2</w:t>
            </w:r>
          </w:p>
        </w:tc>
        <w:tc>
          <w:tcPr>
            <w:tcW w:type="dxa" w:w="960"/>
          </w:tcPr>
          <w:p>
            <w:r>
              <w:t>409.2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102846210209272</w:t>
            </w:r>
          </w:p>
        </w:tc>
        <w:tc>
          <w:tcPr>
            <w:tcW w:type="dxa" w:w="960"/>
          </w:tcPr>
          <w:p>
            <w:r>
              <w:t>龚珂琰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409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102846210207976</w:t>
            </w:r>
          </w:p>
        </w:tc>
        <w:tc>
          <w:tcPr>
            <w:tcW w:type="dxa" w:w="960"/>
          </w:tcPr>
          <w:p>
            <w:r>
              <w:t>陈佳年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409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102846210223841</w:t>
            </w:r>
          </w:p>
        </w:tc>
        <w:tc>
          <w:tcPr>
            <w:tcW w:type="dxa" w:w="960"/>
          </w:tcPr>
          <w:p>
            <w:r>
              <w:t>杨景仪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409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102846210211149</w:t>
            </w:r>
          </w:p>
        </w:tc>
        <w:tc>
          <w:tcPr>
            <w:tcW w:type="dxa" w:w="960"/>
          </w:tcPr>
          <w:p>
            <w:r>
              <w:t>刘承杰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408.8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102846210210299</w:t>
            </w:r>
          </w:p>
        </w:tc>
        <w:tc>
          <w:tcPr>
            <w:tcW w:type="dxa" w:w="960"/>
          </w:tcPr>
          <w:p>
            <w:r>
              <w:t>孙雅靓</w:t>
            </w:r>
          </w:p>
        </w:tc>
        <w:tc>
          <w:tcPr>
            <w:tcW w:type="dxa" w:w="960"/>
          </w:tcPr>
          <w:p>
            <w:r>
              <w:t>171</w:t>
            </w:r>
          </w:p>
        </w:tc>
        <w:tc>
          <w:tcPr>
            <w:tcW w:type="dxa" w:w="960"/>
          </w:tcPr>
          <w:p>
            <w:r>
              <w:t>171</w:t>
            </w:r>
          </w:p>
        </w:tc>
        <w:tc>
          <w:tcPr>
            <w:tcW w:type="dxa" w:w="960"/>
          </w:tcPr>
          <w:p>
            <w:r>
              <w:t>408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102846210213470</w:t>
            </w:r>
          </w:p>
        </w:tc>
        <w:tc>
          <w:tcPr>
            <w:tcW w:type="dxa" w:w="960"/>
          </w:tcPr>
          <w:p>
            <w:r>
              <w:t>汪星月</w:t>
            </w:r>
          </w:p>
        </w:tc>
        <w:tc>
          <w:tcPr>
            <w:tcW w:type="dxa" w:w="960"/>
          </w:tcPr>
          <w:p>
            <w:r>
              <w:t>183</w:t>
            </w:r>
          </w:p>
        </w:tc>
        <w:tc>
          <w:tcPr>
            <w:tcW w:type="dxa" w:w="960"/>
          </w:tcPr>
          <w:p>
            <w:r>
              <w:t>183</w:t>
            </w:r>
          </w:p>
        </w:tc>
        <w:tc>
          <w:tcPr>
            <w:tcW w:type="dxa" w:w="960"/>
          </w:tcPr>
          <w:p>
            <w:r>
              <w:t>408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102846210209582</w:t>
            </w:r>
          </w:p>
        </w:tc>
        <w:tc>
          <w:tcPr>
            <w:tcW w:type="dxa" w:w="960"/>
          </w:tcPr>
          <w:p>
            <w:r>
              <w:t>李小丫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407.8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102846210212655</w:t>
            </w:r>
          </w:p>
        </w:tc>
        <w:tc>
          <w:tcPr>
            <w:tcW w:type="dxa" w:w="960"/>
          </w:tcPr>
          <w:p>
            <w:r>
              <w:t>任方远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407.2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102846210204554</w:t>
            </w:r>
          </w:p>
        </w:tc>
        <w:tc>
          <w:tcPr>
            <w:tcW w:type="dxa" w:w="960"/>
          </w:tcPr>
          <w:p>
            <w:r>
              <w:t>尚清华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406.8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102846210219506</w:t>
            </w:r>
          </w:p>
        </w:tc>
        <w:tc>
          <w:tcPr>
            <w:tcW w:type="dxa" w:w="960"/>
          </w:tcPr>
          <w:p>
            <w:r>
              <w:t>陶一然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406.6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102846210209764</w:t>
            </w:r>
          </w:p>
        </w:tc>
        <w:tc>
          <w:tcPr>
            <w:tcW w:type="dxa" w:w="960"/>
          </w:tcPr>
          <w:p>
            <w:r>
              <w:t>田彬燕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405.8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102846210200696</w:t>
            </w:r>
          </w:p>
        </w:tc>
        <w:tc>
          <w:tcPr>
            <w:tcW w:type="dxa" w:w="960"/>
          </w:tcPr>
          <w:p>
            <w:r>
              <w:t>曹季鑫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404.8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102846210200704</w:t>
            </w:r>
          </w:p>
        </w:tc>
        <w:tc>
          <w:tcPr>
            <w:tcW w:type="dxa" w:w="960"/>
          </w:tcPr>
          <w:p>
            <w:r>
              <w:t>陈薇羽</w:t>
            </w:r>
          </w:p>
        </w:tc>
        <w:tc>
          <w:tcPr>
            <w:tcW w:type="dxa" w:w="960"/>
          </w:tcPr>
          <w:p>
            <w:r>
              <w:t>180.8</w:t>
            </w:r>
          </w:p>
        </w:tc>
        <w:tc>
          <w:tcPr>
            <w:tcW w:type="dxa" w:w="960"/>
          </w:tcPr>
          <w:p>
            <w:r>
              <w:t>180.8</w:t>
            </w:r>
          </w:p>
        </w:tc>
        <w:tc>
          <w:tcPr>
            <w:tcW w:type="dxa" w:w="960"/>
          </w:tcPr>
          <w:p>
            <w:r>
              <w:t>404.8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102846210210058</w:t>
            </w:r>
          </w:p>
        </w:tc>
        <w:tc>
          <w:tcPr>
            <w:tcW w:type="dxa" w:w="960"/>
          </w:tcPr>
          <w:p>
            <w:r>
              <w:t>何晨宇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404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102846210200781</w:t>
            </w:r>
          </w:p>
        </w:tc>
        <w:tc>
          <w:tcPr>
            <w:tcW w:type="dxa" w:w="960"/>
          </w:tcPr>
          <w:p>
            <w:r>
              <w:t>孙叶锋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404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102846210200799</w:t>
            </w:r>
          </w:p>
        </w:tc>
        <w:tc>
          <w:tcPr>
            <w:tcW w:type="dxa" w:w="960"/>
          </w:tcPr>
          <w:p>
            <w:r>
              <w:t>王哲元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403.4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102846210216999</w:t>
            </w:r>
          </w:p>
        </w:tc>
        <w:tc>
          <w:tcPr>
            <w:tcW w:type="dxa" w:w="960"/>
          </w:tcPr>
          <w:p>
            <w:r>
              <w:t>刘文清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403.4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102846210210061</w:t>
            </w:r>
          </w:p>
        </w:tc>
        <w:tc>
          <w:tcPr>
            <w:tcW w:type="dxa" w:w="960"/>
          </w:tcPr>
          <w:p>
            <w:r>
              <w:t>王琪琦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403.2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102846210200829</w:t>
            </w:r>
          </w:p>
        </w:tc>
        <w:tc>
          <w:tcPr>
            <w:tcW w:type="dxa" w:w="960"/>
          </w:tcPr>
          <w:p>
            <w:r>
              <w:t>杨雪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403.2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102846210200822</w:t>
            </w:r>
          </w:p>
        </w:tc>
        <w:tc>
          <w:tcPr>
            <w:tcW w:type="dxa" w:w="960"/>
          </w:tcPr>
          <w:p>
            <w:r>
              <w:t>严博闻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402.8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102846210211632</w:t>
            </w:r>
          </w:p>
        </w:tc>
        <w:tc>
          <w:tcPr>
            <w:tcW w:type="dxa" w:w="960"/>
          </w:tcPr>
          <w:p>
            <w:r>
              <w:t>商震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402.8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102846210211221</w:t>
            </w:r>
          </w:p>
        </w:tc>
        <w:tc>
          <w:tcPr>
            <w:tcW w:type="dxa" w:w="960"/>
          </w:tcPr>
          <w:p>
            <w:r>
              <w:t>邓博豪</w:t>
            </w:r>
          </w:p>
        </w:tc>
        <w:tc>
          <w:tcPr>
            <w:tcW w:type="dxa" w:w="960"/>
          </w:tcPr>
          <w:p>
            <w:r>
              <w:t>176.6</w:t>
            </w:r>
          </w:p>
        </w:tc>
        <w:tc>
          <w:tcPr>
            <w:tcW w:type="dxa" w:w="960"/>
          </w:tcPr>
          <w:p>
            <w:r>
              <w:t>176.6</w:t>
            </w:r>
          </w:p>
        </w:tc>
        <w:tc>
          <w:tcPr>
            <w:tcW w:type="dxa" w:w="960"/>
          </w:tcPr>
          <w:p>
            <w:r>
              <w:t>402.6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102846210211150</w:t>
            </w:r>
          </w:p>
        </w:tc>
        <w:tc>
          <w:tcPr>
            <w:tcW w:type="dxa" w:w="960"/>
          </w:tcPr>
          <w:p>
            <w:r>
              <w:t>鹿启轩</w:t>
            </w:r>
          </w:p>
        </w:tc>
        <w:tc>
          <w:tcPr>
            <w:tcW w:type="dxa" w:w="960"/>
          </w:tcPr>
          <w:p>
            <w:r>
              <w:t>181.2</w:t>
            </w:r>
          </w:p>
        </w:tc>
        <w:tc>
          <w:tcPr>
            <w:tcW w:type="dxa" w:w="960"/>
          </w:tcPr>
          <w:p>
            <w:r>
              <w:t>181.2</w:t>
            </w:r>
          </w:p>
        </w:tc>
        <w:tc>
          <w:tcPr>
            <w:tcW w:type="dxa" w:w="960"/>
          </w:tcPr>
          <w:p>
            <w:r>
              <w:t>402.2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102846210215365</w:t>
            </w:r>
          </w:p>
        </w:tc>
        <w:tc>
          <w:tcPr>
            <w:tcW w:type="dxa" w:w="960"/>
          </w:tcPr>
          <w:p>
            <w:r>
              <w:t>宁闻达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402.2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102846210217270</w:t>
            </w:r>
          </w:p>
        </w:tc>
        <w:tc>
          <w:tcPr>
            <w:tcW w:type="dxa" w:w="960"/>
          </w:tcPr>
          <w:p>
            <w:r>
              <w:t>王雨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402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102846210207990</w:t>
            </w:r>
          </w:p>
        </w:tc>
        <w:tc>
          <w:tcPr>
            <w:tcW w:type="dxa" w:w="960"/>
          </w:tcPr>
          <w:p>
            <w:r>
              <w:t>杨薇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401.8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102846210211228</w:t>
            </w:r>
          </w:p>
        </w:tc>
        <w:tc>
          <w:tcPr>
            <w:tcW w:type="dxa" w:w="960"/>
          </w:tcPr>
          <w:p>
            <w:r>
              <w:t>陶然</w:t>
            </w:r>
          </w:p>
        </w:tc>
        <w:tc>
          <w:tcPr>
            <w:tcW w:type="dxa" w:w="960"/>
          </w:tcPr>
          <w:p>
            <w:r>
              <w:t>176.2</w:t>
            </w:r>
          </w:p>
        </w:tc>
        <w:tc>
          <w:tcPr>
            <w:tcW w:type="dxa" w:w="960"/>
          </w:tcPr>
          <w:p>
            <w:r>
              <w:t>176.2</w:t>
            </w:r>
          </w:p>
        </w:tc>
        <w:tc>
          <w:tcPr>
            <w:tcW w:type="dxa" w:w="960"/>
          </w:tcPr>
          <w:p>
            <w:r>
              <w:t>401.2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102846210200849</w:t>
            </w:r>
          </w:p>
        </w:tc>
        <w:tc>
          <w:tcPr>
            <w:tcW w:type="dxa" w:w="960"/>
          </w:tcPr>
          <w:p>
            <w:r>
              <w:t>赵艺杰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401.2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102846210207977</w:t>
            </w:r>
          </w:p>
        </w:tc>
        <w:tc>
          <w:tcPr>
            <w:tcW w:type="dxa" w:w="960"/>
          </w:tcPr>
          <w:p>
            <w:r>
              <w:t>陈正洋</w:t>
            </w:r>
          </w:p>
        </w:tc>
        <w:tc>
          <w:tcPr>
            <w:tcW w:type="dxa" w:w="960"/>
          </w:tcPr>
          <w:p>
            <w:r>
              <w:t>176.2</w:t>
            </w:r>
          </w:p>
        </w:tc>
        <w:tc>
          <w:tcPr>
            <w:tcW w:type="dxa" w:w="960"/>
          </w:tcPr>
          <w:p>
            <w:r>
              <w:t>176.2</w:t>
            </w:r>
          </w:p>
        </w:tc>
        <w:tc>
          <w:tcPr>
            <w:tcW w:type="dxa" w:w="960"/>
          </w:tcPr>
          <w:p>
            <w:r>
              <w:t>401.2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102846210214699</w:t>
            </w:r>
          </w:p>
        </w:tc>
        <w:tc>
          <w:tcPr>
            <w:tcW w:type="dxa" w:w="960"/>
          </w:tcPr>
          <w:p>
            <w:r>
              <w:t>陈立扬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401.2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102846210206845</w:t>
            </w:r>
          </w:p>
        </w:tc>
        <w:tc>
          <w:tcPr>
            <w:tcW w:type="dxa" w:w="960"/>
          </w:tcPr>
          <w:p>
            <w:r>
              <w:t>张冰晗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401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102846210213240</w:t>
            </w:r>
          </w:p>
        </w:tc>
        <w:tc>
          <w:tcPr>
            <w:tcW w:type="dxa" w:w="960"/>
          </w:tcPr>
          <w:p>
            <w:r>
              <w:t>马睿琪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400.6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102846210200771</w:t>
            </w:r>
          </w:p>
        </w:tc>
        <w:tc>
          <w:tcPr>
            <w:tcW w:type="dxa" w:w="960"/>
          </w:tcPr>
          <w:p>
            <w:r>
              <w:t>沈芳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400.2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102846210211325</w:t>
            </w:r>
          </w:p>
        </w:tc>
        <w:tc>
          <w:tcPr>
            <w:tcW w:type="dxa" w:w="960"/>
          </w:tcPr>
          <w:p>
            <w:r>
              <w:t>霍雨佳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400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102846210212960</w:t>
            </w:r>
          </w:p>
        </w:tc>
        <w:tc>
          <w:tcPr>
            <w:tcW w:type="dxa" w:w="960"/>
          </w:tcPr>
          <w:p>
            <w:r>
              <w:t>梁沁</w:t>
            </w:r>
          </w:p>
        </w:tc>
        <w:tc>
          <w:tcPr>
            <w:tcW w:type="dxa" w:w="960"/>
          </w:tcPr>
          <w:p>
            <w:r>
              <w:t>181.8</w:t>
            </w:r>
          </w:p>
        </w:tc>
        <w:tc>
          <w:tcPr>
            <w:tcW w:type="dxa" w:w="960"/>
          </w:tcPr>
          <w:p>
            <w:r>
              <w:t>181.8</w:t>
            </w:r>
          </w:p>
        </w:tc>
        <w:tc>
          <w:tcPr>
            <w:tcW w:type="dxa" w:w="960"/>
          </w:tcPr>
          <w:p>
            <w:r>
              <w:t>399.8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102846210213242</w:t>
            </w:r>
          </w:p>
        </w:tc>
        <w:tc>
          <w:tcPr>
            <w:tcW w:type="dxa" w:w="960"/>
          </w:tcPr>
          <w:p>
            <w:r>
              <w:t>王莹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399.8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102846210222109</w:t>
            </w:r>
          </w:p>
        </w:tc>
        <w:tc>
          <w:tcPr>
            <w:tcW w:type="dxa" w:w="960"/>
          </w:tcPr>
          <w:p>
            <w:r>
              <w:t>孙博文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399.6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102846210200780</w:t>
            </w:r>
          </w:p>
        </w:tc>
        <w:tc>
          <w:tcPr>
            <w:tcW w:type="dxa" w:w="960"/>
          </w:tcPr>
          <w:p>
            <w:r>
              <w:t>孙薰然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398.8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102846210213343</w:t>
            </w:r>
          </w:p>
        </w:tc>
        <w:tc>
          <w:tcPr>
            <w:tcW w:type="dxa" w:w="960"/>
          </w:tcPr>
          <w:p>
            <w:r>
              <w:t>王钰彤</w:t>
            </w:r>
          </w:p>
        </w:tc>
        <w:tc>
          <w:tcPr>
            <w:tcW w:type="dxa" w:w="960"/>
          </w:tcPr>
          <w:p>
            <w:r>
              <w:t>175.8</w:t>
            </w:r>
          </w:p>
        </w:tc>
        <w:tc>
          <w:tcPr>
            <w:tcW w:type="dxa" w:w="960"/>
          </w:tcPr>
          <w:p>
            <w:r>
              <w:t>175.8</w:t>
            </w:r>
          </w:p>
        </w:tc>
        <w:tc>
          <w:tcPr>
            <w:tcW w:type="dxa" w:w="960"/>
          </w:tcPr>
          <w:p>
            <w:r>
              <w:t>397.8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102846210211731</w:t>
            </w:r>
          </w:p>
        </w:tc>
        <w:tc>
          <w:tcPr>
            <w:tcW w:type="dxa" w:w="960"/>
          </w:tcPr>
          <w:p>
            <w:r>
              <w:t>林奕涵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397.8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102846210200727</w:t>
            </w:r>
          </w:p>
        </w:tc>
        <w:tc>
          <w:tcPr>
            <w:tcW w:type="dxa" w:w="960"/>
          </w:tcPr>
          <w:p>
            <w:r>
              <w:t>华夏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397.6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102846210200766</w:t>
            </w:r>
          </w:p>
        </w:tc>
        <w:tc>
          <w:tcPr>
            <w:tcW w:type="dxa" w:w="960"/>
          </w:tcPr>
          <w:p>
            <w:r>
              <w:t>戚梦娴</w:t>
            </w:r>
          </w:p>
        </w:tc>
        <w:tc>
          <w:tcPr>
            <w:tcW w:type="dxa" w:w="960"/>
          </w:tcPr>
          <w:p>
            <w:r>
              <w:t>181.6</w:t>
            </w:r>
          </w:p>
        </w:tc>
        <w:tc>
          <w:tcPr>
            <w:tcW w:type="dxa" w:w="960"/>
          </w:tcPr>
          <w:p>
            <w:r>
              <w:t>181.6</w:t>
            </w:r>
          </w:p>
        </w:tc>
        <w:tc>
          <w:tcPr>
            <w:tcW w:type="dxa" w:w="960"/>
          </w:tcPr>
          <w:p>
            <w:r>
              <w:t>397.6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102846210219009</w:t>
            </w:r>
          </w:p>
        </w:tc>
        <w:tc>
          <w:tcPr>
            <w:tcW w:type="dxa" w:w="960"/>
          </w:tcPr>
          <w:p>
            <w:r>
              <w:t>王李韵淇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397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102846210213391</w:t>
            </w:r>
          </w:p>
        </w:tc>
        <w:tc>
          <w:tcPr>
            <w:tcW w:type="dxa" w:w="960"/>
          </w:tcPr>
          <w:p>
            <w:r>
              <w:t>王繁阳</w:t>
            </w:r>
          </w:p>
        </w:tc>
        <w:tc>
          <w:tcPr>
            <w:tcW w:type="dxa" w:w="960"/>
          </w:tcPr>
          <w:p>
            <w:r>
              <w:t>180.8</w:t>
            </w:r>
          </w:p>
        </w:tc>
        <w:tc>
          <w:tcPr>
            <w:tcW w:type="dxa" w:w="960"/>
          </w:tcPr>
          <w:p>
            <w:r>
              <w:t>180.8</w:t>
            </w:r>
          </w:p>
        </w:tc>
        <w:tc>
          <w:tcPr>
            <w:tcW w:type="dxa" w:w="960"/>
          </w:tcPr>
          <w:p>
            <w:r>
              <w:t>396.8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102846210200755</w:t>
            </w:r>
          </w:p>
        </w:tc>
        <w:tc>
          <w:tcPr>
            <w:tcW w:type="dxa" w:w="960"/>
          </w:tcPr>
          <w:p>
            <w:r>
              <w:t>刘颖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396.8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102846210213392</w:t>
            </w:r>
          </w:p>
        </w:tc>
        <w:tc>
          <w:tcPr>
            <w:tcW w:type="dxa" w:w="960"/>
          </w:tcPr>
          <w:p>
            <w:r>
              <w:t>赵羽佳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396.2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102846210210060</w:t>
            </w:r>
          </w:p>
        </w:tc>
        <w:tc>
          <w:tcPr>
            <w:tcW w:type="dxa" w:w="960"/>
          </w:tcPr>
          <w:p>
            <w:r>
              <w:t>王珂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396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102846210215766</w:t>
            </w:r>
          </w:p>
        </w:tc>
        <w:tc>
          <w:tcPr>
            <w:tcW w:type="dxa" w:w="960"/>
          </w:tcPr>
          <w:p>
            <w:r>
              <w:t>刘隆艺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396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102846210207980</w:t>
            </w:r>
          </w:p>
        </w:tc>
        <w:tc>
          <w:tcPr>
            <w:tcW w:type="dxa" w:w="960"/>
          </w:tcPr>
          <w:p>
            <w:r>
              <w:t>傅之越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395.6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102846210211324</w:t>
            </w:r>
          </w:p>
        </w:tc>
        <w:tc>
          <w:tcPr>
            <w:tcW w:type="dxa" w:w="960"/>
          </w:tcPr>
          <w:p>
            <w:r>
              <w:t>黄慧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395.2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102846210200768</w:t>
            </w:r>
          </w:p>
        </w:tc>
        <w:tc>
          <w:tcPr>
            <w:tcW w:type="dxa" w:w="960"/>
          </w:tcPr>
          <w:p>
            <w:r>
              <w:t>秦子涵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394.4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102846210222293</w:t>
            </w:r>
          </w:p>
        </w:tc>
        <w:tc>
          <w:tcPr>
            <w:tcW w:type="dxa" w:w="960"/>
          </w:tcPr>
          <w:p>
            <w:r>
              <w:t>张竹荣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394.2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102846210208736</w:t>
            </w:r>
          </w:p>
        </w:tc>
        <w:tc>
          <w:tcPr>
            <w:tcW w:type="dxa" w:w="960"/>
          </w:tcPr>
          <w:p>
            <w:r>
              <w:t>金希明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394.2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102846210200840</w:t>
            </w:r>
          </w:p>
        </w:tc>
        <w:tc>
          <w:tcPr>
            <w:tcW w:type="dxa" w:w="960"/>
          </w:tcPr>
          <w:p>
            <w:r>
              <w:t>张鹏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394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102846210200818</w:t>
            </w:r>
          </w:p>
        </w:tc>
        <w:tc>
          <w:tcPr>
            <w:tcW w:type="dxa" w:w="960"/>
          </w:tcPr>
          <w:p>
            <w:r>
              <w:t>徐梓晟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393.6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102846210211637</w:t>
            </w:r>
          </w:p>
        </w:tc>
        <w:tc>
          <w:tcPr>
            <w:tcW w:type="dxa" w:w="960"/>
          </w:tcPr>
          <w:p>
            <w:r>
              <w:t>严镓陈</w:t>
            </w:r>
          </w:p>
        </w:tc>
        <w:tc>
          <w:tcPr>
            <w:tcW w:type="dxa" w:w="960"/>
          </w:tcPr>
          <w:p>
            <w:r>
              <w:t>176.6</w:t>
            </w:r>
          </w:p>
        </w:tc>
        <w:tc>
          <w:tcPr>
            <w:tcW w:type="dxa" w:w="960"/>
          </w:tcPr>
          <w:p>
            <w:r>
              <w:t>176.6</w:t>
            </w:r>
          </w:p>
        </w:tc>
        <w:tc>
          <w:tcPr>
            <w:tcW w:type="dxa" w:w="960"/>
          </w:tcPr>
          <w:p>
            <w:r>
              <w:t>393.6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102846210211332</w:t>
            </w:r>
          </w:p>
        </w:tc>
        <w:tc>
          <w:tcPr>
            <w:tcW w:type="dxa" w:w="960"/>
          </w:tcPr>
          <w:p>
            <w:r>
              <w:t>杨璐璐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393.6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102846210222291</w:t>
            </w:r>
          </w:p>
        </w:tc>
        <w:tc>
          <w:tcPr>
            <w:tcW w:type="dxa" w:w="960"/>
          </w:tcPr>
          <w:p>
            <w:r>
              <w:t>凌明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392.8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102846210208744</w:t>
            </w:r>
          </w:p>
        </w:tc>
        <w:tc>
          <w:tcPr>
            <w:tcW w:type="dxa" w:w="960"/>
          </w:tcPr>
          <w:p>
            <w:r>
              <w:t>薛焱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392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102846210211729</w:t>
            </w:r>
          </w:p>
        </w:tc>
        <w:tc>
          <w:tcPr>
            <w:tcW w:type="dxa" w:w="960"/>
          </w:tcPr>
          <w:p>
            <w:r>
              <w:t>陈晓翠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390.8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102846210200797</w:t>
            </w:r>
          </w:p>
        </w:tc>
        <w:tc>
          <w:tcPr>
            <w:tcW w:type="dxa" w:w="960"/>
          </w:tcPr>
          <w:p>
            <w:r>
              <w:t>王艺璇</w:t>
            </w:r>
          </w:p>
        </w:tc>
        <w:tc>
          <w:tcPr>
            <w:tcW w:type="dxa" w:w="960"/>
          </w:tcPr>
          <w:p>
            <w:r>
              <w:t>180.8</w:t>
            </w:r>
          </w:p>
        </w:tc>
        <w:tc>
          <w:tcPr>
            <w:tcW w:type="dxa" w:w="960"/>
          </w:tcPr>
          <w:p>
            <w:r>
              <w:t>180.8</w:t>
            </w:r>
          </w:p>
        </w:tc>
        <w:tc>
          <w:tcPr>
            <w:tcW w:type="dxa" w:w="960"/>
          </w:tcPr>
          <w:p>
            <w:r>
              <w:t>390.8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102846210200808</w:t>
            </w:r>
          </w:p>
        </w:tc>
        <w:tc>
          <w:tcPr>
            <w:tcW w:type="dxa" w:w="960"/>
          </w:tcPr>
          <w:p>
            <w:r>
              <w:t>吴优</w:t>
            </w:r>
          </w:p>
        </w:tc>
        <w:tc>
          <w:tcPr>
            <w:tcW w:type="dxa" w:w="960"/>
          </w:tcPr>
          <w:p>
            <w:r>
              <w:t>180.8</w:t>
            </w:r>
          </w:p>
        </w:tc>
        <w:tc>
          <w:tcPr>
            <w:tcW w:type="dxa" w:w="960"/>
          </w:tcPr>
          <w:p>
            <w:r>
              <w:t>180.8</w:t>
            </w:r>
          </w:p>
        </w:tc>
        <w:tc>
          <w:tcPr>
            <w:tcW w:type="dxa" w:w="960"/>
          </w:tcPr>
          <w:p>
            <w:r>
              <w:t>390.8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102846210200832</w:t>
            </w:r>
          </w:p>
        </w:tc>
        <w:tc>
          <w:tcPr>
            <w:tcW w:type="dxa" w:w="960"/>
          </w:tcPr>
          <w:p>
            <w:r>
              <w:t>叶小玉</w:t>
            </w:r>
          </w:p>
        </w:tc>
        <w:tc>
          <w:tcPr>
            <w:tcW w:type="dxa" w:w="960"/>
          </w:tcPr>
          <w:p>
            <w:r>
              <w:t>179.2</w:t>
            </w:r>
          </w:p>
        </w:tc>
        <w:tc>
          <w:tcPr>
            <w:tcW w:type="dxa" w:w="960"/>
          </w:tcPr>
          <w:p>
            <w:r>
              <w:t>179.2</w:t>
            </w:r>
          </w:p>
        </w:tc>
        <w:tc>
          <w:tcPr>
            <w:tcW w:type="dxa" w:w="960"/>
          </w:tcPr>
          <w:p>
            <w:r>
              <w:t>390.2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102846210211334</w:t>
            </w:r>
          </w:p>
        </w:tc>
        <w:tc>
          <w:tcPr>
            <w:tcW w:type="dxa" w:w="960"/>
          </w:tcPr>
          <w:p>
            <w:r>
              <w:t>庄晶栩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390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102846210200740</w:t>
            </w:r>
          </w:p>
        </w:tc>
        <w:tc>
          <w:tcPr>
            <w:tcW w:type="dxa" w:w="960"/>
          </w:tcPr>
          <w:p>
            <w:r>
              <w:t>姜煜轩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390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102846210214141</w:t>
            </w:r>
          </w:p>
        </w:tc>
        <w:tc>
          <w:tcPr>
            <w:tcW w:type="dxa" w:w="960"/>
          </w:tcPr>
          <w:p>
            <w:r>
              <w:t>刘可欣</w:t>
            </w:r>
          </w:p>
        </w:tc>
        <w:tc>
          <w:tcPr>
            <w:tcW w:type="dxa" w:w="960"/>
          </w:tcPr>
          <w:p>
            <w:r>
              <w:t>182</w:t>
            </w:r>
          </w:p>
        </w:tc>
        <w:tc>
          <w:tcPr>
            <w:tcW w:type="dxa" w:w="960"/>
          </w:tcPr>
          <w:p>
            <w:r>
              <w:t>182</w:t>
            </w:r>
          </w:p>
        </w:tc>
        <w:tc>
          <w:tcPr>
            <w:tcW w:type="dxa" w:w="960"/>
          </w:tcPr>
          <w:p>
            <w:r>
              <w:t>390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102846210211329</w:t>
            </w:r>
          </w:p>
        </w:tc>
        <w:tc>
          <w:tcPr>
            <w:tcW w:type="dxa" w:w="960"/>
          </w:tcPr>
          <w:p>
            <w:r>
              <w:t>孙纪辰</w:t>
            </w:r>
          </w:p>
        </w:tc>
        <w:tc>
          <w:tcPr>
            <w:tcW w:type="dxa" w:w="960"/>
          </w:tcPr>
          <w:p>
            <w:r>
              <w:t>170.6</w:t>
            </w:r>
          </w:p>
        </w:tc>
        <w:tc>
          <w:tcPr>
            <w:tcW w:type="dxa" w:w="960"/>
          </w:tcPr>
          <w:p>
            <w:r>
              <w:t>170.6</w:t>
            </w:r>
          </w:p>
        </w:tc>
        <w:tc>
          <w:tcPr>
            <w:tcW w:type="dxa" w:w="960"/>
          </w:tcPr>
          <w:p>
            <w:r>
              <w:t>389.6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102846210200776</w:t>
            </w:r>
          </w:p>
        </w:tc>
        <w:tc>
          <w:tcPr>
            <w:tcW w:type="dxa" w:w="960"/>
          </w:tcPr>
          <w:p>
            <w:r>
              <w:t>史易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389.4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102846210200801</w:t>
            </w:r>
          </w:p>
        </w:tc>
        <w:tc>
          <w:tcPr>
            <w:tcW w:type="dxa" w:w="960"/>
          </w:tcPr>
          <w:p>
            <w:r>
              <w:t>翁宇珊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389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102846210200791</w:t>
            </w:r>
          </w:p>
        </w:tc>
        <w:tc>
          <w:tcPr>
            <w:tcW w:type="dxa" w:w="960"/>
          </w:tcPr>
          <w:p>
            <w:r>
              <w:t>王麒媛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387.8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102846210200734</w:t>
            </w:r>
          </w:p>
        </w:tc>
        <w:tc>
          <w:tcPr>
            <w:tcW w:type="dxa" w:w="960"/>
          </w:tcPr>
          <w:p>
            <w:r>
              <w:t>季羡妮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387.2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102846210200738</w:t>
            </w:r>
          </w:p>
        </w:tc>
        <w:tc>
          <w:tcPr>
            <w:tcW w:type="dxa" w:w="960"/>
          </w:tcPr>
          <w:p>
            <w:r>
              <w:t>姜雪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387.2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102846210200798</w:t>
            </w:r>
          </w:p>
        </w:tc>
        <w:tc>
          <w:tcPr>
            <w:tcW w:type="dxa" w:w="960"/>
          </w:tcPr>
          <w:p>
            <w:r>
              <w:t>王宇静</w:t>
            </w:r>
          </w:p>
        </w:tc>
        <w:tc>
          <w:tcPr>
            <w:tcW w:type="dxa" w:w="960"/>
          </w:tcPr>
          <w:p>
            <w:r>
              <w:t>182.2</w:t>
            </w:r>
          </w:p>
        </w:tc>
        <w:tc>
          <w:tcPr>
            <w:tcW w:type="dxa" w:w="960"/>
          </w:tcPr>
          <w:p>
            <w:r>
              <w:t>182.2</w:t>
            </w:r>
          </w:p>
        </w:tc>
        <w:tc>
          <w:tcPr>
            <w:tcW w:type="dxa" w:w="960"/>
          </w:tcPr>
          <w:p>
            <w:r>
              <w:t>387.2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102846210200821</w:t>
            </w:r>
          </w:p>
        </w:tc>
        <w:tc>
          <w:tcPr>
            <w:tcW w:type="dxa" w:w="960"/>
          </w:tcPr>
          <w:p>
            <w:r>
              <w:t>薛清怡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386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102846210212659</w:t>
            </w:r>
          </w:p>
        </w:tc>
        <w:tc>
          <w:tcPr>
            <w:tcW w:type="dxa" w:w="960"/>
          </w:tcPr>
          <w:p>
            <w:r>
              <w:t>熊诗凯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385.8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102846210200842</w:t>
            </w:r>
          </w:p>
        </w:tc>
        <w:tc>
          <w:tcPr>
            <w:tcW w:type="dxa" w:w="960"/>
          </w:tcPr>
          <w:p>
            <w:r>
              <w:t>张思桐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385.8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102846210200715</w:t>
            </w:r>
          </w:p>
        </w:tc>
        <w:tc>
          <w:tcPr>
            <w:tcW w:type="dxa" w:w="960"/>
          </w:tcPr>
          <w:p>
            <w:r>
              <w:t>伏臻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385.6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102846210211735</w:t>
            </w:r>
          </w:p>
        </w:tc>
        <w:tc>
          <w:tcPr>
            <w:tcW w:type="dxa" w:w="960"/>
          </w:tcPr>
          <w:p>
            <w:r>
              <w:t>章崎峰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385.2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102846210211152</w:t>
            </w:r>
          </w:p>
        </w:tc>
        <w:tc>
          <w:tcPr>
            <w:tcW w:type="dxa" w:w="960"/>
          </w:tcPr>
          <w:p>
            <w:r>
              <w:t>赵文昊</w:t>
            </w:r>
          </w:p>
        </w:tc>
        <w:tc>
          <w:tcPr>
            <w:tcW w:type="dxa" w:w="960"/>
          </w:tcPr>
          <w:p>
            <w:r>
              <w:t>182.4</w:t>
            </w:r>
          </w:p>
        </w:tc>
        <w:tc>
          <w:tcPr>
            <w:tcW w:type="dxa" w:w="960"/>
          </w:tcPr>
          <w:p>
            <w:r>
              <w:t>182.4</w:t>
            </w:r>
          </w:p>
        </w:tc>
        <w:tc>
          <w:tcPr>
            <w:tcW w:type="dxa" w:w="960"/>
          </w:tcPr>
          <w:p>
            <w:r>
              <w:t>383.4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102846210212961</w:t>
            </w:r>
          </w:p>
        </w:tc>
        <w:tc>
          <w:tcPr>
            <w:tcW w:type="dxa" w:w="960"/>
          </w:tcPr>
          <w:p>
            <w:r>
              <w:t>许海涛</w:t>
            </w:r>
          </w:p>
        </w:tc>
        <w:tc>
          <w:tcPr>
            <w:tcW w:type="dxa" w:w="960"/>
          </w:tcPr>
          <w:p>
            <w:r>
              <w:t>176.2</w:t>
            </w:r>
          </w:p>
        </w:tc>
        <w:tc>
          <w:tcPr>
            <w:tcW w:type="dxa" w:w="960"/>
          </w:tcPr>
          <w:p>
            <w:r>
              <w:t>176.2</w:t>
            </w:r>
          </w:p>
        </w:tc>
        <w:tc>
          <w:tcPr>
            <w:tcW w:type="dxa" w:w="960"/>
          </w:tcPr>
          <w:p>
            <w:r>
              <w:t>383.2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102846210208742</w:t>
            </w:r>
          </w:p>
        </w:tc>
        <w:tc>
          <w:tcPr>
            <w:tcW w:type="dxa" w:w="960"/>
          </w:tcPr>
          <w:p>
            <w:r>
              <w:t>徐宇琦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383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102846210200730</w:t>
            </w:r>
          </w:p>
        </w:tc>
        <w:tc>
          <w:tcPr>
            <w:tcW w:type="dxa" w:w="960"/>
          </w:tcPr>
          <w:p>
            <w:r>
              <w:t>黄力为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382.6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102846210209278</w:t>
            </w:r>
          </w:p>
        </w:tc>
        <w:tc>
          <w:tcPr>
            <w:tcW w:type="dxa" w:w="960"/>
          </w:tcPr>
          <w:p>
            <w:r>
              <w:t>杨茜茜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382.6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102846210200716</w:t>
            </w:r>
          </w:p>
        </w:tc>
        <w:tc>
          <w:tcPr>
            <w:tcW w:type="dxa" w:w="960"/>
          </w:tcPr>
          <w:p>
            <w:r>
              <w:t>皋源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381.2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102846210222886</w:t>
            </w:r>
          </w:p>
        </w:tc>
        <w:tc>
          <w:tcPr>
            <w:tcW w:type="dxa" w:w="960"/>
          </w:tcPr>
          <w:p>
            <w:r>
              <w:t>高弘锐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380.2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102846210211732</w:t>
            </w:r>
          </w:p>
        </w:tc>
        <w:tc>
          <w:tcPr>
            <w:tcW w:type="dxa" w:w="960"/>
          </w:tcPr>
          <w:p>
            <w:r>
              <w:t>孟冉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379.6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138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102846210209580</w:t>
            </w:r>
          </w:p>
        </w:tc>
        <w:tc>
          <w:tcPr>
            <w:tcW w:type="dxa" w:w="960"/>
          </w:tcPr>
          <w:p>
            <w:r>
              <w:t>胡昱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379.2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139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102846210213393</w:t>
            </w:r>
          </w:p>
        </w:tc>
        <w:tc>
          <w:tcPr>
            <w:tcW w:type="dxa" w:w="960"/>
          </w:tcPr>
          <w:p>
            <w:r>
              <w:t>周震东</w:t>
            </w:r>
          </w:p>
        </w:tc>
        <w:tc>
          <w:tcPr>
            <w:tcW w:type="dxa" w:w="960"/>
          </w:tcPr>
          <w:p>
            <w:r>
              <w:t>174.6</w:t>
            </w:r>
          </w:p>
        </w:tc>
        <w:tc>
          <w:tcPr>
            <w:tcW w:type="dxa" w:w="960"/>
          </w:tcPr>
          <w:p>
            <w:r>
              <w:t>174.6</w:t>
            </w:r>
          </w:p>
        </w:tc>
        <w:tc>
          <w:tcPr>
            <w:tcW w:type="dxa" w:w="960"/>
          </w:tcPr>
          <w:p>
            <w:r>
              <w:t>378.6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140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102846210200748</w:t>
            </w:r>
          </w:p>
        </w:tc>
        <w:tc>
          <w:tcPr>
            <w:tcW w:type="dxa" w:w="960"/>
          </w:tcPr>
          <w:p>
            <w:r>
              <w:t>李轩昂</w:t>
            </w:r>
          </w:p>
        </w:tc>
        <w:tc>
          <w:tcPr>
            <w:tcW w:type="dxa" w:w="960"/>
          </w:tcPr>
          <w:p>
            <w:r>
              <w:t>176.6</w:t>
            </w:r>
          </w:p>
        </w:tc>
        <w:tc>
          <w:tcPr>
            <w:tcW w:type="dxa" w:w="960"/>
          </w:tcPr>
          <w:p>
            <w:r>
              <w:t>176.6</w:t>
            </w:r>
          </w:p>
        </w:tc>
        <w:tc>
          <w:tcPr>
            <w:tcW w:type="dxa" w:w="960"/>
          </w:tcPr>
          <w:p>
            <w:r>
              <w:t>378.6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141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102846210208740</w:t>
            </w:r>
          </w:p>
        </w:tc>
        <w:tc>
          <w:tcPr>
            <w:tcW w:type="dxa" w:w="960"/>
          </w:tcPr>
          <w:p>
            <w:r>
              <w:t>邱梦希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378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142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102846210219685</w:t>
            </w:r>
          </w:p>
        </w:tc>
        <w:tc>
          <w:tcPr>
            <w:tcW w:type="dxa" w:w="960"/>
          </w:tcPr>
          <w:p>
            <w:r>
              <w:t>刘思英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377.6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143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102846210209046</w:t>
            </w:r>
          </w:p>
        </w:tc>
        <w:tc>
          <w:tcPr>
            <w:tcW w:type="dxa" w:w="960"/>
          </w:tcPr>
          <w:p>
            <w:r>
              <w:t>左英子</w:t>
            </w:r>
          </w:p>
        </w:tc>
        <w:tc>
          <w:tcPr>
            <w:tcW w:type="dxa" w:w="960"/>
          </w:tcPr>
          <w:p>
            <w:r>
              <w:t>176.6</w:t>
            </w:r>
          </w:p>
        </w:tc>
        <w:tc>
          <w:tcPr>
            <w:tcW w:type="dxa" w:w="960"/>
          </w:tcPr>
          <w:p>
            <w:r>
              <w:t>176.6</w:t>
            </w:r>
          </w:p>
        </w:tc>
        <w:tc>
          <w:tcPr>
            <w:tcW w:type="dxa" w:w="960"/>
          </w:tcPr>
          <w:p>
            <w:r>
              <w:t>377.6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144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102846210217269</w:t>
            </w:r>
          </w:p>
        </w:tc>
        <w:tc>
          <w:tcPr>
            <w:tcW w:type="dxa" w:w="960"/>
          </w:tcPr>
          <w:p>
            <w:r>
              <w:t>司雅樊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377.4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145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102846210200745</w:t>
            </w:r>
          </w:p>
        </w:tc>
        <w:tc>
          <w:tcPr>
            <w:tcW w:type="dxa" w:w="960"/>
          </w:tcPr>
          <w:p>
            <w:r>
              <w:t>李宽政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178.2</w:t>
            </w:r>
          </w:p>
        </w:tc>
        <w:tc>
          <w:tcPr>
            <w:tcW w:type="dxa" w:w="960"/>
          </w:tcPr>
          <w:p>
            <w:r>
              <w:t>377.2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146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102846210200813</w:t>
            </w:r>
          </w:p>
        </w:tc>
        <w:tc>
          <w:tcPr>
            <w:tcW w:type="dxa" w:w="960"/>
          </w:tcPr>
          <w:p>
            <w:r>
              <w:t>徐丹妮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376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147</w:t>
            </w:r>
          </w:p>
        </w:tc>
        <w:tc>
          <w:tcPr>
            <w:tcW w:type="dxa" w:w="960"/>
          </w:tcPr>
          <w:p>
            <w:r>
              <w:t>会计硕士</w:t>
            </w:r>
          </w:p>
        </w:tc>
        <w:tc>
          <w:tcPr>
            <w:tcW w:type="dxa" w:w="960"/>
          </w:tcPr>
          <w:p>
            <w:r>
              <w:t>102846210200695</w:t>
            </w:r>
          </w:p>
        </w:tc>
        <w:tc>
          <w:tcPr>
            <w:tcW w:type="dxa" w:w="960"/>
          </w:tcPr>
          <w:p>
            <w:r>
              <w:t>蔡振旋</w:t>
            </w:r>
          </w:p>
        </w:tc>
        <w:tc>
          <w:tcPr>
            <w:tcW w:type="dxa" w:w="960"/>
          </w:tcPr>
          <w:p>
            <w:r>
              <w:t>171.4</w:t>
            </w:r>
          </w:p>
        </w:tc>
        <w:tc>
          <w:tcPr>
            <w:tcW w:type="dxa" w:w="960"/>
          </w:tcPr>
          <w:p>
            <w:r>
              <w:t>171.4</w:t>
            </w:r>
          </w:p>
        </w:tc>
        <w:tc>
          <w:tcPr>
            <w:tcW w:type="dxa" w:w="960"/>
          </w:tcPr>
          <w:p>
            <w:r>
              <w:t>375.4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102846210211337</w:t>
            </w:r>
          </w:p>
        </w:tc>
        <w:tc>
          <w:tcPr>
            <w:tcW w:type="dxa" w:w="960"/>
          </w:tcPr>
          <w:p>
            <w:r>
              <w:t>王雅蓉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439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102846210213344</w:t>
            </w:r>
          </w:p>
        </w:tc>
        <w:tc>
          <w:tcPr>
            <w:tcW w:type="dxa" w:w="960"/>
          </w:tcPr>
          <w:p>
            <w:r>
              <w:t>卓佳倩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432.4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102846210211335</w:t>
            </w:r>
          </w:p>
        </w:tc>
        <w:tc>
          <w:tcPr>
            <w:tcW w:type="dxa" w:w="960"/>
          </w:tcPr>
          <w:p>
            <w:r>
              <w:t>陈忻宁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429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102846210200883</w:t>
            </w:r>
          </w:p>
        </w:tc>
        <w:tc>
          <w:tcPr>
            <w:tcW w:type="dxa" w:w="960"/>
          </w:tcPr>
          <w:p>
            <w:r>
              <w:t>王扬</w:t>
            </w:r>
          </w:p>
        </w:tc>
        <w:tc>
          <w:tcPr>
            <w:tcW w:type="dxa" w:w="960"/>
          </w:tcPr>
          <w:p>
            <w:r>
              <w:t>168.2</w:t>
            </w:r>
          </w:p>
        </w:tc>
        <w:tc>
          <w:tcPr>
            <w:tcW w:type="dxa" w:w="960"/>
          </w:tcPr>
          <w:p>
            <w:r>
              <w:t>168.2</w:t>
            </w:r>
          </w:p>
        </w:tc>
        <w:tc>
          <w:tcPr>
            <w:tcW w:type="dxa" w:w="960"/>
          </w:tcPr>
          <w:p>
            <w:r>
              <w:t>425.2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102846210200881</w:t>
            </w:r>
          </w:p>
        </w:tc>
        <w:tc>
          <w:tcPr>
            <w:tcW w:type="dxa" w:w="960"/>
          </w:tcPr>
          <w:p>
            <w:r>
              <w:t>陶芮</w:t>
            </w:r>
          </w:p>
        </w:tc>
        <w:tc>
          <w:tcPr>
            <w:tcW w:type="dxa" w:w="960"/>
          </w:tcPr>
          <w:p>
            <w:r>
              <w:t>169.4</w:t>
            </w:r>
          </w:p>
        </w:tc>
        <w:tc>
          <w:tcPr>
            <w:tcW w:type="dxa" w:w="960"/>
          </w:tcPr>
          <w:p>
            <w:r>
              <w:t>169.4</w:t>
            </w:r>
          </w:p>
        </w:tc>
        <w:tc>
          <w:tcPr>
            <w:tcW w:type="dxa" w:w="960"/>
          </w:tcPr>
          <w:p>
            <w:r>
              <w:t>424.4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102846210200864</w:t>
            </w:r>
          </w:p>
        </w:tc>
        <w:tc>
          <w:tcPr>
            <w:tcW w:type="dxa" w:w="960"/>
          </w:tcPr>
          <w:p>
            <w:r>
              <w:t>方世琳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422.6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102846210200889</w:t>
            </w:r>
          </w:p>
        </w:tc>
        <w:tc>
          <w:tcPr>
            <w:tcW w:type="dxa" w:w="960"/>
          </w:tcPr>
          <w:p>
            <w:r>
              <w:t>曾祥程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422.4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102846210209049</w:t>
            </w:r>
          </w:p>
        </w:tc>
        <w:tc>
          <w:tcPr>
            <w:tcW w:type="dxa" w:w="960"/>
          </w:tcPr>
          <w:p>
            <w:r>
              <w:t>赵辉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420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102846210212667</w:t>
            </w:r>
          </w:p>
        </w:tc>
        <w:tc>
          <w:tcPr>
            <w:tcW w:type="dxa" w:w="960"/>
          </w:tcPr>
          <w:p>
            <w:r>
              <w:t>闵姝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419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102846210200873</w:t>
            </w:r>
          </w:p>
        </w:tc>
        <w:tc>
          <w:tcPr>
            <w:tcW w:type="dxa" w:w="960"/>
          </w:tcPr>
          <w:p>
            <w:r>
              <w:t>黄子茗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180.6</w:t>
            </w:r>
          </w:p>
        </w:tc>
        <w:tc>
          <w:tcPr>
            <w:tcW w:type="dxa" w:w="960"/>
          </w:tcPr>
          <w:p>
            <w:r>
              <w:t>418.6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102846210207992</w:t>
            </w:r>
          </w:p>
        </w:tc>
        <w:tc>
          <w:tcPr>
            <w:tcW w:type="dxa" w:w="960"/>
          </w:tcPr>
          <w:p>
            <w:r>
              <w:t>李闪闪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417.8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102846210211336</w:t>
            </w:r>
          </w:p>
        </w:tc>
        <w:tc>
          <w:tcPr>
            <w:tcW w:type="dxa" w:w="960"/>
          </w:tcPr>
          <w:p>
            <w:r>
              <w:t>宋含月</w:t>
            </w:r>
          </w:p>
        </w:tc>
        <w:tc>
          <w:tcPr>
            <w:tcW w:type="dxa" w:w="960"/>
          </w:tcPr>
          <w:p>
            <w:r>
              <w:t>175</w:t>
            </w:r>
          </w:p>
        </w:tc>
        <w:tc>
          <w:tcPr>
            <w:tcW w:type="dxa" w:w="960"/>
          </w:tcPr>
          <w:p>
            <w:r>
              <w:t>175</w:t>
            </w:r>
          </w:p>
        </w:tc>
        <w:tc>
          <w:tcPr>
            <w:tcW w:type="dxa" w:w="960"/>
          </w:tcPr>
          <w:p>
            <w:r>
              <w:t>416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102846210200890</w:t>
            </w:r>
          </w:p>
        </w:tc>
        <w:tc>
          <w:tcPr>
            <w:tcW w:type="dxa" w:w="960"/>
          </w:tcPr>
          <w:p>
            <w:r>
              <w:t>周围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415.8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14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102846210200860</w:t>
            </w:r>
          </w:p>
        </w:tc>
        <w:tc>
          <w:tcPr>
            <w:tcW w:type="dxa" w:w="960"/>
          </w:tcPr>
          <w:p>
            <w:r>
              <w:t>陈敏睿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414.8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15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102846210200884</w:t>
            </w:r>
          </w:p>
        </w:tc>
        <w:tc>
          <w:tcPr>
            <w:tcW w:type="dxa" w:w="960"/>
          </w:tcPr>
          <w:p>
            <w:r>
              <w:t>谢雨杉</w:t>
            </w:r>
          </w:p>
        </w:tc>
        <w:tc>
          <w:tcPr>
            <w:tcW w:type="dxa" w:w="960"/>
          </w:tcPr>
          <w:p>
            <w:r>
              <w:t>175.4</w:t>
            </w:r>
          </w:p>
        </w:tc>
        <w:tc>
          <w:tcPr>
            <w:tcW w:type="dxa" w:w="960"/>
          </w:tcPr>
          <w:p>
            <w:r>
              <w:t>175.4</w:t>
            </w:r>
          </w:p>
        </w:tc>
        <w:tc>
          <w:tcPr>
            <w:tcW w:type="dxa" w:w="960"/>
          </w:tcPr>
          <w:p>
            <w:r>
              <w:t>413.4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16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102846210200880</w:t>
            </w:r>
          </w:p>
        </w:tc>
        <w:tc>
          <w:tcPr>
            <w:tcW w:type="dxa" w:w="960"/>
          </w:tcPr>
          <w:p>
            <w:r>
              <w:t>陶鹏琳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413.4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17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102846210212345</w:t>
            </w:r>
          </w:p>
        </w:tc>
        <w:tc>
          <w:tcPr>
            <w:tcW w:type="dxa" w:w="960"/>
          </w:tcPr>
          <w:p>
            <w:r>
              <w:t>蒋劲雯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413.2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18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102846210209586</w:t>
            </w:r>
          </w:p>
        </w:tc>
        <w:tc>
          <w:tcPr>
            <w:tcW w:type="dxa" w:w="960"/>
          </w:tcPr>
          <w:p>
            <w:r>
              <w:t>王振兴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409.2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19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102846210208746</w:t>
            </w:r>
          </w:p>
        </w:tc>
        <w:tc>
          <w:tcPr>
            <w:tcW w:type="dxa" w:w="960"/>
          </w:tcPr>
          <w:p>
            <w:r>
              <w:t>高翔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406.2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102846210200872</w:t>
            </w:r>
          </w:p>
        </w:tc>
        <w:tc>
          <w:tcPr>
            <w:tcW w:type="dxa" w:w="960"/>
          </w:tcPr>
          <w:p>
            <w:r>
              <w:t>黄铭青</w:t>
            </w:r>
          </w:p>
        </w:tc>
        <w:tc>
          <w:tcPr>
            <w:tcW w:type="dxa" w:w="960"/>
          </w:tcPr>
          <w:p>
            <w:r>
              <w:t>175.8</w:t>
            </w:r>
          </w:p>
        </w:tc>
        <w:tc>
          <w:tcPr>
            <w:tcW w:type="dxa" w:w="960"/>
          </w:tcPr>
          <w:p>
            <w:r>
              <w:t>175.8</w:t>
            </w:r>
          </w:p>
        </w:tc>
        <w:tc>
          <w:tcPr>
            <w:tcW w:type="dxa" w:w="960"/>
          </w:tcPr>
          <w:p>
            <w:r>
              <w:t>404.8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21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102846210200874</w:t>
            </w:r>
          </w:p>
        </w:tc>
        <w:tc>
          <w:tcPr>
            <w:tcW w:type="dxa" w:w="960"/>
          </w:tcPr>
          <w:p>
            <w:r>
              <w:t>康祎倩</w:t>
            </w:r>
          </w:p>
        </w:tc>
        <w:tc>
          <w:tcPr>
            <w:tcW w:type="dxa" w:w="960"/>
          </w:tcPr>
          <w:p>
            <w:r>
              <w:t>173.4</w:t>
            </w:r>
          </w:p>
        </w:tc>
        <w:tc>
          <w:tcPr>
            <w:tcW w:type="dxa" w:w="960"/>
          </w:tcPr>
          <w:p>
            <w:r>
              <w:t>173.4</w:t>
            </w:r>
          </w:p>
        </w:tc>
        <w:tc>
          <w:tcPr>
            <w:tcW w:type="dxa" w:w="960"/>
          </w:tcPr>
          <w:p>
            <w:r>
              <w:t>404.4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22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102846210219742</w:t>
            </w:r>
          </w:p>
        </w:tc>
        <w:tc>
          <w:tcPr>
            <w:tcW w:type="dxa" w:w="960"/>
          </w:tcPr>
          <w:p>
            <w:r>
              <w:t>申晗以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402.4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23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102846210200878</w:t>
            </w:r>
          </w:p>
        </w:tc>
        <w:tc>
          <w:tcPr>
            <w:tcW w:type="dxa" w:w="960"/>
          </w:tcPr>
          <w:p>
            <w:r>
              <w:t>吕春霖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402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24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102846210208748</w:t>
            </w:r>
          </w:p>
        </w:tc>
        <w:tc>
          <w:tcPr>
            <w:tcW w:type="dxa" w:w="960"/>
          </w:tcPr>
          <w:p>
            <w:r>
              <w:t>汪刘楠</w:t>
            </w:r>
          </w:p>
        </w:tc>
        <w:tc>
          <w:tcPr>
            <w:tcW w:type="dxa" w:w="960"/>
          </w:tcPr>
          <w:p>
            <w:r>
              <w:t>183.2</w:t>
            </w:r>
          </w:p>
        </w:tc>
        <w:tc>
          <w:tcPr>
            <w:tcW w:type="dxa" w:w="960"/>
          </w:tcPr>
          <w:p>
            <w:r>
              <w:t>183.2</w:t>
            </w:r>
          </w:p>
        </w:tc>
        <w:tc>
          <w:tcPr>
            <w:tcW w:type="dxa" w:w="960"/>
          </w:tcPr>
          <w:p>
            <w:r>
              <w:t>401.2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102846210200886</w:t>
            </w:r>
          </w:p>
        </w:tc>
        <w:tc>
          <w:tcPr>
            <w:tcW w:type="dxa" w:w="960"/>
          </w:tcPr>
          <w:p>
            <w:r>
              <w:t>颜庭瑞</w:t>
            </w:r>
          </w:p>
        </w:tc>
        <w:tc>
          <w:tcPr>
            <w:tcW w:type="dxa" w:w="960"/>
          </w:tcPr>
          <w:p>
            <w:r>
              <w:t>175.4</w:t>
            </w:r>
          </w:p>
        </w:tc>
        <w:tc>
          <w:tcPr>
            <w:tcW w:type="dxa" w:w="960"/>
          </w:tcPr>
          <w:p>
            <w:r>
              <w:t>175.4</w:t>
            </w:r>
          </w:p>
        </w:tc>
        <w:tc>
          <w:tcPr>
            <w:tcW w:type="dxa" w:w="960"/>
          </w:tcPr>
          <w:p>
            <w:r>
              <w:t>398.4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26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102846210207527</w:t>
            </w:r>
          </w:p>
        </w:tc>
        <w:tc>
          <w:tcPr>
            <w:tcW w:type="dxa" w:w="960"/>
          </w:tcPr>
          <w:p>
            <w:r>
              <w:t>金蔡琪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397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27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102846210200887</w:t>
            </w:r>
          </w:p>
        </w:tc>
        <w:tc>
          <w:tcPr>
            <w:tcW w:type="dxa" w:w="960"/>
          </w:tcPr>
          <w:p>
            <w:r>
              <w:t>俞佳</w:t>
            </w:r>
          </w:p>
        </w:tc>
        <w:tc>
          <w:tcPr>
            <w:tcW w:type="dxa" w:w="960"/>
          </w:tcPr>
          <w:p>
            <w:r>
              <w:t>176.6</w:t>
            </w:r>
          </w:p>
        </w:tc>
        <w:tc>
          <w:tcPr>
            <w:tcW w:type="dxa" w:w="960"/>
          </w:tcPr>
          <w:p>
            <w:r>
              <w:t>176.6</w:t>
            </w:r>
          </w:p>
        </w:tc>
        <w:tc>
          <w:tcPr>
            <w:tcW w:type="dxa" w:w="960"/>
          </w:tcPr>
          <w:p>
            <w:r>
              <w:t>395.6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28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102846210213881</w:t>
            </w:r>
          </w:p>
        </w:tc>
        <w:tc>
          <w:tcPr>
            <w:tcW w:type="dxa" w:w="960"/>
          </w:tcPr>
          <w:p>
            <w:r>
              <w:t>袁悦</w:t>
            </w:r>
          </w:p>
        </w:tc>
        <w:tc>
          <w:tcPr>
            <w:tcW w:type="dxa" w:w="960"/>
          </w:tcPr>
          <w:p>
            <w:r>
              <w:t>175.4</w:t>
            </w:r>
          </w:p>
        </w:tc>
        <w:tc>
          <w:tcPr>
            <w:tcW w:type="dxa" w:w="960"/>
          </w:tcPr>
          <w:p>
            <w:r>
              <w:t>175.4</w:t>
            </w:r>
          </w:p>
        </w:tc>
        <w:tc>
          <w:tcPr>
            <w:tcW w:type="dxa" w:w="960"/>
          </w:tcPr>
          <w:p>
            <w:r>
              <w:t>395.4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29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102846210211154</w:t>
            </w:r>
          </w:p>
        </w:tc>
        <w:tc>
          <w:tcPr>
            <w:tcW w:type="dxa" w:w="960"/>
          </w:tcPr>
          <w:p>
            <w:r>
              <w:t>李晓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180.2</w:t>
            </w:r>
          </w:p>
        </w:tc>
        <w:tc>
          <w:tcPr>
            <w:tcW w:type="dxa" w:w="960"/>
          </w:tcPr>
          <w:p>
            <w:r>
              <w:t>394.2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30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102846210200869</w:t>
            </w:r>
          </w:p>
        </w:tc>
        <w:tc>
          <w:tcPr>
            <w:tcW w:type="dxa" w:w="960"/>
          </w:tcPr>
          <w:p>
            <w:r>
              <w:t>关宇昊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177.4</w:t>
            </w:r>
          </w:p>
        </w:tc>
        <w:tc>
          <w:tcPr>
            <w:tcW w:type="dxa" w:w="960"/>
          </w:tcPr>
          <w:p>
            <w:r>
              <w:t>392.4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31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102846210200875</w:t>
            </w:r>
          </w:p>
        </w:tc>
        <w:tc>
          <w:tcPr>
            <w:tcW w:type="dxa" w:w="960"/>
          </w:tcPr>
          <w:p>
            <w:r>
              <w:t>李凯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392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32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102846210211739</w:t>
            </w:r>
          </w:p>
        </w:tc>
        <w:tc>
          <w:tcPr>
            <w:tcW w:type="dxa" w:w="960"/>
          </w:tcPr>
          <w:p>
            <w:r>
              <w:t>唐鹏飞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177</w:t>
            </w:r>
          </w:p>
        </w:tc>
        <w:tc>
          <w:tcPr>
            <w:tcW w:type="dxa" w:w="960"/>
          </w:tcPr>
          <w:p>
            <w:r>
              <w:t>392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33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102846210200863</w:t>
            </w:r>
          </w:p>
        </w:tc>
        <w:tc>
          <w:tcPr>
            <w:tcW w:type="dxa" w:w="960"/>
          </w:tcPr>
          <w:p>
            <w:r>
              <w:t>范昊伟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177.8</w:t>
            </w:r>
          </w:p>
        </w:tc>
        <w:tc>
          <w:tcPr>
            <w:tcW w:type="dxa" w:w="960"/>
          </w:tcPr>
          <w:p>
            <w:r>
              <w:t>391.8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34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102846210222431</w:t>
            </w:r>
          </w:p>
        </w:tc>
        <w:tc>
          <w:tcPr>
            <w:tcW w:type="dxa" w:w="960"/>
          </w:tcPr>
          <w:p>
            <w:r>
              <w:t>张洁琼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389.8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35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102846210205189</w:t>
            </w:r>
          </w:p>
        </w:tc>
        <w:tc>
          <w:tcPr>
            <w:tcW w:type="dxa" w:w="960"/>
          </w:tcPr>
          <w:p>
            <w:r>
              <w:t>王睿翔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179.4</w:t>
            </w:r>
          </w:p>
        </w:tc>
        <w:tc>
          <w:tcPr>
            <w:tcW w:type="dxa" w:w="960"/>
          </w:tcPr>
          <w:p>
            <w:r>
              <w:t>389.4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36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102846210208747</w:t>
            </w:r>
          </w:p>
        </w:tc>
        <w:tc>
          <w:tcPr>
            <w:tcW w:type="dxa" w:w="960"/>
          </w:tcPr>
          <w:p>
            <w:r>
              <w:t>姜添诚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181</w:t>
            </w:r>
          </w:p>
        </w:tc>
        <w:tc>
          <w:tcPr>
            <w:tcW w:type="dxa" w:w="960"/>
          </w:tcPr>
          <w:p>
            <w:r>
              <w:t>389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37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102846210200865</w:t>
            </w:r>
          </w:p>
        </w:tc>
        <w:tc>
          <w:tcPr>
            <w:tcW w:type="dxa" w:w="960"/>
          </w:tcPr>
          <w:p>
            <w:r>
              <w:t>冯瑞辰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179</w:t>
            </w:r>
          </w:p>
        </w:tc>
        <w:tc>
          <w:tcPr>
            <w:tcW w:type="dxa" w:w="960"/>
          </w:tcPr>
          <w:p>
            <w:r>
              <w:t>380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38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102846210212539</w:t>
            </w:r>
          </w:p>
        </w:tc>
        <w:tc>
          <w:tcPr>
            <w:tcW w:type="dxa" w:w="960"/>
          </w:tcPr>
          <w:p>
            <w:r>
              <w:t>韩瑞静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179.8</w:t>
            </w:r>
          </w:p>
        </w:tc>
        <w:tc>
          <w:tcPr>
            <w:tcW w:type="dxa" w:w="960"/>
          </w:tcPr>
          <w:p>
            <w:r>
              <w:t>378.8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39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102846210205928</w:t>
            </w:r>
          </w:p>
        </w:tc>
        <w:tc>
          <w:tcPr>
            <w:tcW w:type="dxa" w:w="960"/>
          </w:tcPr>
          <w:p>
            <w:r>
              <w:t>郭鑫宇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178.6</w:t>
            </w:r>
          </w:p>
        </w:tc>
        <w:tc>
          <w:tcPr>
            <w:tcW w:type="dxa" w:w="960"/>
          </w:tcPr>
          <w:p>
            <w:r>
              <w:t>377.6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40</w:t>
            </w:r>
          </w:p>
        </w:tc>
        <w:tc>
          <w:tcPr>
            <w:tcW w:type="dxa" w:w="960"/>
          </w:tcPr>
          <w:p>
            <w:r>
              <w:t>审计硕士</w:t>
            </w:r>
          </w:p>
        </w:tc>
        <w:tc>
          <w:tcPr>
            <w:tcW w:type="dxa" w:w="960"/>
          </w:tcPr>
          <w:p>
            <w:r>
              <w:t>102846210200868</w:t>
            </w:r>
          </w:p>
        </w:tc>
        <w:tc>
          <w:tcPr>
            <w:tcW w:type="dxa" w:w="960"/>
          </w:tcPr>
          <w:p>
            <w:r>
              <w:t>高雅馨</w:t>
            </w:r>
          </w:p>
        </w:tc>
        <w:tc>
          <w:tcPr>
            <w:tcW w:type="dxa" w:w="960"/>
          </w:tcPr>
          <w:p>
            <w:r>
              <w:t>175.8</w:t>
            </w:r>
          </w:p>
        </w:tc>
        <w:tc>
          <w:tcPr>
            <w:tcW w:type="dxa" w:w="960"/>
          </w:tcPr>
          <w:p>
            <w:r>
              <w:t>175.8</w:t>
            </w:r>
          </w:p>
        </w:tc>
        <w:tc>
          <w:tcPr>
            <w:tcW w:type="dxa" w:w="960"/>
          </w:tcPr>
          <w:p>
            <w:r>
              <w:t>374.8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