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2019年9月推免生复试缴费通知</w:t>
      </w:r>
    </w:p>
    <w:p>
      <w:r>
        <w:t>各位进入南京大学推免复试的同学请注意，复试报名费将通过南京大学网上缴费系统收取（复试费用人民币80元整），请确保在18日上午9:00前缴纳完毕，以免耽误参加复试。附件为《网上缴费流程》和《收费名单》“支付码”，南京大学在线支付平台支持网银和支付宝付款。</w:t>
      </w:r>
    </w:p>
    <w:p>
      <w:r>
        <w:t>网上缴费流程：</w:t>
      </w:r>
    </w:p>
    <w:p>
      <w:r>
        <w:t>http://history.nju.edu.cn/upload_files/article/8/7_20190916125214.doc</w:t>
      </w:r>
    </w:p>
    <w:p>
      <w:r>
        <w:t>缴费名单：</w:t>
      </w:r>
    </w:p>
    <w:p>
      <w:r>
        <w:t>http://history.nju.edu.cn/upload_files/article/8/7_20190916125249.xlsx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