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2017年9月推免生复试缴费通知</w:t>
      </w:r>
    </w:p>
    <w:p>
      <w:r>
        <w:t>各位进入南京大学推免复试的同学请注意，复试报名费将通过南京大学网上缴费系统收取（复试费用人民币80元整），请确保在19日中午12:00前缴纳完毕，以免耽误参加复试。附件为《网上缴费流程》和《收费名单》“支付码”，南京大学在线支付平台支持网银和支付宝付款。</w:t>
      </w:r>
    </w:p>
    <w:p>
      <w:r>
        <w:t>除此次复试费用外，南京大学历史学院不会再以任何理由和渠道收费，敬请留意。南京大学历史学院主页和南京大学小百合历史系版为通知的官方发布平台，其他渠道的任何收费消息都请不要相信，避免陷入网络诈骗的圈套。请务必注意！</w:t>
      </w:r>
    </w:p>
    <w:p>
      <w:r>
        <w:t>http://history.nju.edu.cn/upload_files/file/20170918/_20170918144216.doc</w:t>
      </w:r>
    </w:p>
    <w:p>
      <w:r>
        <w:t>http://history.nju.edu.cn/upload_files/file/20170918/_20170918144232.xls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