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南京大学历史系关于外校推荐免试硕士生复试的通知</w:t>
      </w:r>
    </w:p>
    <w:p>
      <w:r>
        <w:t>欢迎各位同学被推荐到我系！现将复试事宜通知如下：</w:t>
      </w:r>
    </w:p>
    <w:p>
      <w:r>
        <w:t>10月10日上午9:00以后请各位同学到鼓楼校区文科楼414验证，在405缴纳80元复试费，各专业时间地点如下：</w:t>
      </w:r>
    </w:p>
    <w:p>
      <w:r>
        <w:t>考古学及博物馆学：10日下午15：00，逸夫管理科学楼1614</w:t>
      </w:r>
    </w:p>
    <w:p>
      <w:r>
        <w:t>考生：山东大学崔贻彤</w:t>
      </w:r>
    </w:p>
    <w:p>
      <w:r>
        <w:t>中山大学范宪军</w:t>
      </w:r>
    </w:p>
    <w:p>
      <w:r>
        <w:t>厦门大学李扬</w:t>
      </w:r>
    </w:p>
    <w:p>
      <w:r>
        <w:t>南京师范大学赵梦薇</w:t>
      </w:r>
    </w:p>
    <w:p>
      <w:r>
        <w:t>中国史A 10日下午15:00，文科楼2楼东侧中国古代史专业</w:t>
      </w:r>
    </w:p>
    <w:p>
      <w:r>
        <w:t>考生：兰州大学王双</w:t>
      </w:r>
    </w:p>
    <w:p>
      <w:r>
        <w:t>中山大学赵玉倩</w:t>
      </w:r>
    </w:p>
    <w:p>
      <w:r>
        <w:t>中国史C：10日下午14:30，逸夫管理科学楼1709</w:t>
      </w:r>
    </w:p>
    <w:p>
      <w:r>
        <w:t>考生：湖南师大蔡志鹏</w:t>
      </w:r>
    </w:p>
    <w:p>
      <w:r>
        <w:t>武汉大学曹佐燕</w:t>
      </w:r>
    </w:p>
    <w:p>
      <w:r>
        <w:t>四川大学冯瑶</w:t>
      </w:r>
    </w:p>
    <w:p>
      <w:r>
        <w:t>武汉大学耿艳丽</w:t>
      </w:r>
    </w:p>
    <w:p>
      <w:r>
        <w:t>西北大学闵心蕙</w:t>
      </w:r>
    </w:p>
    <w:p>
      <w:r>
        <w:t>南开大学李丹</w:t>
      </w:r>
    </w:p>
    <w:p>
      <w:r>
        <w:t>中央民族大学梁磬蕾</w:t>
      </w:r>
    </w:p>
    <w:p>
      <w:r>
        <w:t>南京师范大学唐园园</w:t>
      </w:r>
    </w:p>
    <w:p>
      <w:r>
        <w:t>湖南大学王亚婷</w:t>
      </w:r>
    </w:p>
    <w:p>
      <w:r>
        <w:t>兰州大学王钰晗</w:t>
      </w:r>
    </w:p>
    <w:p>
      <w:r>
        <w:t>中山大学姚舒怡</w:t>
      </w:r>
    </w:p>
    <w:p>
      <w:r>
        <w:t>兰州大学左滕慧子</w:t>
      </w:r>
    </w:p>
    <w:p>
      <w:r>
        <w:t>国际关系及世界史A：10日下午14:00，文科楼5楼国际关系专业</w:t>
      </w:r>
    </w:p>
    <w:p>
      <w:r>
        <w:t>考生：西北大学刘乐</w:t>
      </w:r>
    </w:p>
    <w:p>
      <w:r>
        <w:t>中山大学宋艳</w:t>
      </w:r>
    </w:p>
    <w:p>
      <w:r>
        <w:t>武汉大学魏朝</w:t>
      </w:r>
    </w:p>
    <w:p>
      <w:r>
        <w:t>吉林大学邹蕴</w:t>
      </w:r>
    </w:p>
    <w:p>
      <w:r>
        <w:t>辽宁大学朱一君</w:t>
      </w:r>
    </w:p>
    <w:p>
      <w:r>
        <w:t>世界史B：10日下午14：30文科楼5楼世界史专业</w:t>
      </w:r>
    </w:p>
    <w:p>
      <w:r>
        <w:t>考生：山东大学王杰</w:t>
      </w:r>
    </w:p>
    <w:p>
      <w:r>
        <w:t>辽宁大学马轶民</w:t>
      </w:r>
    </w:p>
    <w:p>
      <w:r>
        <w:t>厦门大学宋昊</w:t>
      </w:r>
    </w:p>
    <w:p>
      <w:r>
        <w:t>云南大学孙朝靖</w:t>
      </w:r>
    </w:p>
    <w:p>
      <w:r>
        <w:t>厦门大学吴帅帅</w:t>
      </w:r>
    </w:p>
    <w:p>
      <w:r>
        <w:t>陕西师范大学王云</w:t>
      </w:r>
    </w:p>
    <w:p>
      <w:r>
        <w:t>安徽大学许建萍</w:t>
      </w:r>
    </w:p>
    <w:p>
      <w:r>
        <w:t>辽宁大学闫丽</w:t>
      </w:r>
    </w:p>
    <w:p>
      <w:r>
        <w:t>兰州大学张亮</w:t>
      </w:r>
    </w:p>
    <w:p>
      <w:r>
        <w:t>湖南师范大学周宇平</w:t>
      </w:r>
    </w:p>
    <w:p>
      <w:r>
        <w:t>祝各位考出好成绩！</w:t>
      </w:r>
    </w:p>
    <w:p>
      <w:r>
        <w:t>南京大学历史学系</w:t>
      </w:r>
    </w:p>
    <w:p>
      <w:r>
        <w:t>2012.9.28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