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关于推免生复试费缴费问题的通知</w:t>
      </w:r>
    </w:p>
    <w:p>
      <w:r>
        <w:t>2025年接受推荐免试研究生复试费为80元/人，交费方式为网上支付，请考生在复试报到前完成支付。付款网址http://pay.nju.edu.cn/pay.html，复试费缴费码见附件。</w:t>
      </w:r>
    </w:p>
    <w:p>
      <w:r>
        <w:t>预祝各位考出好成绩！</w:t>
      </w:r>
    </w:p>
    <w:p>
      <w:r>
        <w:t>收费名单.xls</w:t>
      </w:r>
    </w:p>
    <w:p>
      <w:r>
        <w:t>南京大学历史学院</w:t>
      </w:r>
    </w:p>
    <w:p>
      <w:r>
        <w:t>南京大学国际关系研究院</w:t>
      </w:r>
    </w:p>
    <w:p>
      <w:r>
        <w:t>南京大学考古文博与中华文明研究院</w:t>
      </w:r>
    </w:p>
    <w:p>
      <w:r>
        <w:t>2024.9.23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