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化学学院-2026</w:t>
      </w:r>
    </w:p>
    <w:p>
      <w:r>
        <w:t>根据南本发〔2026〕4037号《关于做好推荐2027年优秀应届本科毕业生免试攻读研究生工作的通知》文件精神，学院将在学校推荐优秀本科毕业生免试攻读研究生工作领导小组、南京大学研究生院和本科生院等相关部门的指导下，开展推荐202 7年优秀应届本科毕业生免试攻读研究生遴选工作（以下简称“推免工作”），特制定本工作实施细则。</w:t>
      </w:r>
    </w:p>
    <w:p>
      <w:r>
        <w:t>一、推免生遴选工作指导思想</w:t>
      </w:r>
    </w:p>
    <w:p>
      <w:r>
        <w:t>化学学院推免工作坚持公平、公开、公正的原则，鼓励优秀本科生脱颖而出，全面发展；鼓励院校、学科交叉；鼓励对科研工作有浓厚兴趣、具有突出研究能力和创新意识的本科生申请免试直接攻读博士学位研究生。</w:t>
      </w:r>
    </w:p>
    <w:p>
      <w:r>
        <w:t>二、院系推免生遴选工作小组</w:t>
      </w:r>
    </w:p>
    <w:p>
      <w:r>
        <w:t>组长：俞寿云</w:t>
      </w:r>
    </w:p>
    <w:p>
      <w:r>
        <w:t>副组长：叶德举、吴可</w:t>
      </w:r>
    </w:p>
    <w:p>
      <w:r>
        <w:t>成员：侯文华、李承辉、江德臣、田玉玺、沈群东、胡兴邦、梁勇、王欢、章文伟、徐铮、朱青、郑洁</w:t>
      </w:r>
    </w:p>
    <w:p>
      <w:r>
        <w:t>三、推免对象及条件（此处仅针对本院系学生）</w:t>
      </w:r>
    </w:p>
    <w:p>
      <w:r>
        <w:t>1.通过普通高考（含保送方式）招生录取或面向港澳台华侨学生招生录取的南京大学化学学院202 7年全日制应届本科毕业生，不含第二学士学位学生。热爱祖国，拥护中国共产党的领导，自觉践行社会主义核心价值观，理想信念坚定，社会责任感和历史使命感强。</w:t>
      </w:r>
    </w:p>
    <w:p>
      <w:r>
        <w:t>2.身心健康，品行端正，积极向上，遵纪守法，诚实守信，在校期间无任何考试作弊和学术不端记录，无任何受处分记录。</w:t>
      </w:r>
    </w:p>
    <w:p>
      <w:r>
        <w:t>3.勤奋学习，成绩优良，思想政治理论及实践课程学习情况良好，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退出强基计划的学生不得申请。</w:t>
      </w:r>
    </w:p>
    <w:p>
      <w:r>
        <w:t>四、推免学分绩</w:t>
      </w:r>
    </w:p>
    <w:p>
      <w:r>
        <w:t>（一）纳入学分绩计算范围的课程清单及课程学分认定规则</w:t>
      </w:r>
    </w:p>
    <w:p>
      <w:r>
        <w:t>1.化学课程体系纳入学分绩计算课程清单</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课程名称</w:t>
            </w:r>
          </w:p>
        </w:tc>
        <w:tc>
          <w:tcPr>
            <w:tcW w:type="dxa" w:w="2160"/>
          </w:tcPr>
          <w:p>
            <w:r>
              <w:t>课程类型</w:t>
            </w:r>
          </w:p>
        </w:tc>
        <w:tc>
          <w:tcPr>
            <w:tcW w:type="dxa" w:w="2160"/>
          </w:tcPr>
          <w:p>
            <w:r>
              <w:t>学分</w:t>
            </w:r>
          </w:p>
        </w:tc>
      </w:tr>
      <w:tr>
        <w:tc>
          <w:tcPr>
            <w:tcW w:type="dxa" w:w="2160"/>
          </w:tcPr>
          <w:p>
            <w:r>
              <w:t>00000100</w:t>
            </w:r>
          </w:p>
        </w:tc>
        <w:tc>
          <w:tcPr>
            <w:tcW w:type="dxa" w:w="2160"/>
          </w:tcPr>
          <w:p>
            <w:r>
              <w:t>思想道德与法治</w:t>
            </w:r>
          </w:p>
        </w:tc>
        <w:tc>
          <w:tcPr>
            <w:tcW w:type="dxa" w:w="2160"/>
          </w:tcPr>
          <w:p>
            <w:r>
              <w:t>通修</w:t>
            </w:r>
          </w:p>
        </w:tc>
        <w:tc>
          <w:tcPr>
            <w:tcW w:type="dxa" w:w="2160"/>
          </w:tcPr>
          <w:p>
            <w:r>
              <w:t>3</w:t>
            </w:r>
          </w:p>
        </w:tc>
      </w:tr>
      <w:tr>
        <w:tc>
          <w:tcPr>
            <w:tcW w:type="dxa" w:w="2160"/>
          </w:tcPr>
          <w:p>
            <w:r>
              <w:t>00000041</w:t>
            </w:r>
          </w:p>
        </w:tc>
        <w:tc>
          <w:tcPr>
            <w:tcW w:type="dxa" w:w="2160"/>
          </w:tcPr>
          <w:p>
            <w:r>
              <w:t>中国近现代史纲要</w:t>
            </w:r>
          </w:p>
        </w:tc>
        <w:tc>
          <w:tcPr>
            <w:tcW w:type="dxa" w:w="2160"/>
          </w:tcPr>
          <w:p>
            <w:r>
              <w:t>通修</w:t>
            </w:r>
          </w:p>
        </w:tc>
        <w:tc>
          <w:tcPr>
            <w:tcW w:type="dxa" w:w="2160"/>
          </w:tcPr>
          <w:p>
            <w:r>
              <w:t>3</w:t>
            </w:r>
          </w:p>
        </w:tc>
      </w:tr>
      <w:tr>
        <w:tc>
          <w:tcPr>
            <w:tcW w:type="dxa" w:w="2160"/>
          </w:tcPr>
          <w:p>
            <w:r>
              <w:t>00000110</w:t>
            </w:r>
          </w:p>
        </w:tc>
        <w:tc>
          <w:tcPr>
            <w:tcW w:type="dxa" w:w="2160"/>
          </w:tcPr>
          <w:p>
            <w:r>
              <w:t>马克思主义基本原理</w:t>
            </w:r>
          </w:p>
        </w:tc>
        <w:tc>
          <w:tcPr>
            <w:tcW w:type="dxa" w:w="2160"/>
          </w:tcPr>
          <w:p>
            <w:r>
              <w:t>通修</w:t>
            </w:r>
          </w:p>
        </w:tc>
        <w:tc>
          <w:tcPr>
            <w:tcW w:type="dxa" w:w="2160"/>
          </w:tcPr>
          <w:p>
            <w:r>
              <w:t>3</w:t>
            </w:r>
          </w:p>
        </w:tc>
      </w:tr>
      <w:tr>
        <w:tc>
          <w:tcPr>
            <w:tcW w:type="dxa" w:w="2160"/>
          </w:tcPr>
          <w:p>
            <w:r>
              <w:t>00000130A</w:t>
            </w:r>
          </w:p>
        </w:tc>
        <w:tc>
          <w:tcPr>
            <w:tcW w:type="dxa" w:w="2160"/>
          </w:tcPr>
          <w:p>
            <w:r>
              <w:t>毛泽东思想和中国特色社会主义理论体系概论（理论部分）</w:t>
            </w:r>
          </w:p>
        </w:tc>
        <w:tc>
          <w:tcPr>
            <w:tcW w:type="dxa" w:w="2160"/>
          </w:tcPr>
          <w:p>
            <w:r>
              <w:t>通修</w:t>
            </w:r>
          </w:p>
        </w:tc>
        <w:tc>
          <w:tcPr>
            <w:tcW w:type="dxa" w:w="2160"/>
          </w:tcPr>
          <w:p>
            <w:r>
              <w:t>2</w:t>
            </w:r>
          </w:p>
        </w:tc>
      </w:tr>
      <w:tr>
        <w:tc>
          <w:tcPr>
            <w:tcW w:type="dxa" w:w="2160"/>
          </w:tcPr>
          <w:p>
            <w:r>
              <w:t>00000130B</w:t>
            </w:r>
          </w:p>
        </w:tc>
        <w:tc>
          <w:tcPr>
            <w:tcW w:type="dxa" w:w="2160"/>
          </w:tcPr>
          <w:p>
            <w:r>
              <w:t>毛泽东思想和中国特色社会主义理论体系概论（实践部分）</w:t>
            </w:r>
          </w:p>
        </w:tc>
        <w:tc>
          <w:tcPr>
            <w:tcW w:type="dxa" w:w="2160"/>
          </w:tcPr>
          <w:p>
            <w:r>
              <w:t>通修</w:t>
            </w:r>
          </w:p>
        </w:tc>
        <w:tc>
          <w:tcPr>
            <w:tcW w:type="dxa" w:w="2160"/>
          </w:tcPr>
          <w:p>
            <w:r>
              <w:t>1</w:t>
            </w:r>
          </w:p>
        </w:tc>
      </w:tr>
      <w:tr>
        <w:tc>
          <w:tcPr>
            <w:tcW w:type="dxa" w:w="2160"/>
          </w:tcPr>
          <w:p>
            <w:r>
              <w:t>00000090A</w:t>
            </w:r>
          </w:p>
        </w:tc>
        <w:tc>
          <w:tcPr>
            <w:tcW w:type="dxa" w:w="2160"/>
          </w:tcPr>
          <w:p>
            <w:r>
              <w:t>习近平新时代中国特色社会主义思想概论（理论部分）</w:t>
            </w:r>
          </w:p>
        </w:tc>
        <w:tc>
          <w:tcPr>
            <w:tcW w:type="dxa" w:w="2160"/>
          </w:tcPr>
          <w:p>
            <w:r>
              <w:t>通修</w:t>
            </w:r>
          </w:p>
        </w:tc>
        <w:tc>
          <w:tcPr>
            <w:tcW w:type="dxa" w:w="2160"/>
          </w:tcPr>
          <w:p>
            <w:r>
              <w:t>2</w:t>
            </w:r>
          </w:p>
        </w:tc>
      </w:tr>
      <w:tr>
        <w:tc>
          <w:tcPr>
            <w:tcW w:type="dxa" w:w="2160"/>
          </w:tcPr>
          <w:p>
            <w:r>
              <w:t>00000090B</w:t>
            </w:r>
          </w:p>
        </w:tc>
        <w:tc>
          <w:tcPr>
            <w:tcW w:type="dxa" w:w="2160"/>
          </w:tcPr>
          <w:p>
            <w:r>
              <w:t>习近平新时代中国特色社会主义思想概论（实践部分）</w:t>
            </w:r>
          </w:p>
        </w:tc>
        <w:tc>
          <w:tcPr>
            <w:tcW w:type="dxa" w:w="2160"/>
          </w:tcPr>
          <w:p>
            <w:r>
              <w:t>通修</w:t>
            </w:r>
          </w:p>
        </w:tc>
        <w:tc>
          <w:tcPr>
            <w:tcW w:type="dxa" w:w="2160"/>
          </w:tcPr>
          <w:p>
            <w:r>
              <w:t>1</w:t>
            </w:r>
          </w:p>
        </w:tc>
      </w:tr>
      <w:tr>
        <w:tc>
          <w:tcPr>
            <w:tcW w:type="dxa" w:w="2160"/>
          </w:tcPr>
          <w:p>
            <w:r>
              <w:t>00010012A</w:t>
            </w:r>
          </w:p>
        </w:tc>
        <w:tc>
          <w:tcPr>
            <w:tcW w:type="dxa" w:w="2160"/>
          </w:tcPr>
          <w:p>
            <w:r>
              <w:t>微积分I(第二层次)</w:t>
            </w:r>
          </w:p>
        </w:tc>
        <w:tc>
          <w:tcPr>
            <w:tcW w:type="dxa" w:w="2160"/>
          </w:tcPr>
          <w:p>
            <w:r>
              <w:t>通修</w:t>
            </w:r>
          </w:p>
        </w:tc>
        <w:tc>
          <w:tcPr>
            <w:tcW w:type="dxa" w:w="2160"/>
          </w:tcPr>
          <w:p>
            <w:r>
              <w:t>5</w:t>
            </w:r>
          </w:p>
        </w:tc>
      </w:tr>
      <w:tr>
        <w:tc>
          <w:tcPr>
            <w:tcW w:type="dxa" w:w="2160"/>
          </w:tcPr>
          <w:p>
            <w:r>
              <w:t>00010012B</w:t>
            </w:r>
          </w:p>
        </w:tc>
        <w:tc>
          <w:tcPr>
            <w:tcW w:type="dxa" w:w="2160"/>
          </w:tcPr>
          <w:p>
            <w:r>
              <w:t>微积分II与线性代数(第二层次)</w:t>
            </w:r>
          </w:p>
        </w:tc>
        <w:tc>
          <w:tcPr>
            <w:tcW w:type="dxa" w:w="2160"/>
          </w:tcPr>
          <w:p>
            <w:r>
              <w:t>通修</w:t>
            </w:r>
          </w:p>
        </w:tc>
        <w:tc>
          <w:tcPr>
            <w:tcW w:type="dxa" w:w="2160"/>
          </w:tcPr>
          <w:p>
            <w:r>
              <w:t>5</w:t>
            </w:r>
          </w:p>
        </w:tc>
      </w:tr>
      <w:tr>
        <w:tc>
          <w:tcPr>
            <w:tcW w:type="dxa" w:w="2160"/>
          </w:tcPr>
          <w:p>
            <w:r>
              <w:t>00020060A</w:t>
            </w:r>
          </w:p>
        </w:tc>
        <w:tc>
          <w:tcPr>
            <w:tcW w:type="dxa" w:w="2160"/>
          </w:tcPr>
          <w:p>
            <w:r>
              <w:t>通用学术英语-读写（Ⅰ）</w:t>
            </w:r>
          </w:p>
        </w:tc>
        <w:tc>
          <w:tcPr>
            <w:tcW w:type="dxa" w:w="2160"/>
          </w:tcPr>
          <w:p>
            <w:r>
              <w:t>通修</w:t>
            </w:r>
          </w:p>
        </w:tc>
        <w:tc>
          <w:tcPr>
            <w:tcW w:type="dxa" w:w="2160"/>
          </w:tcPr>
          <w:p>
            <w:r>
              <w:t>8</w:t>
            </w:r>
          </w:p>
        </w:tc>
      </w:tr>
      <w:tr>
        <w:tc>
          <w:tcPr>
            <w:tcW w:type="dxa" w:w="2160"/>
          </w:tcPr>
          <w:p>
            <w:r>
              <w:t>00020060B</w:t>
            </w:r>
          </w:p>
        </w:tc>
        <w:tc>
          <w:tcPr>
            <w:tcW w:type="dxa" w:w="2160"/>
          </w:tcPr>
          <w:p>
            <w:r>
              <w:t>通用学术英语-读写（Ⅱ）</w:t>
            </w:r>
          </w:p>
        </w:tc>
        <w:tc>
          <w:tcPr>
            <w:tcW w:type="dxa" w:w="2160"/>
          </w:tcPr>
          <w:p/>
        </w:tc>
        <w:tc>
          <w:tcPr>
            <w:tcW w:type="dxa" w:w="2160"/>
          </w:tcPr>
          <w:p/>
        </w:tc>
      </w:tr>
      <w:tr>
        <w:tc>
          <w:tcPr>
            <w:tcW w:type="dxa" w:w="2160"/>
          </w:tcPr>
          <w:p>
            <w:r>
              <w:t>00020070A</w:t>
            </w:r>
          </w:p>
        </w:tc>
        <w:tc>
          <w:tcPr>
            <w:tcW w:type="dxa" w:w="2160"/>
          </w:tcPr>
          <w:p>
            <w:r>
              <w:t>通用学术英语-听说（Ⅰ）</w:t>
            </w:r>
          </w:p>
        </w:tc>
        <w:tc>
          <w:tcPr>
            <w:tcW w:type="dxa" w:w="2160"/>
          </w:tcPr>
          <w:p/>
        </w:tc>
        <w:tc>
          <w:tcPr>
            <w:tcW w:type="dxa" w:w="2160"/>
          </w:tcPr>
          <w:p/>
        </w:tc>
      </w:tr>
      <w:tr>
        <w:tc>
          <w:tcPr>
            <w:tcW w:type="dxa" w:w="2160"/>
          </w:tcPr>
          <w:p>
            <w:r>
              <w:t>00020070B</w:t>
            </w:r>
          </w:p>
        </w:tc>
        <w:tc>
          <w:tcPr>
            <w:tcW w:type="dxa" w:w="2160"/>
          </w:tcPr>
          <w:p>
            <w:r>
              <w:t>通用学术英语-听说（Ⅱ）</w:t>
            </w:r>
          </w:p>
        </w:tc>
        <w:tc>
          <w:tcPr>
            <w:tcW w:type="dxa" w:w="2160"/>
          </w:tcPr>
          <w:p/>
        </w:tc>
        <w:tc>
          <w:tcPr>
            <w:tcW w:type="dxa" w:w="2160"/>
          </w:tcPr>
          <w:p/>
        </w:tc>
      </w:tr>
      <w:tr>
        <w:tc>
          <w:tcPr>
            <w:tcW w:type="dxa" w:w="2160"/>
          </w:tcPr>
          <w:p>
            <w:r>
              <w:t>00020080A</w:t>
            </w:r>
          </w:p>
        </w:tc>
        <w:tc>
          <w:tcPr>
            <w:tcW w:type="dxa" w:w="2160"/>
          </w:tcPr>
          <w:p>
            <w:r>
              <w:t>大学进阶英语-读写（Ⅰ）</w:t>
            </w:r>
          </w:p>
        </w:tc>
        <w:tc>
          <w:tcPr>
            <w:tcW w:type="dxa" w:w="2160"/>
          </w:tcPr>
          <w:p/>
        </w:tc>
        <w:tc>
          <w:tcPr>
            <w:tcW w:type="dxa" w:w="2160"/>
          </w:tcPr>
          <w:p/>
        </w:tc>
      </w:tr>
      <w:tr>
        <w:tc>
          <w:tcPr>
            <w:tcW w:type="dxa" w:w="2160"/>
          </w:tcPr>
          <w:p>
            <w:r>
              <w:t>00020080B</w:t>
            </w:r>
          </w:p>
        </w:tc>
        <w:tc>
          <w:tcPr>
            <w:tcW w:type="dxa" w:w="2160"/>
          </w:tcPr>
          <w:p>
            <w:r>
              <w:t>大学进阶英语-读写（Ⅱ）</w:t>
            </w:r>
          </w:p>
        </w:tc>
        <w:tc>
          <w:tcPr>
            <w:tcW w:type="dxa" w:w="2160"/>
          </w:tcPr>
          <w:p/>
        </w:tc>
        <w:tc>
          <w:tcPr>
            <w:tcW w:type="dxa" w:w="2160"/>
          </w:tcPr>
          <w:p/>
        </w:tc>
      </w:tr>
      <w:tr>
        <w:tc>
          <w:tcPr>
            <w:tcW w:type="dxa" w:w="2160"/>
          </w:tcPr>
          <w:p>
            <w:r>
              <w:t>00020090A</w:t>
            </w:r>
          </w:p>
        </w:tc>
        <w:tc>
          <w:tcPr>
            <w:tcW w:type="dxa" w:w="2160"/>
          </w:tcPr>
          <w:p>
            <w:r>
              <w:t>大学进阶英语-听说（Ⅰ）</w:t>
            </w:r>
          </w:p>
        </w:tc>
        <w:tc>
          <w:tcPr>
            <w:tcW w:type="dxa" w:w="2160"/>
          </w:tcPr>
          <w:p/>
        </w:tc>
        <w:tc>
          <w:tcPr>
            <w:tcW w:type="dxa" w:w="2160"/>
          </w:tcPr>
          <w:p/>
        </w:tc>
      </w:tr>
      <w:tr>
        <w:tc>
          <w:tcPr>
            <w:tcW w:type="dxa" w:w="2160"/>
          </w:tcPr>
          <w:p>
            <w:r>
              <w:t>00020090B</w:t>
            </w:r>
          </w:p>
        </w:tc>
        <w:tc>
          <w:tcPr>
            <w:tcW w:type="dxa" w:w="2160"/>
          </w:tcPr>
          <w:p>
            <w:r>
              <w:t>大学进阶英语-听说（Ⅱ）</w:t>
            </w:r>
          </w:p>
        </w:tc>
        <w:tc>
          <w:tcPr>
            <w:tcW w:type="dxa" w:w="2160"/>
          </w:tcPr>
          <w:p/>
        </w:tc>
        <w:tc>
          <w:tcPr>
            <w:tcW w:type="dxa" w:w="2160"/>
          </w:tcPr>
          <w:p/>
        </w:tc>
      </w:tr>
      <w:tr>
        <w:tc>
          <w:tcPr>
            <w:tcW w:type="dxa" w:w="2160"/>
          </w:tcPr>
          <w:p>
            <w:r>
              <w:t>00020022B</w:t>
            </w:r>
          </w:p>
        </w:tc>
        <w:tc>
          <w:tcPr>
            <w:tcW w:type="dxa" w:w="2160"/>
          </w:tcPr>
          <w:p>
            <w:r>
              <w:t>新闻英语读写/翻译基础与实践/批判性阅读：美国社会与文化/英语文学精品赏析/学术性阅读：语言与思维/学术英语写作</w:t>
            </w:r>
          </w:p>
        </w:tc>
        <w:tc>
          <w:tcPr>
            <w:tcW w:type="dxa" w:w="2160"/>
          </w:tcPr>
          <w:p/>
        </w:tc>
        <w:tc>
          <w:tcPr>
            <w:tcW w:type="dxa" w:w="2160"/>
          </w:tcPr>
          <w:p/>
        </w:tc>
      </w:tr>
      <w:tr>
        <w:tc>
          <w:tcPr>
            <w:tcW w:type="dxa" w:w="2160"/>
          </w:tcPr>
          <w:p>
            <w:r>
              <w:t>00020032B</w:t>
            </w:r>
          </w:p>
        </w:tc>
        <w:tc>
          <w:tcPr>
            <w:tcW w:type="dxa" w:w="2160"/>
          </w:tcPr>
          <w:p>
            <w:r>
              <w:t>高级英语口语/视听说与跨文化交际/国际学术交流英语/英文电影视听说与文化赏析</w:t>
            </w:r>
          </w:p>
        </w:tc>
        <w:tc>
          <w:tcPr>
            <w:tcW w:type="dxa" w:w="2160"/>
          </w:tcPr>
          <w:p/>
        </w:tc>
        <w:tc>
          <w:tcPr>
            <w:tcW w:type="dxa" w:w="2160"/>
          </w:tcPr>
          <w:p/>
        </w:tc>
      </w:tr>
      <w:tr>
        <w:tc>
          <w:tcPr>
            <w:tcW w:type="dxa" w:w="2160"/>
          </w:tcPr>
          <w:p>
            <w:r>
              <w:t>00020110A</w:t>
            </w:r>
          </w:p>
        </w:tc>
        <w:tc>
          <w:tcPr>
            <w:tcW w:type="dxa" w:w="2160"/>
          </w:tcPr>
          <w:p>
            <w:r>
              <w:t>学术英语读写（Ⅰ）</w:t>
            </w:r>
          </w:p>
        </w:tc>
        <w:tc>
          <w:tcPr>
            <w:tcW w:type="dxa" w:w="2160"/>
          </w:tcPr>
          <w:p/>
        </w:tc>
        <w:tc>
          <w:tcPr>
            <w:tcW w:type="dxa" w:w="2160"/>
          </w:tcPr>
          <w:p/>
        </w:tc>
      </w:tr>
      <w:tr>
        <w:tc>
          <w:tcPr>
            <w:tcW w:type="dxa" w:w="2160"/>
          </w:tcPr>
          <w:p>
            <w:r>
              <w:t>00020110B</w:t>
            </w:r>
          </w:p>
        </w:tc>
        <w:tc>
          <w:tcPr>
            <w:tcW w:type="dxa" w:w="2160"/>
          </w:tcPr>
          <w:p>
            <w:r>
              <w:t>学术英语读写（Ⅱ）</w:t>
            </w:r>
          </w:p>
        </w:tc>
        <w:tc>
          <w:tcPr>
            <w:tcW w:type="dxa" w:w="2160"/>
          </w:tcPr>
          <w:p/>
        </w:tc>
        <w:tc>
          <w:tcPr>
            <w:tcW w:type="dxa" w:w="2160"/>
          </w:tcPr>
          <w:p/>
        </w:tc>
      </w:tr>
      <w:tr>
        <w:tc>
          <w:tcPr>
            <w:tcW w:type="dxa" w:w="2160"/>
          </w:tcPr>
          <w:p>
            <w:r>
              <w:t>00020120</w:t>
            </w:r>
          </w:p>
        </w:tc>
        <w:tc>
          <w:tcPr>
            <w:tcW w:type="dxa" w:w="2160"/>
          </w:tcPr>
          <w:p>
            <w:r>
              <w:t>跨文化交际</w:t>
            </w:r>
          </w:p>
        </w:tc>
        <w:tc>
          <w:tcPr>
            <w:tcW w:type="dxa" w:w="2160"/>
          </w:tcPr>
          <w:p/>
        </w:tc>
        <w:tc>
          <w:tcPr>
            <w:tcW w:type="dxa" w:w="2160"/>
          </w:tcPr>
          <w:p/>
        </w:tc>
      </w:tr>
      <w:tr>
        <w:tc>
          <w:tcPr>
            <w:tcW w:type="dxa" w:w="2160"/>
          </w:tcPr>
          <w:p>
            <w:r>
              <w:t>00020130</w:t>
            </w:r>
          </w:p>
        </w:tc>
        <w:tc>
          <w:tcPr>
            <w:tcW w:type="dxa" w:w="2160"/>
          </w:tcPr>
          <w:p>
            <w:r>
              <w:t>国际学术交流</w:t>
            </w:r>
          </w:p>
        </w:tc>
        <w:tc>
          <w:tcPr>
            <w:tcW w:type="dxa" w:w="2160"/>
          </w:tcPr>
          <w:p/>
        </w:tc>
        <w:tc>
          <w:tcPr>
            <w:tcW w:type="dxa" w:w="2160"/>
          </w:tcPr>
          <w:p/>
        </w:tc>
      </w:tr>
      <w:tr>
        <w:tc>
          <w:tcPr>
            <w:tcW w:type="dxa" w:w="2160"/>
          </w:tcPr>
          <w:p>
            <w:r>
              <w:t>00020140</w:t>
            </w:r>
          </w:p>
        </w:tc>
        <w:tc>
          <w:tcPr>
            <w:tcW w:type="dxa" w:w="2160"/>
          </w:tcPr>
          <w:p>
            <w:r>
              <w:t>通用英语读写</w:t>
            </w:r>
          </w:p>
        </w:tc>
        <w:tc>
          <w:tcPr>
            <w:tcW w:type="dxa" w:w="2160"/>
          </w:tcPr>
          <w:p/>
        </w:tc>
        <w:tc>
          <w:tcPr>
            <w:tcW w:type="dxa" w:w="2160"/>
          </w:tcPr>
          <w:p/>
        </w:tc>
      </w:tr>
      <w:tr>
        <w:tc>
          <w:tcPr>
            <w:tcW w:type="dxa" w:w="2160"/>
          </w:tcPr>
          <w:p>
            <w:r>
              <w:t>00020150A</w:t>
            </w:r>
          </w:p>
        </w:tc>
        <w:tc>
          <w:tcPr>
            <w:tcW w:type="dxa" w:w="2160"/>
          </w:tcPr>
          <w:p>
            <w:r>
              <w:t>通用英语听说（Ⅰ）</w:t>
            </w:r>
          </w:p>
        </w:tc>
        <w:tc>
          <w:tcPr>
            <w:tcW w:type="dxa" w:w="2160"/>
          </w:tcPr>
          <w:p/>
        </w:tc>
        <w:tc>
          <w:tcPr>
            <w:tcW w:type="dxa" w:w="2160"/>
          </w:tcPr>
          <w:p/>
        </w:tc>
      </w:tr>
      <w:tr>
        <w:tc>
          <w:tcPr>
            <w:tcW w:type="dxa" w:w="2160"/>
          </w:tcPr>
          <w:p>
            <w:r>
              <w:t>00020150B</w:t>
            </w:r>
          </w:p>
        </w:tc>
        <w:tc>
          <w:tcPr>
            <w:tcW w:type="dxa" w:w="2160"/>
          </w:tcPr>
          <w:p>
            <w:r>
              <w:t>通用英语听说（Ⅱ）</w:t>
            </w:r>
          </w:p>
        </w:tc>
        <w:tc>
          <w:tcPr>
            <w:tcW w:type="dxa" w:w="2160"/>
          </w:tcPr>
          <w:p/>
        </w:tc>
        <w:tc>
          <w:tcPr>
            <w:tcW w:type="dxa" w:w="2160"/>
          </w:tcPr>
          <w:p/>
        </w:tc>
      </w:tr>
      <w:tr>
        <w:tc>
          <w:tcPr>
            <w:tcW w:type="dxa" w:w="2160"/>
          </w:tcPr>
          <w:p>
            <w:r>
              <w:t>00030211/ 00030220</w:t>
            </w:r>
          </w:p>
        </w:tc>
        <w:tc>
          <w:tcPr>
            <w:tcW w:type="dxa" w:w="2160"/>
          </w:tcPr>
          <w:p>
            <w:r>
              <w:t>C程序设计（层次Ⅰ）/ Python程序设计</w:t>
            </w:r>
          </w:p>
        </w:tc>
        <w:tc>
          <w:tcPr>
            <w:tcW w:type="dxa" w:w="2160"/>
          </w:tcPr>
          <w:p>
            <w:r>
              <w:t>通修</w:t>
            </w:r>
          </w:p>
        </w:tc>
        <w:tc>
          <w:tcPr>
            <w:tcW w:type="dxa" w:w="2160"/>
          </w:tcPr>
          <w:p>
            <w:r>
              <w:t>3</w:t>
            </w:r>
          </w:p>
        </w:tc>
      </w:tr>
      <w:tr>
        <w:tc>
          <w:tcPr>
            <w:tcW w:type="dxa" w:w="2160"/>
          </w:tcPr>
          <w:p>
            <w:r>
              <w:t>12000014A</w:t>
            </w:r>
          </w:p>
        </w:tc>
        <w:tc>
          <w:tcPr>
            <w:tcW w:type="dxa" w:w="2160"/>
          </w:tcPr>
          <w:p>
            <w:r>
              <w:t>普通物理（上）</w:t>
            </w:r>
          </w:p>
        </w:tc>
        <w:tc>
          <w:tcPr>
            <w:tcW w:type="dxa" w:w="2160"/>
          </w:tcPr>
          <w:p>
            <w:r>
              <w:t>平台</w:t>
            </w:r>
          </w:p>
        </w:tc>
        <w:tc>
          <w:tcPr>
            <w:tcW w:type="dxa" w:w="2160"/>
          </w:tcPr>
          <w:p>
            <w:r>
              <w:t>3</w:t>
            </w:r>
          </w:p>
        </w:tc>
      </w:tr>
      <w:tr>
        <w:tc>
          <w:tcPr>
            <w:tcW w:type="dxa" w:w="2160"/>
          </w:tcPr>
          <w:p>
            <w:r>
              <w:t>12000014B</w:t>
            </w:r>
          </w:p>
        </w:tc>
        <w:tc>
          <w:tcPr>
            <w:tcW w:type="dxa" w:w="2160"/>
          </w:tcPr>
          <w:p>
            <w:r>
              <w:t>普通物理（下）</w:t>
            </w:r>
          </w:p>
        </w:tc>
        <w:tc>
          <w:tcPr>
            <w:tcW w:type="dxa" w:w="2160"/>
          </w:tcPr>
          <w:p>
            <w:r>
              <w:t>平台</w:t>
            </w:r>
          </w:p>
        </w:tc>
        <w:tc>
          <w:tcPr>
            <w:tcW w:type="dxa" w:w="2160"/>
          </w:tcPr>
          <w:p>
            <w:r>
              <w:t>3</w:t>
            </w:r>
          </w:p>
        </w:tc>
      </w:tr>
      <w:tr>
        <w:tc>
          <w:tcPr>
            <w:tcW w:type="dxa" w:w="2160"/>
          </w:tcPr>
          <w:p>
            <w:r>
              <w:t>13000250A</w:t>
            </w:r>
          </w:p>
        </w:tc>
        <w:tc>
          <w:tcPr>
            <w:tcW w:type="dxa" w:w="2160"/>
          </w:tcPr>
          <w:p>
            <w:r>
              <w:t>大学化学A</w:t>
            </w:r>
          </w:p>
        </w:tc>
        <w:tc>
          <w:tcPr>
            <w:tcW w:type="dxa" w:w="2160"/>
          </w:tcPr>
          <w:p>
            <w:r>
              <w:t>平台</w:t>
            </w:r>
          </w:p>
        </w:tc>
        <w:tc>
          <w:tcPr>
            <w:tcW w:type="dxa" w:w="2160"/>
          </w:tcPr>
          <w:p>
            <w:r>
              <w:t>3</w:t>
            </w:r>
          </w:p>
        </w:tc>
      </w:tr>
      <w:tr>
        <w:tc>
          <w:tcPr>
            <w:tcW w:type="dxa" w:w="2160"/>
          </w:tcPr>
          <w:p>
            <w:r>
              <w:t>13000250B</w:t>
            </w:r>
          </w:p>
        </w:tc>
        <w:tc>
          <w:tcPr>
            <w:tcW w:type="dxa" w:w="2160"/>
          </w:tcPr>
          <w:p>
            <w:r>
              <w:t>大学化学B</w:t>
            </w:r>
          </w:p>
        </w:tc>
        <w:tc>
          <w:tcPr>
            <w:tcW w:type="dxa" w:w="2160"/>
          </w:tcPr>
          <w:p>
            <w:r>
              <w:t>平台</w:t>
            </w:r>
          </w:p>
        </w:tc>
        <w:tc>
          <w:tcPr>
            <w:tcW w:type="dxa" w:w="2160"/>
          </w:tcPr>
          <w:p>
            <w:r>
              <w:t>3</w:t>
            </w:r>
          </w:p>
        </w:tc>
      </w:tr>
      <w:tr>
        <w:tc>
          <w:tcPr>
            <w:tcW w:type="dxa" w:w="2160"/>
          </w:tcPr>
          <w:p>
            <w:r>
              <w:t>1 4000010 A</w:t>
            </w:r>
          </w:p>
        </w:tc>
        <w:tc>
          <w:tcPr>
            <w:tcW w:type="dxa" w:w="2160"/>
          </w:tcPr>
          <w:p>
            <w:r>
              <w:t>普通生物学（上）</w:t>
            </w:r>
          </w:p>
        </w:tc>
        <w:tc>
          <w:tcPr>
            <w:tcW w:type="dxa" w:w="2160"/>
          </w:tcPr>
          <w:p>
            <w:r>
              <w:t>平台</w:t>
            </w:r>
          </w:p>
        </w:tc>
        <w:tc>
          <w:tcPr>
            <w:tcW w:type="dxa" w:w="2160"/>
          </w:tcPr>
          <w:p>
            <w:r>
              <w:t>2</w:t>
            </w:r>
          </w:p>
        </w:tc>
      </w:tr>
      <w:tr>
        <w:tc>
          <w:tcPr>
            <w:tcW w:type="dxa" w:w="2160"/>
          </w:tcPr>
          <w:p>
            <w:r>
              <w:t>13010260</w:t>
            </w:r>
          </w:p>
        </w:tc>
        <w:tc>
          <w:tcPr>
            <w:tcW w:type="dxa" w:w="2160"/>
          </w:tcPr>
          <w:p>
            <w:r>
              <w:t>化学实验基础</w:t>
            </w:r>
          </w:p>
        </w:tc>
        <w:tc>
          <w:tcPr>
            <w:tcW w:type="dxa" w:w="2160"/>
          </w:tcPr>
          <w:p>
            <w:r>
              <w:t>平台</w:t>
            </w:r>
          </w:p>
        </w:tc>
        <w:tc>
          <w:tcPr>
            <w:tcW w:type="dxa" w:w="2160"/>
          </w:tcPr>
          <w:p>
            <w:r>
              <w:t>2</w:t>
            </w:r>
          </w:p>
        </w:tc>
      </w:tr>
      <w:tr>
        <w:tc>
          <w:tcPr>
            <w:tcW w:type="dxa" w:w="2160"/>
          </w:tcPr>
          <w:p>
            <w:r>
              <w:t>13000110 T</w:t>
            </w:r>
          </w:p>
        </w:tc>
        <w:tc>
          <w:tcPr>
            <w:tcW w:type="dxa" w:w="2160"/>
          </w:tcPr>
          <w:p>
            <w:r>
              <w:t>大学化学实验</w:t>
            </w:r>
          </w:p>
        </w:tc>
        <w:tc>
          <w:tcPr>
            <w:tcW w:type="dxa" w:w="2160"/>
          </w:tcPr>
          <w:p>
            <w:r>
              <w:t>平台</w:t>
            </w:r>
          </w:p>
        </w:tc>
        <w:tc>
          <w:tcPr>
            <w:tcW w:type="dxa" w:w="2160"/>
          </w:tcPr>
          <w:p>
            <w:r>
              <w:t>3</w:t>
            </w:r>
          </w:p>
        </w:tc>
      </w:tr>
      <w:tr>
        <w:tc>
          <w:tcPr>
            <w:tcW w:type="dxa" w:w="2160"/>
          </w:tcPr>
          <w:p>
            <w:r>
              <w:t>13010030</w:t>
            </w:r>
          </w:p>
        </w:tc>
        <w:tc>
          <w:tcPr>
            <w:tcW w:type="dxa" w:w="2160"/>
          </w:tcPr>
          <w:p>
            <w:r>
              <w:t>仪器分析</w:t>
            </w:r>
          </w:p>
        </w:tc>
        <w:tc>
          <w:tcPr>
            <w:tcW w:type="dxa" w:w="2160"/>
          </w:tcPr>
          <w:p>
            <w:r>
              <w:t>核心</w:t>
            </w:r>
          </w:p>
        </w:tc>
        <w:tc>
          <w:tcPr>
            <w:tcW w:type="dxa" w:w="2160"/>
          </w:tcPr>
          <w:p>
            <w:r>
              <w:t>4</w:t>
            </w:r>
          </w:p>
        </w:tc>
      </w:tr>
      <w:tr>
        <w:tc>
          <w:tcPr>
            <w:tcW w:type="dxa" w:w="2160"/>
          </w:tcPr>
          <w:p>
            <w:r>
              <w:t>13010140</w:t>
            </w:r>
          </w:p>
        </w:tc>
        <w:tc>
          <w:tcPr>
            <w:tcW w:type="dxa" w:w="2160"/>
          </w:tcPr>
          <w:p>
            <w:r>
              <w:t>仪器分析实验</w:t>
            </w:r>
          </w:p>
        </w:tc>
        <w:tc>
          <w:tcPr>
            <w:tcW w:type="dxa" w:w="2160"/>
          </w:tcPr>
          <w:p>
            <w:r>
              <w:t>核心</w:t>
            </w:r>
          </w:p>
        </w:tc>
        <w:tc>
          <w:tcPr>
            <w:tcW w:type="dxa" w:w="2160"/>
          </w:tcPr>
          <w:p>
            <w:r>
              <w:t>2</w:t>
            </w:r>
          </w:p>
        </w:tc>
      </w:tr>
      <w:tr>
        <w:tc>
          <w:tcPr>
            <w:tcW w:type="dxa" w:w="2160"/>
          </w:tcPr>
          <w:p>
            <w:r>
              <w:t>13010350A</w:t>
            </w:r>
          </w:p>
        </w:tc>
        <w:tc>
          <w:tcPr>
            <w:tcW w:type="dxa" w:w="2160"/>
          </w:tcPr>
          <w:p>
            <w:r>
              <w:t>有机化学A</w:t>
            </w:r>
          </w:p>
        </w:tc>
        <w:tc>
          <w:tcPr>
            <w:tcW w:type="dxa" w:w="2160"/>
          </w:tcPr>
          <w:p>
            <w:r>
              <w:t>核心</w:t>
            </w:r>
          </w:p>
        </w:tc>
        <w:tc>
          <w:tcPr>
            <w:tcW w:type="dxa" w:w="2160"/>
          </w:tcPr>
          <w:p>
            <w:r>
              <w:t>3</w:t>
            </w:r>
          </w:p>
        </w:tc>
      </w:tr>
      <w:tr>
        <w:tc>
          <w:tcPr>
            <w:tcW w:type="dxa" w:w="2160"/>
          </w:tcPr>
          <w:p>
            <w:r>
              <w:t>13010350B</w:t>
            </w:r>
          </w:p>
        </w:tc>
        <w:tc>
          <w:tcPr>
            <w:tcW w:type="dxa" w:w="2160"/>
          </w:tcPr>
          <w:p>
            <w:r>
              <w:t>有机化学B</w:t>
            </w:r>
          </w:p>
        </w:tc>
        <w:tc>
          <w:tcPr>
            <w:tcW w:type="dxa" w:w="2160"/>
          </w:tcPr>
          <w:p>
            <w:r>
              <w:t>核心</w:t>
            </w:r>
          </w:p>
        </w:tc>
        <w:tc>
          <w:tcPr>
            <w:tcW w:type="dxa" w:w="2160"/>
          </w:tcPr>
          <w:p>
            <w:r>
              <w:t>3</w:t>
            </w:r>
          </w:p>
        </w:tc>
      </w:tr>
      <w:tr>
        <w:tc>
          <w:tcPr>
            <w:tcW w:type="dxa" w:w="2160"/>
          </w:tcPr>
          <w:p>
            <w:r>
              <w:t>13010370A</w:t>
            </w:r>
          </w:p>
        </w:tc>
        <w:tc>
          <w:tcPr>
            <w:tcW w:type="dxa" w:w="2160"/>
          </w:tcPr>
          <w:p>
            <w:r>
              <w:t>有机化学实验A</w:t>
            </w:r>
          </w:p>
        </w:tc>
        <w:tc>
          <w:tcPr>
            <w:tcW w:type="dxa" w:w="2160"/>
          </w:tcPr>
          <w:p>
            <w:r>
              <w:t>核心</w:t>
            </w:r>
          </w:p>
        </w:tc>
        <w:tc>
          <w:tcPr>
            <w:tcW w:type="dxa" w:w="2160"/>
          </w:tcPr>
          <w:p>
            <w:r>
              <w:t>4</w:t>
            </w:r>
          </w:p>
        </w:tc>
      </w:tr>
      <w:tr>
        <w:tc>
          <w:tcPr>
            <w:tcW w:type="dxa" w:w="2160"/>
          </w:tcPr>
          <w:p>
            <w:r>
              <w:t>13010390A</w:t>
            </w:r>
          </w:p>
        </w:tc>
        <w:tc>
          <w:tcPr>
            <w:tcW w:type="dxa" w:w="2160"/>
          </w:tcPr>
          <w:p>
            <w:r>
              <w:t>物理化学A</w:t>
            </w:r>
          </w:p>
        </w:tc>
        <w:tc>
          <w:tcPr>
            <w:tcW w:type="dxa" w:w="2160"/>
          </w:tcPr>
          <w:p>
            <w:r>
              <w:t>核心</w:t>
            </w:r>
          </w:p>
        </w:tc>
        <w:tc>
          <w:tcPr>
            <w:tcW w:type="dxa" w:w="2160"/>
          </w:tcPr>
          <w:p>
            <w:r>
              <w:t>3</w:t>
            </w:r>
          </w:p>
        </w:tc>
      </w:tr>
      <w:tr>
        <w:tc>
          <w:tcPr>
            <w:tcW w:type="dxa" w:w="2160"/>
          </w:tcPr>
          <w:p>
            <w:r>
              <w:t>13010390B</w:t>
            </w:r>
          </w:p>
        </w:tc>
        <w:tc>
          <w:tcPr>
            <w:tcW w:type="dxa" w:w="2160"/>
          </w:tcPr>
          <w:p>
            <w:r>
              <w:t>物理化学B</w:t>
            </w:r>
          </w:p>
        </w:tc>
        <w:tc>
          <w:tcPr>
            <w:tcW w:type="dxa" w:w="2160"/>
          </w:tcPr>
          <w:p>
            <w:r>
              <w:t>核心</w:t>
            </w:r>
          </w:p>
        </w:tc>
        <w:tc>
          <w:tcPr>
            <w:tcW w:type="dxa" w:w="2160"/>
          </w:tcPr>
          <w:p>
            <w:r>
              <w:t>3</w:t>
            </w:r>
          </w:p>
        </w:tc>
      </w:tr>
      <w:tr>
        <w:tc>
          <w:tcPr>
            <w:tcW w:type="dxa" w:w="2160"/>
          </w:tcPr>
          <w:p>
            <w:r>
              <w:t>13010410A</w:t>
            </w:r>
          </w:p>
        </w:tc>
        <w:tc>
          <w:tcPr>
            <w:tcW w:type="dxa" w:w="2160"/>
          </w:tcPr>
          <w:p>
            <w:r>
              <w:t>物理化学实验A</w:t>
            </w:r>
          </w:p>
        </w:tc>
        <w:tc>
          <w:tcPr>
            <w:tcW w:type="dxa" w:w="2160"/>
          </w:tcPr>
          <w:p>
            <w:r>
              <w:t>核心</w:t>
            </w:r>
          </w:p>
        </w:tc>
        <w:tc>
          <w:tcPr>
            <w:tcW w:type="dxa" w:w="2160"/>
          </w:tcPr>
          <w:p>
            <w:r>
              <w:t>3</w:t>
            </w:r>
          </w:p>
        </w:tc>
      </w:tr>
      <w:tr>
        <w:tc>
          <w:tcPr>
            <w:tcW w:type="dxa" w:w="2160"/>
          </w:tcPr>
          <w:p>
            <w:r>
              <w:t>13010010</w:t>
            </w:r>
          </w:p>
        </w:tc>
        <w:tc>
          <w:tcPr>
            <w:tcW w:type="dxa" w:w="2160"/>
          </w:tcPr>
          <w:p>
            <w:r>
              <w:t>结构化学</w:t>
            </w:r>
          </w:p>
        </w:tc>
        <w:tc>
          <w:tcPr>
            <w:tcW w:type="dxa" w:w="2160"/>
          </w:tcPr>
          <w:p>
            <w:r>
              <w:t>核心</w:t>
            </w:r>
          </w:p>
        </w:tc>
        <w:tc>
          <w:tcPr>
            <w:tcW w:type="dxa" w:w="2160"/>
          </w:tcPr>
          <w:p>
            <w:r>
              <w:t>3</w:t>
            </w:r>
          </w:p>
        </w:tc>
      </w:tr>
      <w:tr>
        <w:tc>
          <w:tcPr>
            <w:tcW w:type="dxa" w:w="2160"/>
          </w:tcPr>
          <w:p>
            <w:r>
              <w:t>13030100</w:t>
            </w:r>
          </w:p>
        </w:tc>
        <w:tc>
          <w:tcPr>
            <w:tcW w:type="dxa" w:w="2160"/>
          </w:tcPr>
          <w:p>
            <w:r>
              <w:t>高分子导论</w:t>
            </w:r>
          </w:p>
        </w:tc>
        <w:tc>
          <w:tcPr>
            <w:tcW w:type="dxa" w:w="2160"/>
          </w:tcPr>
          <w:p>
            <w:r>
              <w:t>核心</w:t>
            </w:r>
          </w:p>
        </w:tc>
        <w:tc>
          <w:tcPr>
            <w:tcW w:type="dxa" w:w="2160"/>
          </w:tcPr>
          <w:p>
            <w:r>
              <w:t>2</w:t>
            </w:r>
          </w:p>
        </w:tc>
      </w:tr>
      <w:tr>
        <w:tc>
          <w:tcPr>
            <w:tcW w:type="dxa" w:w="2160"/>
          </w:tcPr>
          <w:p>
            <w:r>
              <w:t>1 3000240A</w:t>
            </w:r>
          </w:p>
        </w:tc>
        <w:tc>
          <w:tcPr>
            <w:tcW w:type="dxa" w:w="2160"/>
          </w:tcPr>
          <w:p>
            <w:r>
              <w:t>化学功能分子实验A</w:t>
            </w:r>
          </w:p>
        </w:tc>
        <w:tc>
          <w:tcPr>
            <w:tcW w:type="dxa" w:w="2160"/>
          </w:tcPr>
          <w:p>
            <w:r>
              <w:t>核心</w:t>
            </w:r>
          </w:p>
        </w:tc>
        <w:tc>
          <w:tcPr>
            <w:tcW w:type="dxa" w:w="2160"/>
          </w:tcPr>
          <w:p>
            <w:r>
              <w:t>2</w:t>
            </w:r>
          </w:p>
        </w:tc>
      </w:tr>
    </w:tbl>
    <w:p>
      <w:r>
        <w:t>2.化学（化学生物学）课程体系纳入学分绩计算课程清单</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课程名称</w:t>
            </w:r>
          </w:p>
        </w:tc>
        <w:tc>
          <w:tcPr>
            <w:tcW w:type="dxa" w:w="2160"/>
          </w:tcPr>
          <w:p>
            <w:r>
              <w:t>课程类型</w:t>
            </w:r>
          </w:p>
        </w:tc>
        <w:tc>
          <w:tcPr>
            <w:tcW w:type="dxa" w:w="2160"/>
          </w:tcPr>
          <w:p>
            <w:r>
              <w:t>学分</w:t>
            </w:r>
          </w:p>
        </w:tc>
      </w:tr>
      <w:tr>
        <w:tc>
          <w:tcPr>
            <w:tcW w:type="dxa" w:w="2160"/>
          </w:tcPr>
          <w:p>
            <w:r>
              <w:t>00000100</w:t>
            </w:r>
          </w:p>
        </w:tc>
        <w:tc>
          <w:tcPr>
            <w:tcW w:type="dxa" w:w="2160"/>
          </w:tcPr>
          <w:p>
            <w:r>
              <w:t>思想道德与法治</w:t>
            </w:r>
          </w:p>
        </w:tc>
        <w:tc>
          <w:tcPr>
            <w:tcW w:type="dxa" w:w="2160"/>
          </w:tcPr>
          <w:p>
            <w:r>
              <w:t>通修</w:t>
            </w:r>
          </w:p>
        </w:tc>
        <w:tc>
          <w:tcPr>
            <w:tcW w:type="dxa" w:w="2160"/>
          </w:tcPr>
          <w:p>
            <w:r>
              <w:t>3</w:t>
            </w:r>
          </w:p>
        </w:tc>
      </w:tr>
      <w:tr>
        <w:tc>
          <w:tcPr>
            <w:tcW w:type="dxa" w:w="2160"/>
          </w:tcPr>
          <w:p>
            <w:r>
              <w:t>00000041</w:t>
            </w:r>
          </w:p>
        </w:tc>
        <w:tc>
          <w:tcPr>
            <w:tcW w:type="dxa" w:w="2160"/>
          </w:tcPr>
          <w:p>
            <w:r>
              <w:t>中国近现代史纲要</w:t>
            </w:r>
          </w:p>
        </w:tc>
        <w:tc>
          <w:tcPr>
            <w:tcW w:type="dxa" w:w="2160"/>
          </w:tcPr>
          <w:p>
            <w:r>
              <w:t>通修</w:t>
            </w:r>
          </w:p>
        </w:tc>
        <w:tc>
          <w:tcPr>
            <w:tcW w:type="dxa" w:w="2160"/>
          </w:tcPr>
          <w:p>
            <w:r>
              <w:t>3</w:t>
            </w:r>
          </w:p>
        </w:tc>
      </w:tr>
      <w:tr>
        <w:tc>
          <w:tcPr>
            <w:tcW w:type="dxa" w:w="2160"/>
          </w:tcPr>
          <w:p>
            <w:r>
              <w:t>00000110</w:t>
            </w:r>
          </w:p>
        </w:tc>
        <w:tc>
          <w:tcPr>
            <w:tcW w:type="dxa" w:w="2160"/>
          </w:tcPr>
          <w:p>
            <w:r>
              <w:t>马克思主义基本原理</w:t>
            </w:r>
          </w:p>
        </w:tc>
        <w:tc>
          <w:tcPr>
            <w:tcW w:type="dxa" w:w="2160"/>
          </w:tcPr>
          <w:p>
            <w:r>
              <w:t>通修</w:t>
            </w:r>
          </w:p>
        </w:tc>
        <w:tc>
          <w:tcPr>
            <w:tcW w:type="dxa" w:w="2160"/>
          </w:tcPr>
          <w:p>
            <w:r>
              <w:t>3</w:t>
            </w:r>
          </w:p>
        </w:tc>
      </w:tr>
      <w:tr>
        <w:tc>
          <w:tcPr>
            <w:tcW w:type="dxa" w:w="2160"/>
          </w:tcPr>
          <w:p>
            <w:r>
              <w:t>00000130A</w:t>
            </w:r>
          </w:p>
        </w:tc>
        <w:tc>
          <w:tcPr>
            <w:tcW w:type="dxa" w:w="2160"/>
          </w:tcPr>
          <w:p>
            <w:r>
              <w:t>毛泽东思想和中国特色社会主义理论体系概论（理论部分）</w:t>
            </w:r>
          </w:p>
        </w:tc>
        <w:tc>
          <w:tcPr>
            <w:tcW w:type="dxa" w:w="2160"/>
          </w:tcPr>
          <w:p>
            <w:r>
              <w:t>通修</w:t>
            </w:r>
          </w:p>
        </w:tc>
        <w:tc>
          <w:tcPr>
            <w:tcW w:type="dxa" w:w="2160"/>
          </w:tcPr>
          <w:p>
            <w:r>
              <w:t>2</w:t>
            </w:r>
          </w:p>
        </w:tc>
      </w:tr>
      <w:tr>
        <w:tc>
          <w:tcPr>
            <w:tcW w:type="dxa" w:w="2160"/>
          </w:tcPr>
          <w:p>
            <w:r>
              <w:t>00000130B</w:t>
            </w:r>
          </w:p>
        </w:tc>
        <w:tc>
          <w:tcPr>
            <w:tcW w:type="dxa" w:w="2160"/>
          </w:tcPr>
          <w:p>
            <w:r>
              <w:t>毛泽东思想和中国特色社会主义理论体系概论（实践部分）</w:t>
            </w:r>
          </w:p>
        </w:tc>
        <w:tc>
          <w:tcPr>
            <w:tcW w:type="dxa" w:w="2160"/>
          </w:tcPr>
          <w:p>
            <w:r>
              <w:t>通修</w:t>
            </w:r>
          </w:p>
        </w:tc>
        <w:tc>
          <w:tcPr>
            <w:tcW w:type="dxa" w:w="2160"/>
          </w:tcPr>
          <w:p>
            <w:r>
              <w:t>1</w:t>
            </w:r>
          </w:p>
        </w:tc>
      </w:tr>
      <w:tr>
        <w:tc>
          <w:tcPr>
            <w:tcW w:type="dxa" w:w="2160"/>
          </w:tcPr>
          <w:p>
            <w:r>
              <w:t>00000090A</w:t>
            </w:r>
          </w:p>
        </w:tc>
        <w:tc>
          <w:tcPr>
            <w:tcW w:type="dxa" w:w="2160"/>
          </w:tcPr>
          <w:p>
            <w:r>
              <w:t>习近平新时代中国特色社会主义思想概论（理论部分）</w:t>
            </w:r>
          </w:p>
        </w:tc>
        <w:tc>
          <w:tcPr>
            <w:tcW w:type="dxa" w:w="2160"/>
          </w:tcPr>
          <w:p>
            <w:r>
              <w:t>通修</w:t>
            </w:r>
          </w:p>
        </w:tc>
        <w:tc>
          <w:tcPr>
            <w:tcW w:type="dxa" w:w="2160"/>
          </w:tcPr>
          <w:p>
            <w:r>
              <w:t>2</w:t>
            </w:r>
          </w:p>
        </w:tc>
      </w:tr>
      <w:tr>
        <w:tc>
          <w:tcPr>
            <w:tcW w:type="dxa" w:w="2160"/>
          </w:tcPr>
          <w:p>
            <w:r>
              <w:t>00000090B</w:t>
            </w:r>
          </w:p>
        </w:tc>
        <w:tc>
          <w:tcPr>
            <w:tcW w:type="dxa" w:w="2160"/>
          </w:tcPr>
          <w:p>
            <w:r>
              <w:t>习近平新时代中国特色社会主义思想概论（实践部分）</w:t>
            </w:r>
          </w:p>
        </w:tc>
        <w:tc>
          <w:tcPr>
            <w:tcW w:type="dxa" w:w="2160"/>
          </w:tcPr>
          <w:p>
            <w:r>
              <w:t>通修</w:t>
            </w:r>
          </w:p>
        </w:tc>
        <w:tc>
          <w:tcPr>
            <w:tcW w:type="dxa" w:w="2160"/>
          </w:tcPr>
          <w:p>
            <w:r>
              <w:t>1</w:t>
            </w:r>
          </w:p>
        </w:tc>
      </w:tr>
      <w:tr>
        <w:tc>
          <w:tcPr>
            <w:tcW w:type="dxa" w:w="2160"/>
          </w:tcPr>
          <w:p>
            <w:r>
              <w:t>00010012A</w:t>
            </w:r>
          </w:p>
        </w:tc>
        <w:tc>
          <w:tcPr>
            <w:tcW w:type="dxa" w:w="2160"/>
          </w:tcPr>
          <w:p>
            <w:r>
              <w:t>微积分I(第二层次)</w:t>
            </w:r>
          </w:p>
        </w:tc>
        <w:tc>
          <w:tcPr>
            <w:tcW w:type="dxa" w:w="2160"/>
          </w:tcPr>
          <w:p>
            <w:r>
              <w:t>通修</w:t>
            </w:r>
          </w:p>
        </w:tc>
        <w:tc>
          <w:tcPr>
            <w:tcW w:type="dxa" w:w="2160"/>
          </w:tcPr>
          <w:p>
            <w:r>
              <w:t>5</w:t>
            </w:r>
          </w:p>
        </w:tc>
      </w:tr>
      <w:tr>
        <w:tc>
          <w:tcPr>
            <w:tcW w:type="dxa" w:w="2160"/>
          </w:tcPr>
          <w:p>
            <w:r>
              <w:t>00010012B</w:t>
            </w:r>
          </w:p>
        </w:tc>
        <w:tc>
          <w:tcPr>
            <w:tcW w:type="dxa" w:w="2160"/>
          </w:tcPr>
          <w:p>
            <w:r>
              <w:t>微积分II与线性代数(第二层次)</w:t>
            </w:r>
          </w:p>
        </w:tc>
        <w:tc>
          <w:tcPr>
            <w:tcW w:type="dxa" w:w="2160"/>
          </w:tcPr>
          <w:p>
            <w:r>
              <w:t>通修</w:t>
            </w:r>
          </w:p>
        </w:tc>
        <w:tc>
          <w:tcPr>
            <w:tcW w:type="dxa" w:w="2160"/>
          </w:tcPr>
          <w:p>
            <w:r>
              <w:t>5</w:t>
            </w:r>
          </w:p>
        </w:tc>
      </w:tr>
      <w:tr>
        <w:tc>
          <w:tcPr>
            <w:tcW w:type="dxa" w:w="2160"/>
          </w:tcPr>
          <w:p>
            <w:r>
              <w:t>00020080A</w:t>
            </w:r>
          </w:p>
        </w:tc>
        <w:tc>
          <w:tcPr>
            <w:tcW w:type="dxa" w:w="2160"/>
          </w:tcPr>
          <w:p>
            <w:r>
              <w:t>大学进阶英语-读写（Ⅰ）</w:t>
            </w:r>
          </w:p>
        </w:tc>
        <w:tc>
          <w:tcPr>
            <w:tcW w:type="dxa" w:w="2160"/>
          </w:tcPr>
          <w:p>
            <w:r>
              <w:t>通修</w:t>
            </w:r>
          </w:p>
        </w:tc>
        <w:tc>
          <w:tcPr>
            <w:tcW w:type="dxa" w:w="2160"/>
          </w:tcPr>
          <w:p>
            <w:r>
              <w:t>8</w:t>
            </w:r>
          </w:p>
        </w:tc>
      </w:tr>
      <w:tr>
        <w:tc>
          <w:tcPr>
            <w:tcW w:type="dxa" w:w="2160"/>
          </w:tcPr>
          <w:p>
            <w:r>
              <w:t>00020080B</w:t>
            </w:r>
          </w:p>
        </w:tc>
        <w:tc>
          <w:tcPr>
            <w:tcW w:type="dxa" w:w="2160"/>
          </w:tcPr>
          <w:p>
            <w:r>
              <w:t>大学进阶英语-读写（Ⅱ）</w:t>
            </w:r>
          </w:p>
        </w:tc>
        <w:tc>
          <w:tcPr>
            <w:tcW w:type="dxa" w:w="2160"/>
          </w:tcPr>
          <w:p/>
        </w:tc>
        <w:tc>
          <w:tcPr>
            <w:tcW w:type="dxa" w:w="2160"/>
          </w:tcPr>
          <w:p/>
        </w:tc>
      </w:tr>
      <w:tr>
        <w:tc>
          <w:tcPr>
            <w:tcW w:type="dxa" w:w="2160"/>
          </w:tcPr>
          <w:p>
            <w:r>
              <w:t>00020090A</w:t>
            </w:r>
          </w:p>
        </w:tc>
        <w:tc>
          <w:tcPr>
            <w:tcW w:type="dxa" w:w="2160"/>
          </w:tcPr>
          <w:p>
            <w:r>
              <w:t>大学进阶英语-听说（Ⅰ）</w:t>
            </w:r>
          </w:p>
        </w:tc>
        <w:tc>
          <w:tcPr>
            <w:tcW w:type="dxa" w:w="2160"/>
          </w:tcPr>
          <w:p/>
        </w:tc>
        <w:tc>
          <w:tcPr>
            <w:tcW w:type="dxa" w:w="2160"/>
          </w:tcPr>
          <w:p/>
        </w:tc>
      </w:tr>
      <w:tr>
        <w:tc>
          <w:tcPr>
            <w:tcW w:type="dxa" w:w="2160"/>
          </w:tcPr>
          <w:p>
            <w:r>
              <w:t>00020090B</w:t>
            </w:r>
          </w:p>
        </w:tc>
        <w:tc>
          <w:tcPr>
            <w:tcW w:type="dxa" w:w="2160"/>
          </w:tcPr>
          <w:p>
            <w:r>
              <w:t>大学进阶英语-听说（Ⅱ）</w:t>
            </w:r>
          </w:p>
        </w:tc>
        <w:tc>
          <w:tcPr>
            <w:tcW w:type="dxa" w:w="2160"/>
          </w:tcPr>
          <w:p/>
        </w:tc>
        <w:tc>
          <w:tcPr>
            <w:tcW w:type="dxa" w:w="2160"/>
          </w:tcPr>
          <w:p/>
        </w:tc>
      </w:tr>
      <w:tr>
        <w:tc>
          <w:tcPr>
            <w:tcW w:type="dxa" w:w="2160"/>
          </w:tcPr>
          <w:p>
            <w:r>
              <w:t>00020022B</w:t>
            </w:r>
          </w:p>
        </w:tc>
        <w:tc>
          <w:tcPr>
            <w:tcW w:type="dxa" w:w="2160"/>
          </w:tcPr>
          <w:p>
            <w:r>
              <w:t>新闻英语读写/翻译基础与实践/批判性阅读：美国社会与文化/英语文学精品赏析/学术性阅读：语言与思维/学术英语写作</w:t>
            </w:r>
          </w:p>
        </w:tc>
        <w:tc>
          <w:tcPr>
            <w:tcW w:type="dxa" w:w="2160"/>
          </w:tcPr>
          <w:p/>
        </w:tc>
        <w:tc>
          <w:tcPr>
            <w:tcW w:type="dxa" w:w="2160"/>
          </w:tcPr>
          <w:p/>
        </w:tc>
      </w:tr>
      <w:tr>
        <w:tc>
          <w:tcPr>
            <w:tcW w:type="dxa" w:w="2160"/>
          </w:tcPr>
          <w:p>
            <w:r>
              <w:t>00020032B</w:t>
            </w:r>
          </w:p>
        </w:tc>
        <w:tc>
          <w:tcPr>
            <w:tcW w:type="dxa" w:w="2160"/>
          </w:tcPr>
          <w:p>
            <w:r>
              <w:t>高级英语口语/视听说与跨文化交际/国际学术交流英语/英文电影视听说与文化赏析</w:t>
            </w:r>
          </w:p>
        </w:tc>
        <w:tc>
          <w:tcPr>
            <w:tcW w:type="dxa" w:w="2160"/>
          </w:tcPr>
          <w:p/>
        </w:tc>
        <w:tc>
          <w:tcPr>
            <w:tcW w:type="dxa" w:w="2160"/>
          </w:tcPr>
          <w:p/>
        </w:tc>
      </w:tr>
      <w:tr>
        <w:tc>
          <w:tcPr>
            <w:tcW w:type="dxa" w:w="2160"/>
          </w:tcPr>
          <w:p>
            <w:r>
              <w:t>00030211/ 00030220</w:t>
            </w:r>
          </w:p>
        </w:tc>
        <w:tc>
          <w:tcPr>
            <w:tcW w:type="dxa" w:w="2160"/>
          </w:tcPr>
          <w:p>
            <w:r>
              <w:t>C程序设计（层次Ⅰ）/ Python程序设计</w:t>
            </w:r>
          </w:p>
        </w:tc>
        <w:tc>
          <w:tcPr>
            <w:tcW w:type="dxa" w:w="2160"/>
          </w:tcPr>
          <w:p>
            <w:r>
              <w:t>通修</w:t>
            </w:r>
          </w:p>
        </w:tc>
        <w:tc>
          <w:tcPr>
            <w:tcW w:type="dxa" w:w="2160"/>
          </w:tcPr>
          <w:p>
            <w:r>
              <w:t>3</w:t>
            </w:r>
          </w:p>
        </w:tc>
      </w:tr>
      <w:tr>
        <w:tc>
          <w:tcPr>
            <w:tcW w:type="dxa" w:w="2160"/>
          </w:tcPr>
          <w:p>
            <w:r>
              <w:t>13000250A</w:t>
            </w:r>
          </w:p>
        </w:tc>
        <w:tc>
          <w:tcPr>
            <w:tcW w:type="dxa" w:w="2160"/>
          </w:tcPr>
          <w:p>
            <w:r>
              <w:t>大学化学A</w:t>
            </w:r>
          </w:p>
        </w:tc>
        <w:tc>
          <w:tcPr>
            <w:tcW w:type="dxa" w:w="2160"/>
          </w:tcPr>
          <w:p>
            <w:r>
              <w:t>平台</w:t>
            </w:r>
          </w:p>
        </w:tc>
        <w:tc>
          <w:tcPr>
            <w:tcW w:type="dxa" w:w="2160"/>
          </w:tcPr>
          <w:p>
            <w:r>
              <w:t>3</w:t>
            </w:r>
          </w:p>
        </w:tc>
      </w:tr>
      <w:tr>
        <w:tc>
          <w:tcPr>
            <w:tcW w:type="dxa" w:w="2160"/>
          </w:tcPr>
          <w:p>
            <w:r>
              <w:t>13000250B</w:t>
            </w:r>
          </w:p>
        </w:tc>
        <w:tc>
          <w:tcPr>
            <w:tcW w:type="dxa" w:w="2160"/>
          </w:tcPr>
          <w:p>
            <w:r>
              <w:t>大学化学B</w:t>
            </w:r>
          </w:p>
        </w:tc>
        <w:tc>
          <w:tcPr>
            <w:tcW w:type="dxa" w:w="2160"/>
          </w:tcPr>
          <w:p>
            <w:r>
              <w:t>平台</w:t>
            </w:r>
          </w:p>
        </w:tc>
        <w:tc>
          <w:tcPr>
            <w:tcW w:type="dxa" w:w="2160"/>
          </w:tcPr>
          <w:p>
            <w:r>
              <w:t>3</w:t>
            </w:r>
          </w:p>
        </w:tc>
      </w:tr>
      <w:tr>
        <w:tc>
          <w:tcPr>
            <w:tcW w:type="dxa" w:w="2160"/>
          </w:tcPr>
          <w:p>
            <w:r>
              <w:t>13010260</w:t>
            </w:r>
          </w:p>
        </w:tc>
        <w:tc>
          <w:tcPr>
            <w:tcW w:type="dxa" w:w="2160"/>
          </w:tcPr>
          <w:p>
            <w:r>
              <w:t>化学实验基础</w:t>
            </w:r>
          </w:p>
        </w:tc>
        <w:tc>
          <w:tcPr>
            <w:tcW w:type="dxa" w:w="2160"/>
          </w:tcPr>
          <w:p>
            <w:r>
              <w:t>平台</w:t>
            </w:r>
          </w:p>
        </w:tc>
        <w:tc>
          <w:tcPr>
            <w:tcW w:type="dxa" w:w="2160"/>
          </w:tcPr>
          <w:p>
            <w:r>
              <w:t>2</w:t>
            </w:r>
          </w:p>
        </w:tc>
      </w:tr>
      <w:tr>
        <w:tc>
          <w:tcPr>
            <w:tcW w:type="dxa" w:w="2160"/>
          </w:tcPr>
          <w:p>
            <w:r>
              <w:t>13000110 T</w:t>
            </w:r>
          </w:p>
        </w:tc>
        <w:tc>
          <w:tcPr>
            <w:tcW w:type="dxa" w:w="2160"/>
          </w:tcPr>
          <w:p>
            <w:r>
              <w:t>大学化学实验</w:t>
            </w:r>
          </w:p>
        </w:tc>
        <w:tc>
          <w:tcPr>
            <w:tcW w:type="dxa" w:w="2160"/>
          </w:tcPr>
          <w:p>
            <w:r>
              <w:t>平台</w:t>
            </w:r>
          </w:p>
        </w:tc>
        <w:tc>
          <w:tcPr>
            <w:tcW w:type="dxa" w:w="2160"/>
          </w:tcPr>
          <w:p>
            <w:r>
              <w:t>3</w:t>
            </w:r>
          </w:p>
        </w:tc>
      </w:tr>
      <w:tr>
        <w:tc>
          <w:tcPr>
            <w:tcW w:type="dxa" w:w="2160"/>
          </w:tcPr>
          <w:p>
            <w:r>
              <w:t>1 4000010 A</w:t>
            </w:r>
          </w:p>
        </w:tc>
        <w:tc>
          <w:tcPr>
            <w:tcW w:type="dxa" w:w="2160"/>
          </w:tcPr>
          <w:p>
            <w:r>
              <w:t>普通生物学（上）</w:t>
            </w:r>
          </w:p>
        </w:tc>
        <w:tc>
          <w:tcPr>
            <w:tcW w:type="dxa" w:w="2160"/>
          </w:tcPr>
          <w:p>
            <w:r>
              <w:t>平台</w:t>
            </w:r>
          </w:p>
        </w:tc>
        <w:tc>
          <w:tcPr>
            <w:tcW w:type="dxa" w:w="2160"/>
          </w:tcPr>
          <w:p>
            <w:r>
              <w:t>2</w:t>
            </w:r>
          </w:p>
        </w:tc>
      </w:tr>
      <w:tr>
        <w:tc>
          <w:tcPr>
            <w:tcW w:type="dxa" w:w="2160"/>
          </w:tcPr>
          <w:p>
            <w:r>
              <w:t>1 4000010 B</w:t>
            </w:r>
          </w:p>
        </w:tc>
        <w:tc>
          <w:tcPr>
            <w:tcW w:type="dxa" w:w="2160"/>
          </w:tcPr>
          <w:p>
            <w:r>
              <w:t>普通生物学（下）</w:t>
            </w:r>
          </w:p>
        </w:tc>
        <w:tc>
          <w:tcPr>
            <w:tcW w:type="dxa" w:w="2160"/>
          </w:tcPr>
          <w:p>
            <w:r>
              <w:t>平台</w:t>
            </w:r>
          </w:p>
        </w:tc>
        <w:tc>
          <w:tcPr>
            <w:tcW w:type="dxa" w:w="2160"/>
          </w:tcPr>
          <w:p>
            <w:r>
              <w:t>2</w:t>
            </w:r>
          </w:p>
        </w:tc>
      </w:tr>
      <w:tr>
        <w:tc>
          <w:tcPr>
            <w:tcW w:type="dxa" w:w="2160"/>
          </w:tcPr>
          <w:p>
            <w:r>
              <w:t>13010150</w:t>
            </w:r>
          </w:p>
        </w:tc>
        <w:tc>
          <w:tcPr>
            <w:tcW w:type="dxa" w:w="2160"/>
          </w:tcPr>
          <w:p>
            <w:r>
              <w:t>现代仪器分析</w:t>
            </w:r>
          </w:p>
        </w:tc>
        <w:tc>
          <w:tcPr>
            <w:tcW w:type="dxa" w:w="2160"/>
          </w:tcPr>
          <w:p>
            <w:r>
              <w:t>核心</w:t>
            </w:r>
          </w:p>
        </w:tc>
        <w:tc>
          <w:tcPr>
            <w:tcW w:type="dxa" w:w="2160"/>
          </w:tcPr>
          <w:p>
            <w:r>
              <w:t>3</w:t>
            </w:r>
          </w:p>
        </w:tc>
      </w:tr>
      <w:tr>
        <w:tc>
          <w:tcPr>
            <w:tcW w:type="dxa" w:w="2160"/>
          </w:tcPr>
          <w:p>
            <w:r>
              <w:t>14010032</w:t>
            </w:r>
          </w:p>
        </w:tc>
        <w:tc>
          <w:tcPr>
            <w:tcW w:type="dxa" w:w="2160"/>
          </w:tcPr>
          <w:p>
            <w:r>
              <w:t>生物化学</w:t>
            </w:r>
          </w:p>
        </w:tc>
        <w:tc>
          <w:tcPr>
            <w:tcW w:type="dxa" w:w="2160"/>
          </w:tcPr>
          <w:p>
            <w:r>
              <w:t>核心</w:t>
            </w:r>
          </w:p>
        </w:tc>
        <w:tc>
          <w:tcPr>
            <w:tcW w:type="dxa" w:w="2160"/>
          </w:tcPr>
          <w:p>
            <w:r>
              <w:t>4</w:t>
            </w:r>
          </w:p>
        </w:tc>
      </w:tr>
      <w:tr>
        <w:tc>
          <w:tcPr>
            <w:tcW w:type="dxa" w:w="2160"/>
          </w:tcPr>
          <w:p>
            <w:r>
              <w:t>14140011T</w:t>
            </w:r>
          </w:p>
        </w:tc>
        <w:tc>
          <w:tcPr>
            <w:tcW w:type="dxa" w:w="2160"/>
          </w:tcPr>
          <w:p>
            <w:r>
              <w:t>生物化学实验</w:t>
            </w:r>
          </w:p>
        </w:tc>
        <w:tc>
          <w:tcPr>
            <w:tcW w:type="dxa" w:w="2160"/>
          </w:tcPr>
          <w:p>
            <w:r>
              <w:t>核心</w:t>
            </w:r>
          </w:p>
        </w:tc>
        <w:tc>
          <w:tcPr>
            <w:tcW w:type="dxa" w:w="2160"/>
          </w:tcPr>
          <w:p>
            <w:r>
              <w:t>2</w:t>
            </w:r>
          </w:p>
        </w:tc>
      </w:tr>
      <w:tr>
        <w:tc>
          <w:tcPr>
            <w:tcW w:type="dxa" w:w="2160"/>
          </w:tcPr>
          <w:p>
            <w:r>
              <w:t>13010050A</w:t>
            </w:r>
          </w:p>
        </w:tc>
        <w:tc>
          <w:tcPr>
            <w:tcW w:type="dxa" w:w="2160"/>
          </w:tcPr>
          <w:p>
            <w:r>
              <w:t>有机化学（一）</w:t>
            </w:r>
          </w:p>
        </w:tc>
        <w:tc>
          <w:tcPr>
            <w:tcW w:type="dxa" w:w="2160"/>
          </w:tcPr>
          <w:p>
            <w:r>
              <w:t>核心</w:t>
            </w:r>
          </w:p>
        </w:tc>
        <w:tc>
          <w:tcPr>
            <w:tcW w:type="dxa" w:w="2160"/>
          </w:tcPr>
          <w:p>
            <w:r>
              <w:t>3</w:t>
            </w:r>
          </w:p>
        </w:tc>
      </w:tr>
      <w:tr>
        <w:tc>
          <w:tcPr>
            <w:tcW w:type="dxa" w:w="2160"/>
          </w:tcPr>
          <w:p>
            <w:r>
              <w:t>13010050B</w:t>
            </w:r>
          </w:p>
        </w:tc>
        <w:tc>
          <w:tcPr>
            <w:tcW w:type="dxa" w:w="2160"/>
          </w:tcPr>
          <w:p>
            <w:r>
              <w:t>有机化学（二）</w:t>
            </w:r>
          </w:p>
        </w:tc>
        <w:tc>
          <w:tcPr>
            <w:tcW w:type="dxa" w:w="2160"/>
          </w:tcPr>
          <w:p>
            <w:r>
              <w:t>核心</w:t>
            </w:r>
          </w:p>
        </w:tc>
        <w:tc>
          <w:tcPr>
            <w:tcW w:type="dxa" w:w="2160"/>
          </w:tcPr>
          <w:p>
            <w:r>
              <w:t>3</w:t>
            </w:r>
          </w:p>
        </w:tc>
      </w:tr>
      <w:tr>
        <w:tc>
          <w:tcPr>
            <w:tcW w:type="dxa" w:w="2160"/>
          </w:tcPr>
          <w:p>
            <w:r>
              <w:t>13010180T</w:t>
            </w:r>
          </w:p>
        </w:tc>
        <w:tc>
          <w:tcPr>
            <w:tcW w:type="dxa" w:w="2160"/>
          </w:tcPr>
          <w:p>
            <w:r>
              <w:t>有机化学实验</w:t>
            </w:r>
          </w:p>
        </w:tc>
        <w:tc>
          <w:tcPr>
            <w:tcW w:type="dxa" w:w="2160"/>
          </w:tcPr>
          <w:p>
            <w:r>
              <w:t>核心</w:t>
            </w:r>
          </w:p>
        </w:tc>
        <w:tc>
          <w:tcPr>
            <w:tcW w:type="dxa" w:w="2160"/>
          </w:tcPr>
          <w:p>
            <w:r>
              <w:t>3</w:t>
            </w:r>
          </w:p>
        </w:tc>
      </w:tr>
      <w:tr>
        <w:tc>
          <w:tcPr>
            <w:tcW w:type="dxa" w:w="2160"/>
          </w:tcPr>
          <w:p>
            <w:r>
              <w:t>14010050</w:t>
            </w:r>
          </w:p>
        </w:tc>
        <w:tc>
          <w:tcPr>
            <w:tcW w:type="dxa" w:w="2160"/>
          </w:tcPr>
          <w:p>
            <w:r>
              <w:t>细胞生物学</w:t>
            </w:r>
          </w:p>
        </w:tc>
        <w:tc>
          <w:tcPr>
            <w:tcW w:type="dxa" w:w="2160"/>
          </w:tcPr>
          <w:p>
            <w:r>
              <w:t>核心</w:t>
            </w:r>
          </w:p>
        </w:tc>
        <w:tc>
          <w:tcPr>
            <w:tcW w:type="dxa" w:w="2160"/>
          </w:tcPr>
          <w:p>
            <w:r>
              <w:t>2</w:t>
            </w:r>
          </w:p>
        </w:tc>
      </w:tr>
      <w:tr>
        <w:tc>
          <w:tcPr>
            <w:tcW w:type="dxa" w:w="2160"/>
          </w:tcPr>
          <w:p>
            <w:r>
              <w:t>13010440</w:t>
            </w:r>
          </w:p>
        </w:tc>
        <w:tc>
          <w:tcPr>
            <w:tcW w:type="dxa" w:w="2160"/>
          </w:tcPr>
          <w:p>
            <w:r>
              <w:t>分子生物学</w:t>
            </w:r>
          </w:p>
        </w:tc>
        <w:tc>
          <w:tcPr>
            <w:tcW w:type="dxa" w:w="2160"/>
          </w:tcPr>
          <w:p>
            <w:r>
              <w:t>核心</w:t>
            </w:r>
          </w:p>
        </w:tc>
        <w:tc>
          <w:tcPr>
            <w:tcW w:type="dxa" w:w="2160"/>
          </w:tcPr>
          <w:p>
            <w:r>
              <w:t>3</w:t>
            </w:r>
          </w:p>
        </w:tc>
      </w:tr>
      <w:tr>
        <w:tc>
          <w:tcPr>
            <w:tcW w:type="dxa" w:w="2160"/>
          </w:tcPr>
          <w:p>
            <w:r>
              <w:t>13010390A</w:t>
            </w:r>
          </w:p>
        </w:tc>
        <w:tc>
          <w:tcPr>
            <w:tcW w:type="dxa" w:w="2160"/>
          </w:tcPr>
          <w:p>
            <w:r>
              <w:t>物理化学A</w:t>
            </w:r>
          </w:p>
        </w:tc>
        <w:tc>
          <w:tcPr>
            <w:tcW w:type="dxa" w:w="2160"/>
          </w:tcPr>
          <w:p>
            <w:r>
              <w:t>核心</w:t>
            </w:r>
          </w:p>
        </w:tc>
        <w:tc>
          <w:tcPr>
            <w:tcW w:type="dxa" w:w="2160"/>
          </w:tcPr>
          <w:p>
            <w:r>
              <w:t>3</w:t>
            </w:r>
          </w:p>
        </w:tc>
      </w:tr>
      <w:tr>
        <w:tc>
          <w:tcPr>
            <w:tcW w:type="dxa" w:w="2160"/>
          </w:tcPr>
          <w:p>
            <w:r>
              <w:t>13010390B</w:t>
            </w:r>
          </w:p>
        </w:tc>
        <w:tc>
          <w:tcPr>
            <w:tcW w:type="dxa" w:w="2160"/>
          </w:tcPr>
          <w:p>
            <w:r>
              <w:t>物理化学B</w:t>
            </w:r>
          </w:p>
        </w:tc>
        <w:tc>
          <w:tcPr>
            <w:tcW w:type="dxa" w:w="2160"/>
          </w:tcPr>
          <w:p>
            <w:r>
              <w:t>核心</w:t>
            </w:r>
          </w:p>
        </w:tc>
        <w:tc>
          <w:tcPr>
            <w:tcW w:type="dxa" w:w="2160"/>
          </w:tcPr>
          <w:p>
            <w:r>
              <w:t>3</w:t>
            </w:r>
          </w:p>
        </w:tc>
      </w:tr>
      <w:tr>
        <w:tc>
          <w:tcPr>
            <w:tcW w:type="dxa" w:w="2160"/>
          </w:tcPr>
          <w:p>
            <w:r>
              <w:t>13010410A</w:t>
            </w:r>
          </w:p>
        </w:tc>
        <w:tc>
          <w:tcPr>
            <w:tcW w:type="dxa" w:w="2160"/>
          </w:tcPr>
          <w:p>
            <w:r>
              <w:t>物理化学实验A</w:t>
            </w:r>
          </w:p>
        </w:tc>
        <w:tc>
          <w:tcPr>
            <w:tcW w:type="dxa" w:w="2160"/>
          </w:tcPr>
          <w:p>
            <w:r>
              <w:t>核心</w:t>
            </w:r>
          </w:p>
        </w:tc>
        <w:tc>
          <w:tcPr>
            <w:tcW w:type="dxa" w:w="2160"/>
          </w:tcPr>
          <w:p>
            <w:r>
              <w:t>3</w:t>
            </w:r>
          </w:p>
        </w:tc>
      </w:tr>
      <w:tr>
        <w:tc>
          <w:tcPr>
            <w:tcW w:type="dxa" w:w="2160"/>
          </w:tcPr>
          <w:p>
            <w:r>
              <w:t>13010200</w:t>
            </w:r>
          </w:p>
        </w:tc>
        <w:tc>
          <w:tcPr>
            <w:tcW w:type="dxa" w:w="2160"/>
          </w:tcPr>
          <w:p>
            <w:r>
              <w:t>化学生物学导论</w:t>
            </w:r>
          </w:p>
        </w:tc>
        <w:tc>
          <w:tcPr>
            <w:tcW w:type="dxa" w:w="2160"/>
          </w:tcPr>
          <w:p>
            <w:r>
              <w:t>核心</w:t>
            </w:r>
          </w:p>
        </w:tc>
        <w:tc>
          <w:tcPr>
            <w:tcW w:type="dxa" w:w="2160"/>
          </w:tcPr>
          <w:p>
            <w:r>
              <w:t>2</w:t>
            </w:r>
          </w:p>
        </w:tc>
      </w:tr>
      <w:tr>
        <w:tc>
          <w:tcPr>
            <w:tcW w:type="dxa" w:w="2160"/>
          </w:tcPr>
          <w:p>
            <w:r>
              <w:t>13010270T</w:t>
            </w:r>
          </w:p>
        </w:tc>
        <w:tc>
          <w:tcPr>
            <w:tcW w:type="dxa" w:w="2160"/>
          </w:tcPr>
          <w:p>
            <w:r>
              <w:t>化学生物学综合实验</w:t>
            </w:r>
          </w:p>
        </w:tc>
        <w:tc>
          <w:tcPr>
            <w:tcW w:type="dxa" w:w="2160"/>
          </w:tcPr>
          <w:p>
            <w:r>
              <w:t>核心</w:t>
            </w:r>
          </w:p>
        </w:tc>
        <w:tc>
          <w:tcPr>
            <w:tcW w:type="dxa" w:w="2160"/>
          </w:tcPr>
          <w:p>
            <w:r>
              <w:t>4</w:t>
            </w:r>
          </w:p>
        </w:tc>
      </w:tr>
      <w:tr>
        <w:tc>
          <w:tcPr>
            <w:tcW w:type="dxa" w:w="2160"/>
          </w:tcPr>
          <w:p>
            <w:r>
              <w:t>14010130</w:t>
            </w:r>
          </w:p>
        </w:tc>
        <w:tc>
          <w:tcPr>
            <w:tcW w:type="dxa" w:w="2160"/>
          </w:tcPr>
          <w:p>
            <w:r>
              <w:t>遗传学</w:t>
            </w:r>
          </w:p>
        </w:tc>
        <w:tc>
          <w:tcPr>
            <w:tcW w:type="dxa" w:w="2160"/>
          </w:tcPr>
          <w:p>
            <w:r>
              <w:t>核心</w:t>
            </w:r>
          </w:p>
        </w:tc>
        <w:tc>
          <w:tcPr>
            <w:tcW w:type="dxa" w:w="2160"/>
          </w:tcPr>
          <w:p>
            <w:r>
              <w:t>2</w:t>
            </w:r>
          </w:p>
        </w:tc>
      </w:tr>
    </w:tbl>
    <w:p>
      <w:r>
        <w:t>3.化学（拔尖计划）课程体系纳入学分绩计算课程清单</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课程名称</w:t>
            </w:r>
          </w:p>
        </w:tc>
        <w:tc>
          <w:tcPr>
            <w:tcW w:type="dxa" w:w="2160"/>
          </w:tcPr>
          <w:p>
            <w:r>
              <w:t>课程类型</w:t>
            </w:r>
          </w:p>
        </w:tc>
        <w:tc>
          <w:tcPr>
            <w:tcW w:type="dxa" w:w="2160"/>
          </w:tcPr>
          <w:p>
            <w:r>
              <w:t>学分</w:t>
            </w:r>
          </w:p>
        </w:tc>
      </w:tr>
      <w:tr>
        <w:tc>
          <w:tcPr>
            <w:tcW w:type="dxa" w:w="2160"/>
          </w:tcPr>
          <w:p>
            <w:r>
              <w:t>00000100</w:t>
            </w:r>
          </w:p>
        </w:tc>
        <w:tc>
          <w:tcPr>
            <w:tcW w:type="dxa" w:w="2160"/>
          </w:tcPr>
          <w:p>
            <w:r>
              <w:t>思想道德与法治</w:t>
            </w:r>
          </w:p>
        </w:tc>
        <w:tc>
          <w:tcPr>
            <w:tcW w:type="dxa" w:w="2160"/>
          </w:tcPr>
          <w:p>
            <w:r>
              <w:t>通修</w:t>
            </w:r>
          </w:p>
        </w:tc>
        <w:tc>
          <w:tcPr>
            <w:tcW w:type="dxa" w:w="2160"/>
          </w:tcPr>
          <w:p>
            <w:r>
              <w:t>3</w:t>
            </w:r>
          </w:p>
        </w:tc>
      </w:tr>
      <w:tr>
        <w:tc>
          <w:tcPr>
            <w:tcW w:type="dxa" w:w="2160"/>
          </w:tcPr>
          <w:p>
            <w:r>
              <w:t>00000041</w:t>
            </w:r>
          </w:p>
        </w:tc>
        <w:tc>
          <w:tcPr>
            <w:tcW w:type="dxa" w:w="2160"/>
          </w:tcPr>
          <w:p>
            <w:r>
              <w:t>中国近现代史纲要</w:t>
            </w:r>
          </w:p>
        </w:tc>
        <w:tc>
          <w:tcPr>
            <w:tcW w:type="dxa" w:w="2160"/>
          </w:tcPr>
          <w:p>
            <w:r>
              <w:t>通修</w:t>
            </w:r>
          </w:p>
        </w:tc>
        <w:tc>
          <w:tcPr>
            <w:tcW w:type="dxa" w:w="2160"/>
          </w:tcPr>
          <w:p>
            <w:r>
              <w:t>3</w:t>
            </w:r>
          </w:p>
        </w:tc>
      </w:tr>
      <w:tr>
        <w:tc>
          <w:tcPr>
            <w:tcW w:type="dxa" w:w="2160"/>
          </w:tcPr>
          <w:p>
            <w:r>
              <w:t>00000110</w:t>
            </w:r>
          </w:p>
        </w:tc>
        <w:tc>
          <w:tcPr>
            <w:tcW w:type="dxa" w:w="2160"/>
          </w:tcPr>
          <w:p>
            <w:r>
              <w:t>马克思主义基本原理</w:t>
            </w:r>
          </w:p>
        </w:tc>
        <w:tc>
          <w:tcPr>
            <w:tcW w:type="dxa" w:w="2160"/>
          </w:tcPr>
          <w:p>
            <w:r>
              <w:t>通修</w:t>
            </w:r>
          </w:p>
        </w:tc>
        <w:tc>
          <w:tcPr>
            <w:tcW w:type="dxa" w:w="2160"/>
          </w:tcPr>
          <w:p>
            <w:r>
              <w:t>3</w:t>
            </w:r>
          </w:p>
        </w:tc>
      </w:tr>
      <w:tr>
        <w:tc>
          <w:tcPr>
            <w:tcW w:type="dxa" w:w="2160"/>
          </w:tcPr>
          <w:p>
            <w:r>
              <w:t>00000130A</w:t>
            </w:r>
          </w:p>
        </w:tc>
        <w:tc>
          <w:tcPr>
            <w:tcW w:type="dxa" w:w="2160"/>
          </w:tcPr>
          <w:p>
            <w:r>
              <w:t>毛泽东思想和中国特色社会主义理论体系概论（理论部分）</w:t>
            </w:r>
          </w:p>
        </w:tc>
        <w:tc>
          <w:tcPr>
            <w:tcW w:type="dxa" w:w="2160"/>
          </w:tcPr>
          <w:p>
            <w:r>
              <w:t>通修</w:t>
            </w:r>
          </w:p>
        </w:tc>
        <w:tc>
          <w:tcPr>
            <w:tcW w:type="dxa" w:w="2160"/>
          </w:tcPr>
          <w:p>
            <w:r>
              <w:t>2</w:t>
            </w:r>
          </w:p>
        </w:tc>
      </w:tr>
      <w:tr>
        <w:tc>
          <w:tcPr>
            <w:tcW w:type="dxa" w:w="2160"/>
          </w:tcPr>
          <w:p>
            <w:r>
              <w:t>00000130B</w:t>
            </w:r>
          </w:p>
        </w:tc>
        <w:tc>
          <w:tcPr>
            <w:tcW w:type="dxa" w:w="2160"/>
          </w:tcPr>
          <w:p>
            <w:r>
              <w:t>毛泽东思想和中国特色社会主义理论体系概论（实践部分）</w:t>
            </w:r>
          </w:p>
        </w:tc>
        <w:tc>
          <w:tcPr>
            <w:tcW w:type="dxa" w:w="2160"/>
          </w:tcPr>
          <w:p>
            <w:r>
              <w:t>通修</w:t>
            </w:r>
          </w:p>
        </w:tc>
        <w:tc>
          <w:tcPr>
            <w:tcW w:type="dxa" w:w="2160"/>
          </w:tcPr>
          <w:p>
            <w:r>
              <w:t>1</w:t>
            </w:r>
          </w:p>
        </w:tc>
      </w:tr>
      <w:tr>
        <w:tc>
          <w:tcPr>
            <w:tcW w:type="dxa" w:w="2160"/>
          </w:tcPr>
          <w:p>
            <w:r>
              <w:t>00000090A</w:t>
            </w:r>
          </w:p>
        </w:tc>
        <w:tc>
          <w:tcPr>
            <w:tcW w:type="dxa" w:w="2160"/>
          </w:tcPr>
          <w:p>
            <w:r>
              <w:t>习近平新时代中国特色社会主义思想概论（理论部分）</w:t>
            </w:r>
          </w:p>
        </w:tc>
        <w:tc>
          <w:tcPr>
            <w:tcW w:type="dxa" w:w="2160"/>
          </w:tcPr>
          <w:p>
            <w:r>
              <w:t>通修</w:t>
            </w:r>
          </w:p>
        </w:tc>
        <w:tc>
          <w:tcPr>
            <w:tcW w:type="dxa" w:w="2160"/>
          </w:tcPr>
          <w:p>
            <w:r>
              <w:t>2</w:t>
            </w:r>
          </w:p>
        </w:tc>
      </w:tr>
      <w:tr>
        <w:tc>
          <w:tcPr>
            <w:tcW w:type="dxa" w:w="2160"/>
          </w:tcPr>
          <w:p>
            <w:r>
              <w:t>00000090B</w:t>
            </w:r>
          </w:p>
        </w:tc>
        <w:tc>
          <w:tcPr>
            <w:tcW w:type="dxa" w:w="2160"/>
          </w:tcPr>
          <w:p>
            <w:r>
              <w:t>习近平新时代中国特色社会主义思想概论（实践部分）</w:t>
            </w:r>
          </w:p>
        </w:tc>
        <w:tc>
          <w:tcPr>
            <w:tcW w:type="dxa" w:w="2160"/>
          </w:tcPr>
          <w:p>
            <w:r>
              <w:t>通修</w:t>
            </w:r>
          </w:p>
        </w:tc>
        <w:tc>
          <w:tcPr>
            <w:tcW w:type="dxa" w:w="2160"/>
          </w:tcPr>
          <w:p>
            <w:r>
              <w:t>1</w:t>
            </w:r>
          </w:p>
        </w:tc>
      </w:tr>
      <w:tr>
        <w:tc>
          <w:tcPr>
            <w:tcW w:type="dxa" w:w="2160"/>
          </w:tcPr>
          <w:p>
            <w:r>
              <w:t>00020110A</w:t>
            </w:r>
          </w:p>
        </w:tc>
        <w:tc>
          <w:tcPr>
            <w:tcW w:type="dxa" w:w="2160"/>
          </w:tcPr>
          <w:p>
            <w:r>
              <w:t>学术英语读写（Ⅰ）</w:t>
            </w:r>
          </w:p>
        </w:tc>
        <w:tc>
          <w:tcPr>
            <w:tcW w:type="dxa" w:w="2160"/>
          </w:tcPr>
          <w:p>
            <w:r>
              <w:t>通修</w:t>
            </w:r>
          </w:p>
        </w:tc>
        <w:tc>
          <w:tcPr>
            <w:tcW w:type="dxa" w:w="2160"/>
          </w:tcPr>
          <w:p>
            <w:r>
              <w:t>8</w:t>
            </w:r>
          </w:p>
        </w:tc>
      </w:tr>
      <w:tr>
        <w:tc>
          <w:tcPr>
            <w:tcW w:type="dxa" w:w="2160"/>
          </w:tcPr>
          <w:p>
            <w:r>
              <w:t>00020110B</w:t>
            </w:r>
          </w:p>
        </w:tc>
        <w:tc>
          <w:tcPr>
            <w:tcW w:type="dxa" w:w="2160"/>
          </w:tcPr>
          <w:p>
            <w:r>
              <w:t>学术英语读写（Ⅱ）</w:t>
            </w:r>
          </w:p>
        </w:tc>
        <w:tc>
          <w:tcPr>
            <w:tcW w:type="dxa" w:w="2160"/>
          </w:tcPr>
          <w:p/>
        </w:tc>
        <w:tc>
          <w:tcPr>
            <w:tcW w:type="dxa" w:w="2160"/>
          </w:tcPr>
          <w:p/>
        </w:tc>
      </w:tr>
      <w:tr>
        <w:tc>
          <w:tcPr>
            <w:tcW w:type="dxa" w:w="2160"/>
          </w:tcPr>
          <w:p>
            <w:r>
              <w:t>00020120</w:t>
            </w:r>
          </w:p>
        </w:tc>
        <w:tc>
          <w:tcPr>
            <w:tcW w:type="dxa" w:w="2160"/>
          </w:tcPr>
          <w:p>
            <w:r>
              <w:t>跨文化交际</w:t>
            </w:r>
          </w:p>
        </w:tc>
        <w:tc>
          <w:tcPr>
            <w:tcW w:type="dxa" w:w="2160"/>
          </w:tcPr>
          <w:p/>
        </w:tc>
        <w:tc>
          <w:tcPr>
            <w:tcW w:type="dxa" w:w="2160"/>
          </w:tcPr>
          <w:p/>
        </w:tc>
      </w:tr>
      <w:tr>
        <w:tc>
          <w:tcPr>
            <w:tcW w:type="dxa" w:w="2160"/>
          </w:tcPr>
          <w:p>
            <w:r>
              <w:t>00020130</w:t>
            </w:r>
          </w:p>
        </w:tc>
        <w:tc>
          <w:tcPr>
            <w:tcW w:type="dxa" w:w="2160"/>
          </w:tcPr>
          <w:p>
            <w:r>
              <w:t>国际学术交流</w:t>
            </w:r>
          </w:p>
        </w:tc>
        <w:tc>
          <w:tcPr>
            <w:tcW w:type="dxa" w:w="2160"/>
          </w:tcPr>
          <w:p/>
        </w:tc>
        <w:tc>
          <w:tcPr>
            <w:tcW w:type="dxa" w:w="2160"/>
          </w:tcPr>
          <w:p/>
        </w:tc>
      </w:tr>
      <w:tr>
        <w:tc>
          <w:tcPr>
            <w:tcW w:type="dxa" w:w="2160"/>
          </w:tcPr>
          <w:p>
            <w:r>
              <w:t>00020140</w:t>
            </w:r>
          </w:p>
        </w:tc>
        <w:tc>
          <w:tcPr>
            <w:tcW w:type="dxa" w:w="2160"/>
          </w:tcPr>
          <w:p>
            <w:r>
              <w:t>通用英语读写</w:t>
            </w:r>
          </w:p>
        </w:tc>
        <w:tc>
          <w:tcPr>
            <w:tcW w:type="dxa" w:w="2160"/>
          </w:tcPr>
          <w:p/>
        </w:tc>
        <w:tc>
          <w:tcPr>
            <w:tcW w:type="dxa" w:w="2160"/>
          </w:tcPr>
          <w:p/>
        </w:tc>
      </w:tr>
      <w:tr>
        <w:tc>
          <w:tcPr>
            <w:tcW w:type="dxa" w:w="2160"/>
          </w:tcPr>
          <w:p>
            <w:r>
              <w:t>00020150A</w:t>
            </w:r>
          </w:p>
        </w:tc>
        <w:tc>
          <w:tcPr>
            <w:tcW w:type="dxa" w:w="2160"/>
          </w:tcPr>
          <w:p>
            <w:r>
              <w:t>通用英语听说（Ⅰ）</w:t>
            </w:r>
          </w:p>
        </w:tc>
        <w:tc>
          <w:tcPr>
            <w:tcW w:type="dxa" w:w="2160"/>
          </w:tcPr>
          <w:p/>
        </w:tc>
        <w:tc>
          <w:tcPr>
            <w:tcW w:type="dxa" w:w="2160"/>
          </w:tcPr>
          <w:p/>
        </w:tc>
      </w:tr>
      <w:tr>
        <w:tc>
          <w:tcPr>
            <w:tcW w:type="dxa" w:w="2160"/>
          </w:tcPr>
          <w:p>
            <w:r>
              <w:t>00020150B</w:t>
            </w:r>
          </w:p>
        </w:tc>
        <w:tc>
          <w:tcPr>
            <w:tcW w:type="dxa" w:w="2160"/>
          </w:tcPr>
          <w:p>
            <w:r>
              <w:t>通用英语听说（Ⅱ）</w:t>
            </w:r>
          </w:p>
        </w:tc>
        <w:tc>
          <w:tcPr>
            <w:tcW w:type="dxa" w:w="2160"/>
          </w:tcPr>
          <w:p/>
        </w:tc>
        <w:tc>
          <w:tcPr>
            <w:tcW w:type="dxa" w:w="2160"/>
          </w:tcPr>
          <w:p/>
        </w:tc>
      </w:tr>
      <w:tr>
        <w:tc>
          <w:tcPr>
            <w:tcW w:type="dxa" w:w="2160"/>
          </w:tcPr>
          <w:p>
            <w:r>
              <w:t>22000010</w:t>
            </w:r>
          </w:p>
        </w:tc>
        <w:tc>
          <w:tcPr>
            <w:tcW w:type="dxa" w:w="2160"/>
          </w:tcPr>
          <w:p>
            <w:r>
              <w:t>程序设计基础</w:t>
            </w:r>
          </w:p>
        </w:tc>
        <w:tc>
          <w:tcPr>
            <w:tcW w:type="dxa" w:w="2160"/>
          </w:tcPr>
          <w:p>
            <w:r>
              <w:t>通修</w:t>
            </w:r>
          </w:p>
        </w:tc>
        <w:tc>
          <w:tcPr>
            <w:tcW w:type="dxa" w:w="2160"/>
          </w:tcPr>
          <w:p>
            <w:r>
              <w:t>3</w:t>
            </w:r>
          </w:p>
        </w:tc>
      </w:tr>
      <w:tr>
        <w:tc>
          <w:tcPr>
            <w:tcW w:type="dxa" w:w="2160"/>
          </w:tcPr>
          <w:p>
            <w:r>
              <w:t>11100140A</w:t>
            </w:r>
          </w:p>
        </w:tc>
        <w:tc>
          <w:tcPr>
            <w:tcW w:type="dxa" w:w="2160"/>
          </w:tcPr>
          <w:p>
            <w:r>
              <w:t>微积分I(第一层次)</w:t>
            </w:r>
          </w:p>
        </w:tc>
        <w:tc>
          <w:tcPr>
            <w:tcW w:type="dxa" w:w="2160"/>
          </w:tcPr>
          <w:p>
            <w:r>
              <w:t>通修</w:t>
            </w:r>
          </w:p>
        </w:tc>
        <w:tc>
          <w:tcPr>
            <w:tcW w:type="dxa" w:w="2160"/>
          </w:tcPr>
          <w:p>
            <w:r>
              <w:t>5</w:t>
            </w:r>
          </w:p>
        </w:tc>
      </w:tr>
      <w:tr>
        <w:tc>
          <w:tcPr>
            <w:tcW w:type="dxa" w:w="2160"/>
          </w:tcPr>
          <w:p>
            <w:r>
              <w:t>11100140B</w:t>
            </w:r>
          </w:p>
        </w:tc>
        <w:tc>
          <w:tcPr>
            <w:tcW w:type="dxa" w:w="2160"/>
          </w:tcPr>
          <w:p>
            <w:r>
              <w:t>微积分II(第一层次)</w:t>
            </w:r>
          </w:p>
        </w:tc>
        <w:tc>
          <w:tcPr>
            <w:tcW w:type="dxa" w:w="2160"/>
          </w:tcPr>
          <w:p>
            <w:r>
              <w:t>通修</w:t>
            </w:r>
          </w:p>
        </w:tc>
        <w:tc>
          <w:tcPr>
            <w:tcW w:type="dxa" w:w="2160"/>
          </w:tcPr>
          <w:p>
            <w:r>
              <w:t>5</w:t>
            </w:r>
          </w:p>
        </w:tc>
      </w:tr>
      <w:tr>
        <w:tc>
          <w:tcPr>
            <w:tcW w:type="dxa" w:w="2160"/>
          </w:tcPr>
          <w:p>
            <w:r>
              <w:t>11100140C</w:t>
            </w:r>
          </w:p>
        </w:tc>
        <w:tc>
          <w:tcPr>
            <w:tcW w:type="dxa" w:w="2160"/>
          </w:tcPr>
          <w:p>
            <w:r>
              <w:t>线性代数(第一层次)</w:t>
            </w:r>
          </w:p>
        </w:tc>
        <w:tc>
          <w:tcPr>
            <w:tcW w:type="dxa" w:w="2160"/>
          </w:tcPr>
          <w:p>
            <w:r>
              <w:t>通修</w:t>
            </w:r>
          </w:p>
        </w:tc>
        <w:tc>
          <w:tcPr>
            <w:tcW w:type="dxa" w:w="2160"/>
          </w:tcPr>
          <w:p>
            <w:r>
              <w:t>4</w:t>
            </w:r>
          </w:p>
        </w:tc>
      </w:tr>
      <w:tr>
        <w:tc>
          <w:tcPr>
            <w:tcW w:type="dxa" w:w="2160"/>
          </w:tcPr>
          <w:p>
            <w:r>
              <w:t>13010260</w:t>
            </w:r>
          </w:p>
        </w:tc>
        <w:tc>
          <w:tcPr>
            <w:tcW w:type="dxa" w:w="2160"/>
          </w:tcPr>
          <w:p>
            <w:r>
              <w:t>化学实验基础</w:t>
            </w:r>
          </w:p>
        </w:tc>
        <w:tc>
          <w:tcPr>
            <w:tcW w:type="dxa" w:w="2160"/>
          </w:tcPr>
          <w:p>
            <w:r>
              <w:t>平台</w:t>
            </w:r>
          </w:p>
        </w:tc>
        <w:tc>
          <w:tcPr>
            <w:tcW w:type="dxa" w:w="2160"/>
          </w:tcPr>
          <w:p>
            <w:r>
              <w:t>2</w:t>
            </w:r>
          </w:p>
        </w:tc>
      </w:tr>
      <w:tr>
        <w:tc>
          <w:tcPr>
            <w:tcW w:type="dxa" w:w="2160"/>
          </w:tcPr>
          <w:p>
            <w:r>
              <w:t>13000190</w:t>
            </w:r>
          </w:p>
        </w:tc>
        <w:tc>
          <w:tcPr>
            <w:tcW w:type="dxa" w:w="2160"/>
          </w:tcPr>
          <w:p>
            <w:r>
              <w:t>化学合成与表征I</w:t>
            </w:r>
          </w:p>
        </w:tc>
        <w:tc>
          <w:tcPr>
            <w:tcW w:type="dxa" w:w="2160"/>
          </w:tcPr>
          <w:p>
            <w:r>
              <w:t>平台</w:t>
            </w:r>
          </w:p>
        </w:tc>
        <w:tc>
          <w:tcPr>
            <w:tcW w:type="dxa" w:w="2160"/>
          </w:tcPr>
          <w:p>
            <w:r>
              <w:t>3</w:t>
            </w:r>
          </w:p>
        </w:tc>
      </w:tr>
      <w:tr>
        <w:tc>
          <w:tcPr>
            <w:tcW w:type="dxa" w:w="2160"/>
          </w:tcPr>
          <w:p>
            <w:r>
              <w:t>13010030</w:t>
            </w:r>
          </w:p>
        </w:tc>
        <w:tc>
          <w:tcPr>
            <w:tcW w:type="dxa" w:w="2160"/>
          </w:tcPr>
          <w:p>
            <w:r>
              <w:t>仪器分析</w:t>
            </w:r>
          </w:p>
        </w:tc>
        <w:tc>
          <w:tcPr>
            <w:tcW w:type="dxa" w:w="2160"/>
          </w:tcPr>
          <w:p>
            <w:r>
              <w:t>核心</w:t>
            </w:r>
          </w:p>
        </w:tc>
        <w:tc>
          <w:tcPr>
            <w:tcW w:type="dxa" w:w="2160"/>
          </w:tcPr>
          <w:p>
            <w:r>
              <w:t>4</w:t>
            </w:r>
          </w:p>
        </w:tc>
      </w:tr>
      <w:tr>
        <w:tc>
          <w:tcPr>
            <w:tcW w:type="dxa" w:w="2160"/>
          </w:tcPr>
          <w:p>
            <w:r>
              <w:t>13000200</w:t>
            </w:r>
          </w:p>
        </w:tc>
        <w:tc>
          <w:tcPr>
            <w:tcW w:type="dxa" w:w="2160"/>
          </w:tcPr>
          <w:p>
            <w:r>
              <w:t>化学合成与表征II</w:t>
            </w:r>
          </w:p>
        </w:tc>
        <w:tc>
          <w:tcPr>
            <w:tcW w:type="dxa" w:w="2160"/>
          </w:tcPr>
          <w:p>
            <w:r>
              <w:t>核心</w:t>
            </w:r>
          </w:p>
        </w:tc>
        <w:tc>
          <w:tcPr>
            <w:tcW w:type="dxa" w:w="2160"/>
          </w:tcPr>
          <w:p>
            <w:r>
              <w:t>3</w:t>
            </w:r>
          </w:p>
        </w:tc>
      </w:tr>
      <w:tr>
        <w:tc>
          <w:tcPr>
            <w:tcW w:type="dxa" w:w="2160"/>
          </w:tcPr>
          <w:p>
            <w:r>
              <w:t>13010420T</w:t>
            </w:r>
          </w:p>
        </w:tc>
        <w:tc>
          <w:tcPr>
            <w:tcW w:type="dxa" w:w="2160"/>
          </w:tcPr>
          <w:p>
            <w:r>
              <w:t>化学原理与测量I</w:t>
            </w:r>
          </w:p>
        </w:tc>
        <w:tc>
          <w:tcPr>
            <w:tcW w:type="dxa" w:w="2160"/>
          </w:tcPr>
          <w:p>
            <w:r>
              <w:t>核心</w:t>
            </w:r>
          </w:p>
        </w:tc>
        <w:tc>
          <w:tcPr>
            <w:tcW w:type="dxa" w:w="2160"/>
          </w:tcPr>
          <w:p>
            <w:r>
              <w:t>2.5</w:t>
            </w:r>
          </w:p>
        </w:tc>
      </w:tr>
      <w:tr>
        <w:tc>
          <w:tcPr>
            <w:tcW w:type="dxa" w:w="2160"/>
          </w:tcPr>
          <w:p>
            <w:r>
              <w:t>13000220</w:t>
            </w:r>
          </w:p>
        </w:tc>
        <w:tc>
          <w:tcPr>
            <w:tcW w:type="dxa" w:w="2160"/>
          </w:tcPr>
          <w:p>
            <w:r>
              <w:t>化学合成与表征III</w:t>
            </w:r>
          </w:p>
        </w:tc>
        <w:tc>
          <w:tcPr>
            <w:tcW w:type="dxa" w:w="2160"/>
          </w:tcPr>
          <w:p>
            <w:r>
              <w:t>核心</w:t>
            </w:r>
          </w:p>
        </w:tc>
        <w:tc>
          <w:tcPr>
            <w:tcW w:type="dxa" w:w="2160"/>
          </w:tcPr>
          <w:p>
            <w:r>
              <w:t>1.5</w:t>
            </w:r>
          </w:p>
        </w:tc>
      </w:tr>
      <w:tr>
        <w:tc>
          <w:tcPr>
            <w:tcW w:type="dxa" w:w="2160"/>
          </w:tcPr>
          <w:p>
            <w:r>
              <w:t>13010050A</w:t>
            </w:r>
          </w:p>
        </w:tc>
        <w:tc>
          <w:tcPr>
            <w:tcW w:type="dxa" w:w="2160"/>
          </w:tcPr>
          <w:p>
            <w:r>
              <w:t>有机化学（一）</w:t>
            </w:r>
          </w:p>
        </w:tc>
        <w:tc>
          <w:tcPr>
            <w:tcW w:type="dxa" w:w="2160"/>
          </w:tcPr>
          <w:p>
            <w:r>
              <w:t>核心</w:t>
            </w:r>
          </w:p>
        </w:tc>
        <w:tc>
          <w:tcPr>
            <w:tcW w:type="dxa" w:w="2160"/>
          </w:tcPr>
          <w:p>
            <w:r>
              <w:t>3</w:t>
            </w:r>
          </w:p>
        </w:tc>
      </w:tr>
      <w:tr>
        <w:tc>
          <w:tcPr>
            <w:tcW w:type="dxa" w:w="2160"/>
          </w:tcPr>
          <w:p>
            <w:r>
              <w:t>13010050B</w:t>
            </w:r>
          </w:p>
        </w:tc>
        <w:tc>
          <w:tcPr>
            <w:tcW w:type="dxa" w:w="2160"/>
          </w:tcPr>
          <w:p>
            <w:r>
              <w:t>有机化学（二）</w:t>
            </w:r>
          </w:p>
        </w:tc>
        <w:tc>
          <w:tcPr>
            <w:tcW w:type="dxa" w:w="2160"/>
          </w:tcPr>
          <w:p>
            <w:r>
              <w:t>核心</w:t>
            </w:r>
          </w:p>
        </w:tc>
        <w:tc>
          <w:tcPr>
            <w:tcW w:type="dxa" w:w="2160"/>
          </w:tcPr>
          <w:p>
            <w:r>
              <w:t>3</w:t>
            </w:r>
          </w:p>
        </w:tc>
      </w:tr>
      <w:tr>
        <w:tc>
          <w:tcPr>
            <w:tcW w:type="dxa" w:w="2160"/>
          </w:tcPr>
          <w:p>
            <w:r>
              <w:t>13010430T</w:t>
            </w:r>
          </w:p>
        </w:tc>
        <w:tc>
          <w:tcPr>
            <w:tcW w:type="dxa" w:w="2160"/>
          </w:tcPr>
          <w:p>
            <w:r>
              <w:t>化学原理与测量II</w:t>
            </w:r>
          </w:p>
        </w:tc>
        <w:tc>
          <w:tcPr>
            <w:tcW w:type="dxa" w:w="2160"/>
          </w:tcPr>
          <w:p>
            <w:r>
              <w:t>核心</w:t>
            </w:r>
          </w:p>
        </w:tc>
        <w:tc>
          <w:tcPr>
            <w:tcW w:type="dxa" w:w="2160"/>
          </w:tcPr>
          <w:p>
            <w:r>
              <w:t>2.5</w:t>
            </w:r>
          </w:p>
        </w:tc>
      </w:tr>
      <w:tr>
        <w:tc>
          <w:tcPr>
            <w:tcW w:type="dxa" w:w="2160"/>
          </w:tcPr>
          <w:p>
            <w:r>
              <w:t>13010280</w:t>
            </w:r>
          </w:p>
        </w:tc>
        <w:tc>
          <w:tcPr>
            <w:tcW w:type="dxa" w:w="2160"/>
          </w:tcPr>
          <w:p>
            <w:r>
              <w:t>化学原理与测量III</w:t>
            </w:r>
          </w:p>
        </w:tc>
        <w:tc>
          <w:tcPr>
            <w:tcW w:type="dxa" w:w="2160"/>
          </w:tcPr>
          <w:p>
            <w:r>
              <w:t>核心</w:t>
            </w:r>
          </w:p>
        </w:tc>
        <w:tc>
          <w:tcPr>
            <w:tcW w:type="dxa" w:w="2160"/>
          </w:tcPr>
          <w:p>
            <w:r>
              <w:t>1.5</w:t>
            </w:r>
          </w:p>
        </w:tc>
      </w:tr>
      <w:tr>
        <w:tc>
          <w:tcPr>
            <w:tcW w:type="dxa" w:w="2160"/>
          </w:tcPr>
          <w:p>
            <w:r>
              <w:t>13010290T</w:t>
            </w:r>
          </w:p>
        </w:tc>
        <w:tc>
          <w:tcPr>
            <w:tcW w:type="dxa" w:w="2160"/>
          </w:tcPr>
          <w:p>
            <w:r>
              <w:t>化学功能分子实验</w:t>
            </w:r>
          </w:p>
        </w:tc>
        <w:tc>
          <w:tcPr>
            <w:tcW w:type="dxa" w:w="2160"/>
          </w:tcPr>
          <w:p>
            <w:r>
              <w:t>核心</w:t>
            </w:r>
          </w:p>
        </w:tc>
        <w:tc>
          <w:tcPr>
            <w:tcW w:type="dxa" w:w="2160"/>
          </w:tcPr>
          <w:p>
            <w:r>
              <w:t>3</w:t>
            </w:r>
          </w:p>
        </w:tc>
      </w:tr>
      <w:tr>
        <w:tc>
          <w:tcPr>
            <w:tcW w:type="dxa" w:w="2160"/>
          </w:tcPr>
          <w:p>
            <w:r>
              <w:t>13030240A</w:t>
            </w:r>
          </w:p>
        </w:tc>
        <w:tc>
          <w:tcPr>
            <w:tcW w:type="dxa" w:w="2160"/>
          </w:tcPr>
          <w:p>
            <w:r>
              <w:t>化学原理</w:t>
            </w:r>
          </w:p>
        </w:tc>
        <w:tc>
          <w:tcPr>
            <w:tcW w:type="dxa" w:w="2160"/>
          </w:tcPr>
          <w:p>
            <w:r>
              <w:t>平台</w:t>
            </w:r>
          </w:p>
        </w:tc>
        <w:tc>
          <w:tcPr>
            <w:tcW w:type="dxa" w:w="2160"/>
          </w:tcPr>
          <w:p>
            <w:r>
              <w:t>4</w:t>
            </w:r>
          </w:p>
        </w:tc>
      </w:tr>
      <w:tr>
        <w:tc>
          <w:tcPr>
            <w:tcW w:type="dxa" w:w="2160"/>
          </w:tcPr>
          <w:p>
            <w:r>
              <w:t>13030240B</w:t>
            </w:r>
          </w:p>
        </w:tc>
        <w:tc>
          <w:tcPr>
            <w:tcW w:type="dxa" w:w="2160"/>
          </w:tcPr>
          <w:p>
            <w:r>
              <w:t>化学原理</w:t>
            </w:r>
          </w:p>
        </w:tc>
        <w:tc>
          <w:tcPr>
            <w:tcW w:type="dxa" w:w="2160"/>
          </w:tcPr>
          <w:p>
            <w:r>
              <w:t>平台</w:t>
            </w:r>
          </w:p>
        </w:tc>
        <w:tc>
          <w:tcPr>
            <w:tcW w:type="dxa" w:w="2160"/>
          </w:tcPr>
          <w:p>
            <w:r>
              <w:t>4</w:t>
            </w:r>
          </w:p>
        </w:tc>
      </w:tr>
      <w:tr>
        <w:tc>
          <w:tcPr>
            <w:tcW w:type="dxa" w:w="2160"/>
          </w:tcPr>
          <w:p>
            <w:r>
              <w:t>24020010A</w:t>
            </w:r>
          </w:p>
        </w:tc>
        <w:tc>
          <w:tcPr>
            <w:tcW w:type="dxa" w:w="2160"/>
          </w:tcPr>
          <w:p>
            <w:r>
              <w:t>大学物理（上）</w:t>
            </w:r>
          </w:p>
        </w:tc>
        <w:tc>
          <w:tcPr>
            <w:tcW w:type="dxa" w:w="2160"/>
          </w:tcPr>
          <w:p>
            <w:r>
              <w:t>平台</w:t>
            </w:r>
          </w:p>
        </w:tc>
        <w:tc>
          <w:tcPr>
            <w:tcW w:type="dxa" w:w="2160"/>
          </w:tcPr>
          <w:p>
            <w:r>
              <w:t>4</w:t>
            </w:r>
          </w:p>
        </w:tc>
      </w:tr>
      <w:tr>
        <w:tc>
          <w:tcPr>
            <w:tcW w:type="dxa" w:w="2160"/>
          </w:tcPr>
          <w:p>
            <w:r>
              <w:t>24020010B</w:t>
            </w:r>
          </w:p>
        </w:tc>
        <w:tc>
          <w:tcPr>
            <w:tcW w:type="dxa" w:w="2160"/>
          </w:tcPr>
          <w:p>
            <w:r>
              <w:t>大学物理（下）</w:t>
            </w:r>
          </w:p>
        </w:tc>
        <w:tc>
          <w:tcPr>
            <w:tcW w:type="dxa" w:w="2160"/>
          </w:tcPr>
          <w:p>
            <w:r>
              <w:t>平台</w:t>
            </w:r>
          </w:p>
        </w:tc>
        <w:tc>
          <w:tcPr>
            <w:tcW w:type="dxa" w:w="2160"/>
          </w:tcPr>
          <w:p>
            <w:r>
              <w:t>4</w:t>
            </w:r>
          </w:p>
        </w:tc>
      </w:tr>
      <w:tr>
        <w:tc>
          <w:tcPr>
            <w:tcW w:type="dxa" w:w="2160"/>
          </w:tcPr>
          <w:p>
            <w:r>
              <w:t>13030080A</w:t>
            </w:r>
          </w:p>
        </w:tc>
        <w:tc>
          <w:tcPr>
            <w:tcW w:type="dxa" w:w="2160"/>
          </w:tcPr>
          <w:p>
            <w:r>
              <w:t>高等物理化学I</w:t>
            </w:r>
          </w:p>
        </w:tc>
        <w:tc>
          <w:tcPr>
            <w:tcW w:type="dxa" w:w="2160"/>
          </w:tcPr>
          <w:p>
            <w:r>
              <w:t>核心</w:t>
            </w:r>
          </w:p>
        </w:tc>
        <w:tc>
          <w:tcPr>
            <w:tcW w:type="dxa" w:w="2160"/>
          </w:tcPr>
          <w:p>
            <w:r>
              <w:t>3</w:t>
            </w:r>
          </w:p>
        </w:tc>
      </w:tr>
      <w:tr>
        <w:tc>
          <w:tcPr>
            <w:tcW w:type="dxa" w:w="2160"/>
          </w:tcPr>
          <w:p>
            <w:r>
              <w:t>13030080B</w:t>
            </w:r>
          </w:p>
        </w:tc>
        <w:tc>
          <w:tcPr>
            <w:tcW w:type="dxa" w:w="2160"/>
          </w:tcPr>
          <w:p>
            <w:r>
              <w:t>高等物理化学II</w:t>
            </w:r>
          </w:p>
        </w:tc>
        <w:tc>
          <w:tcPr>
            <w:tcW w:type="dxa" w:w="2160"/>
          </w:tcPr>
          <w:p>
            <w:r>
              <w:t>核心</w:t>
            </w:r>
          </w:p>
        </w:tc>
        <w:tc>
          <w:tcPr>
            <w:tcW w:type="dxa" w:w="2160"/>
          </w:tcPr>
          <w:p>
            <w:r>
              <w:t>3</w:t>
            </w:r>
          </w:p>
        </w:tc>
      </w:tr>
      <w:tr>
        <w:tc>
          <w:tcPr>
            <w:tcW w:type="dxa" w:w="2160"/>
          </w:tcPr>
          <w:p>
            <w:r>
              <w:t>12000010A</w:t>
            </w:r>
          </w:p>
        </w:tc>
        <w:tc>
          <w:tcPr>
            <w:tcW w:type="dxa" w:w="2160"/>
          </w:tcPr>
          <w:p>
            <w:r>
              <w:t>大学物理实验（一）</w:t>
            </w:r>
          </w:p>
        </w:tc>
        <w:tc>
          <w:tcPr>
            <w:tcW w:type="dxa" w:w="2160"/>
          </w:tcPr>
          <w:p>
            <w:r>
              <w:t>平台</w:t>
            </w:r>
          </w:p>
        </w:tc>
        <w:tc>
          <w:tcPr>
            <w:tcW w:type="dxa" w:w="2160"/>
          </w:tcPr>
          <w:p>
            <w:r>
              <w:t>2</w:t>
            </w:r>
          </w:p>
        </w:tc>
      </w:tr>
      <w:tr>
        <w:tc>
          <w:tcPr>
            <w:tcW w:type="dxa" w:w="2160"/>
          </w:tcPr>
          <w:p>
            <w:r>
              <w:t>13030100</w:t>
            </w:r>
          </w:p>
        </w:tc>
        <w:tc>
          <w:tcPr>
            <w:tcW w:type="dxa" w:w="2160"/>
          </w:tcPr>
          <w:p>
            <w:r>
              <w:t>高分子导论</w:t>
            </w:r>
          </w:p>
        </w:tc>
        <w:tc>
          <w:tcPr>
            <w:tcW w:type="dxa" w:w="2160"/>
          </w:tcPr>
          <w:p>
            <w:r>
              <w:t>核心</w:t>
            </w:r>
          </w:p>
        </w:tc>
        <w:tc>
          <w:tcPr>
            <w:tcW w:type="dxa" w:w="2160"/>
          </w:tcPr>
          <w:p>
            <w:r>
              <w:t>2</w:t>
            </w:r>
          </w:p>
        </w:tc>
      </w:tr>
    </w:tbl>
    <w:p>
      <w:r>
        <w:t>4.化学（强基计划）课程体系纳入学分绩计算课程清单</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课程名称</w:t>
            </w:r>
          </w:p>
        </w:tc>
        <w:tc>
          <w:tcPr>
            <w:tcW w:type="dxa" w:w="2160"/>
          </w:tcPr>
          <w:p>
            <w:r>
              <w:t>课程类型</w:t>
            </w:r>
          </w:p>
        </w:tc>
        <w:tc>
          <w:tcPr>
            <w:tcW w:type="dxa" w:w="2160"/>
          </w:tcPr>
          <w:p>
            <w:r>
              <w:t>学分</w:t>
            </w:r>
          </w:p>
        </w:tc>
      </w:tr>
      <w:tr>
        <w:tc>
          <w:tcPr>
            <w:tcW w:type="dxa" w:w="2160"/>
          </w:tcPr>
          <w:p>
            <w:r>
              <w:t>00000100</w:t>
            </w:r>
          </w:p>
        </w:tc>
        <w:tc>
          <w:tcPr>
            <w:tcW w:type="dxa" w:w="2160"/>
          </w:tcPr>
          <w:p>
            <w:r>
              <w:t>思想道德与法治</w:t>
            </w:r>
          </w:p>
        </w:tc>
        <w:tc>
          <w:tcPr>
            <w:tcW w:type="dxa" w:w="2160"/>
          </w:tcPr>
          <w:p>
            <w:r>
              <w:t>通修</w:t>
            </w:r>
          </w:p>
        </w:tc>
        <w:tc>
          <w:tcPr>
            <w:tcW w:type="dxa" w:w="2160"/>
          </w:tcPr>
          <w:p>
            <w:r>
              <w:t>3</w:t>
            </w:r>
          </w:p>
        </w:tc>
      </w:tr>
      <w:tr>
        <w:tc>
          <w:tcPr>
            <w:tcW w:type="dxa" w:w="2160"/>
          </w:tcPr>
          <w:p>
            <w:r>
              <w:t>00000041</w:t>
            </w:r>
          </w:p>
        </w:tc>
        <w:tc>
          <w:tcPr>
            <w:tcW w:type="dxa" w:w="2160"/>
          </w:tcPr>
          <w:p>
            <w:r>
              <w:t>中国近现代史纲要</w:t>
            </w:r>
          </w:p>
        </w:tc>
        <w:tc>
          <w:tcPr>
            <w:tcW w:type="dxa" w:w="2160"/>
          </w:tcPr>
          <w:p>
            <w:r>
              <w:t>通修</w:t>
            </w:r>
          </w:p>
        </w:tc>
        <w:tc>
          <w:tcPr>
            <w:tcW w:type="dxa" w:w="2160"/>
          </w:tcPr>
          <w:p>
            <w:r>
              <w:t>3</w:t>
            </w:r>
          </w:p>
        </w:tc>
      </w:tr>
      <w:tr>
        <w:tc>
          <w:tcPr>
            <w:tcW w:type="dxa" w:w="2160"/>
          </w:tcPr>
          <w:p>
            <w:r>
              <w:t>00000110</w:t>
            </w:r>
          </w:p>
        </w:tc>
        <w:tc>
          <w:tcPr>
            <w:tcW w:type="dxa" w:w="2160"/>
          </w:tcPr>
          <w:p>
            <w:r>
              <w:t>马克思主义基本原理</w:t>
            </w:r>
          </w:p>
        </w:tc>
        <w:tc>
          <w:tcPr>
            <w:tcW w:type="dxa" w:w="2160"/>
          </w:tcPr>
          <w:p>
            <w:r>
              <w:t>通修</w:t>
            </w:r>
          </w:p>
        </w:tc>
        <w:tc>
          <w:tcPr>
            <w:tcW w:type="dxa" w:w="2160"/>
          </w:tcPr>
          <w:p>
            <w:r>
              <w:t>3</w:t>
            </w:r>
          </w:p>
        </w:tc>
      </w:tr>
      <w:tr>
        <w:tc>
          <w:tcPr>
            <w:tcW w:type="dxa" w:w="2160"/>
          </w:tcPr>
          <w:p>
            <w:r>
              <w:t>00000130A</w:t>
            </w:r>
          </w:p>
        </w:tc>
        <w:tc>
          <w:tcPr>
            <w:tcW w:type="dxa" w:w="2160"/>
          </w:tcPr>
          <w:p>
            <w:r>
              <w:t>毛泽东思想和中国特色社会主义理论体系概论（理论部分）</w:t>
            </w:r>
          </w:p>
        </w:tc>
        <w:tc>
          <w:tcPr>
            <w:tcW w:type="dxa" w:w="2160"/>
          </w:tcPr>
          <w:p>
            <w:r>
              <w:t>通修</w:t>
            </w:r>
          </w:p>
        </w:tc>
        <w:tc>
          <w:tcPr>
            <w:tcW w:type="dxa" w:w="2160"/>
          </w:tcPr>
          <w:p>
            <w:r>
              <w:t>2</w:t>
            </w:r>
          </w:p>
        </w:tc>
      </w:tr>
      <w:tr>
        <w:tc>
          <w:tcPr>
            <w:tcW w:type="dxa" w:w="2160"/>
          </w:tcPr>
          <w:p>
            <w:r>
              <w:t>00000130B</w:t>
            </w:r>
          </w:p>
        </w:tc>
        <w:tc>
          <w:tcPr>
            <w:tcW w:type="dxa" w:w="2160"/>
          </w:tcPr>
          <w:p>
            <w:r>
              <w:t>毛泽东思想和中国特色社会主义理论体系概论（实践部分）</w:t>
            </w:r>
          </w:p>
        </w:tc>
        <w:tc>
          <w:tcPr>
            <w:tcW w:type="dxa" w:w="2160"/>
          </w:tcPr>
          <w:p>
            <w:r>
              <w:t>通修</w:t>
            </w:r>
          </w:p>
        </w:tc>
        <w:tc>
          <w:tcPr>
            <w:tcW w:type="dxa" w:w="2160"/>
          </w:tcPr>
          <w:p>
            <w:r>
              <w:t>1</w:t>
            </w:r>
          </w:p>
        </w:tc>
      </w:tr>
      <w:tr>
        <w:tc>
          <w:tcPr>
            <w:tcW w:type="dxa" w:w="2160"/>
          </w:tcPr>
          <w:p>
            <w:r>
              <w:t>00000090A</w:t>
            </w:r>
          </w:p>
        </w:tc>
        <w:tc>
          <w:tcPr>
            <w:tcW w:type="dxa" w:w="2160"/>
          </w:tcPr>
          <w:p>
            <w:r>
              <w:t>习近平新时代中国特色社会主义思想概论（理论部分）</w:t>
            </w:r>
          </w:p>
        </w:tc>
        <w:tc>
          <w:tcPr>
            <w:tcW w:type="dxa" w:w="2160"/>
          </w:tcPr>
          <w:p>
            <w:r>
              <w:t>通修</w:t>
            </w:r>
          </w:p>
        </w:tc>
        <w:tc>
          <w:tcPr>
            <w:tcW w:type="dxa" w:w="2160"/>
          </w:tcPr>
          <w:p>
            <w:r>
              <w:t>2</w:t>
            </w:r>
          </w:p>
        </w:tc>
      </w:tr>
      <w:tr>
        <w:tc>
          <w:tcPr>
            <w:tcW w:type="dxa" w:w="2160"/>
          </w:tcPr>
          <w:p>
            <w:r>
              <w:t>00000090B</w:t>
            </w:r>
          </w:p>
        </w:tc>
        <w:tc>
          <w:tcPr>
            <w:tcW w:type="dxa" w:w="2160"/>
          </w:tcPr>
          <w:p>
            <w:r>
              <w:t>习近平新时代中国特色社会主义思想概论（实践部分）</w:t>
            </w:r>
          </w:p>
        </w:tc>
        <w:tc>
          <w:tcPr>
            <w:tcW w:type="dxa" w:w="2160"/>
          </w:tcPr>
          <w:p>
            <w:r>
              <w:t>通修</w:t>
            </w:r>
          </w:p>
        </w:tc>
        <w:tc>
          <w:tcPr>
            <w:tcW w:type="dxa" w:w="2160"/>
          </w:tcPr>
          <w:p>
            <w:r>
              <w:t>1</w:t>
            </w:r>
          </w:p>
        </w:tc>
      </w:tr>
      <w:tr>
        <w:tc>
          <w:tcPr>
            <w:tcW w:type="dxa" w:w="2160"/>
          </w:tcPr>
          <w:p>
            <w:r>
              <w:t>00010012A</w:t>
            </w:r>
          </w:p>
        </w:tc>
        <w:tc>
          <w:tcPr>
            <w:tcW w:type="dxa" w:w="2160"/>
          </w:tcPr>
          <w:p>
            <w:r>
              <w:t>微积分I(第二层次)</w:t>
            </w:r>
          </w:p>
        </w:tc>
        <w:tc>
          <w:tcPr>
            <w:tcW w:type="dxa" w:w="2160"/>
          </w:tcPr>
          <w:p>
            <w:r>
              <w:t>通修</w:t>
            </w:r>
          </w:p>
        </w:tc>
        <w:tc>
          <w:tcPr>
            <w:tcW w:type="dxa" w:w="2160"/>
          </w:tcPr>
          <w:p>
            <w:r>
              <w:t>5</w:t>
            </w:r>
          </w:p>
        </w:tc>
      </w:tr>
      <w:tr>
        <w:tc>
          <w:tcPr>
            <w:tcW w:type="dxa" w:w="2160"/>
          </w:tcPr>
          <w:p>
            <w:r>
              <w:t>00010012B</w:t>
            </w:r>
          </w:p>
        </w:tc>
        <w:tc>
          <w:tcPr>
            <w:tcW w:type="dxa" w:w="2160"/>
          </w:tcPr>
          <w:p>
            <w:r>
              <w:t>微积分II与线性代数(第二层次)</w:t>
            </w:r>
          </w:p>
        </w:tc>
        <w:tc>
          <w:tcPr>
            <w:tcW w:type="dxa" w:w="2160"/>
          </w:tcPr>
          <w:p>
            <w:r>
              <w:t>通修</w:t>
            </w:r>
          </w:p>
        </w:tc>
        <w:tc>
          <w:tcPr>
            <w:tcW w:type="dxa" w:w="2160"/>
          </w:tcPr>
          <w:p>
            <w:r>
              <w:t>5</w:t>
            </w:r>
          </w:p>
        </w:tc>
      </w:tr>
      <w:tr>
        <w:tc>
          <w:tcPr>
            <w:tcW w:type="dxa" w:w="2160"/>
          </w:tcPr>
          <w:p>
            <w:r>
              <w:t>00020060A</w:t>
            </w:r>
          </w:p>
        </w:tc>
        <w:tc>
          <w:tcPr>
            <w:tcW w:type="dxa" w:w="2160"/>
          </w:tcPr>
          <w:p>
            <w:r>
              <w:t>通用学术英语-读写（Ⅰ）</w:t>
            </w:r>
          </w:p>
        </w:tc>
        <w:tc>
          <w:tcPr>
            <w:tcW w:type="dxa" w:w="2160"/>
          </w:tcPr>
          <w:p>
            <w:r>
              <w:t>通修</w:t>
            </w:r>
          </w:p>
        </w:tc>
        <w:tc>
          <w:tcPr>
            <w:tcW w:type="dxa" w:w="2160"/>
          </w:tcPr>
          <w:p>
            <w:r>
              <w:t>8</w:t>
            </w:r>
          </w:p>
        </w:tc>
      </w:tr>
      <w:tr>
        <w:tc>
          <w:tcPr>
            <w:tcW w:type="dxa" w:w="2160"/>
          </w:tcPr>
          <w:p>
            <w:r>
              <w:t>00020060B</w:t>
            </w:r>
          </w:p>
        </w:tc>
        <w:tc>
          <w:tcPr>
            <w:tcW w:type="dxa" w:w="2160"/>
          </w:tcPr>
          <w:p>
            <w:r>
              <w:t>通用学术英语-读写（Ⅱ）</w:t>
            </w:r>
          </w:p>
        </w:tc>
        <w:tc>
          <w:tcPr>
            <w:tcW w:type="dxa" w:w="2160"/>
          </w:tcPr>
          <w:p/>
        </w:tc>
        <w:tc>
          <w:tcPr>
            <w:tcW w:type="dxa" w:w="2160"/>
          </w:tcPr>
          <w:p/>
        </w:tc>
      </w:tr>
      <w:tr>
        <w:tc>
          <w:tcPr>
            <w:tcW w:type="dxa" w:w="2160"/>
          </w:tcPr>
          <w:p>
            <w:r>
              <w:t>00020070A</w:t>
            </w:r>
          </w:p>
        </w:tc>
        <w:tc>
          <w:tcPr>
            <w:tcW w:type="dxa" w:w="2160"/>
          </w:tcPr>
          <w:p>
            <w:r>
              <w:t>通用学术英语-听说（Ⅰ）</w:t>
            </w:r>
          </w:p>
        </w:tc>
        <w:tc>
          <w:tcPr>
            <w:tcW w:type="dxa" w:w="2160"/>
          </w:tcPr>
          <w:p/>
        </w:tc>
        <w:tc>
          <w:tcPr>
            <w:tcW w:type="dxa" w:w="2160"/>
          </w:tcPr>
          <w:p/>
        </w:tc>
      </w:tr>
      <w:tr>
        <w:tc>
          <w:tcPr>
            <w:tcW w:type="dxa" w:w="2160"/>
          </w:tcPr>
          <w:p>
            <w:r>
              <w:t>00020070B</w:t>
            </w:r>
          </w:p>
        </w:tc>
        <w:tc>
          <w:tcPr>
            <w:tcW w:type="dxa" w:w="2160"/>
          </w:tcPr>
          <w:p>
            <w:r>
              <w:t>通用学术英语-听说（Ⅱ）</w:t>
            </w:r>
          </w:p>
        </w:tc>
        <w:tc>
          <w:tcPr>
            <w:tcW w:type="dxa" w:w="2160"/>
          </w:tcPr>
          <w:p/>
        </w:tc>
        <w:tc>
          <w:tcPr>
            <w:tcW w:type="dxa" w:w="2160"/>
          </w:tcPr>
          <w:p/>
        </w:tc>
      </w:tr>
      <w:tr>
        <w:tc>
          <w:tcPr>
            <w:tcW w:type="dxa" w:w="2160"/>
          </w:tcPr>
          <w:p>
            <w:r>
              <w:t>00020080A</w:t>
            </w:r>
          </w:p>
        </w:tc>
        <w:tc>
          <w:tcPr>
            <w:tcW w:type="dxa" w:w="2160"/>
          </w:tcPr>
          <w:p>
            <w:r>
              <w:t>大学进阶英语-读写（Ⅰ）</w:t>
            </w:r>
          </w:p>
        </w:tc>
        <w:tc>
          <w:tcPr>
            <w:tcW w:type="dxa" w:w="2160"/>
          </w:tcPr>
          <w:p/>
        </w:tc>
        <w:tc>
          <w:tcPr>
            <w:tcW w:type="dxa" w:w="2160"/>
          </w:tcPr>
          <w:p/>
        </w:tc>
      </w:tr>
      <w:tr>
        <w:tc>
          <w:tcPr>
            <w:tcW w:type="dxa" w:w="2160"/>
          </w:tcPr>
          <w:p>
            <w:r>
              <w:t>00020080B</w:t>
            </w:r>
          </w:p>
        </w:tc>
        <w:tc>
          <w:tcPr>
            <w:tcW w:type="dxa" w:w="2160"/>
          </w:tcPr>
          <w:p>
            <w:r>
              <w:t>大学进阶英语-读写（Ⅱ）</w:t>
            </w:r>
          </w:p>
        </w:tc>
        <w:tc>
          <w:tcPr>
            <w:tcW w:type="dxa" w:w="2160"/>
          </w:tcPr>
          <w:p/>
        </w:tc>
        <w:tc>
          <w:tcPr>
            <w:tcW w:type="dxa" w:w="2160"/>
          </w:tcPr>
          <w:p/>
        </w:tc>
      </w:tr>
      <w:tr>
        <w:tc>
          <w:tcPr>
            <w:tcW w:type="dxa" w:w="2160"/>
          </w:tcPr>
          <w:p>
            <w:r>
              <w:t>00020090A</w:t>
            </w:r>
          </w:p>
        </w:tc>
        <w:tc>
          <w:tcPr>
            <w:tcW w:type="dxa" w:w="2160"/>
          </w:tcPr>
          <w:p>
            <w:r>
              <w:t>大学进阶英语-听说（Ⅰ）</w:t>
            </w:r>
          </w:p>
        </w:tc>
        <w:tc>
          <w:tcPr>
            <w:tcW w:type="dxa" w:w="2160"/>
          </w:tcPr>
          <w:p/>
        </w:tc>
        <w:tc>
          <w:tcPr>
            <w:tcW w:type="dxa" w:w="2160"/>
          </w:tcPr>
          <w:p/>
        </w:tc>
      </w:tr>
      <w:tr>
        <w:tc>
          <w:tcPr>
            <w:tcW w:type="dxa" w:w="2160"/>
          </w:tcPr>
          <w:p>
            <w:r>
              <w:t>00020090B</w:t>
            </w:r>
          </w:p>
        </w:tc>
        <w:tc>
          <w:tcPr>
            <w:tcW w:type="dxa" w:w="2160"/>
          </w:tcPr>
          <w:p>
            <w:r>
              <w:t>大学进阶英语-听说（Ⅱ）</w:t>
            </w:r>
          </w:p>
        </w:tc>
        <w:tc>
          <w:tcPr>
            <w:tcW w:type="dxa" w:w="2160"/>
          </w:tcPr>
          <w:p/>
        </w:tc>
        <w:tc>
          <w:tcPr>
            <w:tcW w:type="dxa" w:w="2160"/>
          </w:tcPr>
          <w:p/>
        </w:tc>
      </w:tr>
      <w:tr>
        <w:tc>
          <w:tcPr>
            <w:tcW w:type="dxa" w:w="2160"/>
          </w:tcPr>
          <w:p>
            <w:r>
              <w:t>00020022B</w:t>
            </w:r>
          </w:p>
        </w:tc>
        <w:tc>
          <w:tcPr>
            <w:tcW w:type="dxa" w:w="2160"/>
          </w:tcPr>
          <w:p>
            <w:r>
              <w:t>新闻英语读写/翻译基础与实践/批判性阅读：美国社会与文化/英语文学精品赏析/学术性阅读：语言与思维/学术英语写作</w:t>
            </w:r>
          </w:p>
        </w:tc>
        <w:tc>
          <w:tcPr>
            <w:tcW w:type="dxa" w:w="2160"/>
          </w:tcPr>
          <w:p/>
        </w:tc>
        <w:tc>
          <w:tcPr>
            <w:tcW w:type="dxa" w:w="2160"/>
          </w:tcPr>
          <w:p/>
        </w:tc>
      </w:tr>
      <w:tr>
        <w:tc>
          <w:tcPr>
            <w:tcW w:type="dxa" w:w="2160"/>
          </w:tcPr>
          <w:p>
            <w:r>
              <w:t>00020032B</w:t>
            </w:r>
          </w:p>
        </w:tc>
        <w:tc>
          <w:tcPr>
            <w:tcW w:type="dxa" w:w="2160"/>
          </w:tcPr>
          <w:p>
            <w:r>
              <w:t>高级英语口语/视听说与跨文化交际/国际学术交流英语/英文电影视听说与文化赏析</w:t>
            </w:r>
          </w:p>
        </w:tc>
        <w:tc>
          <w:tcPr>
            <w:tcW w:type="dxa" w:w="2160"/>
          </w:tcPr>
          <w:p/>
        </w:tc>
        <w:tc>
          <w:tcPr>
            <w:tcW w:type="dxa" w:w="2160"/>
          </w:tcPr>
          <w:p/>
        </w:tc>
      </w:tr>
      <w:tr>
        <w:tc>
          <w:tcPr>
            <w:tcW w:type="dxa" w:w="2160"/>
          </w:tcPr>
          <w:p>
            <w:r>
              <w:t>00030211/ 00030220</w:t>
            </w:r>
          </w:p>
        </w:tc>
        <w:tc>
          <w:tcPr>
            <w:tcW w:type="dxa" w:w="2160"/>
          </w:tcPr>
          <w:p>
            <w:r>
              <w:t>C程序设计（层次Ⅰ）/Python程序设计</w:t>
            </w:r>
          </w:p>
        </w:tc>
        <w:tc>
          <w:tcPr>
            <w:tcW w:type="dxa" w:w="2160"/>
          </w:tcPr>
          <w:p>
            <w:r>
              <w:t>通修</w:t>
            </w:r>
          </w:p>
        </w:tc>
        <w:tc>
          <w:tcPr>
            <w:tcW w:type="dxa" w:w="2160"/>
          </w:tcPr>
          <w:p>
            <w:r>
              <w:t>3</w:t>
            </w:r>
          </w:p>
        </w:tc>
      </w:tr>
      <w:tr>
        <w:tc>
          <w:tcPr>
            <w:tcW w:type="dxa" w:w="2160"/>
          </w:tcPr>
          <w:p>
            <w:r>
              <w:t>12000014A</w:t>
            </w:r>
          </w:p>
        </w:tc>
        <w:tc>
          <w:tcPr>
            <w:tcW w:type="dxa" w:w="2160"/>
          </w:tcPr>
          <w:p>
            <w:r>
              <w:t>普通物理（上）</w:t>
            </w:r>
          </w:p>
        </w:tc>
        <w:tc>
          <w:tcPr>
            <w:tcW w:type="dxa" w:w="2160"/>
          </w:tcPr>
          <w:p>
            <w:r>
              <w:t>平台</w:t>
            </w:r>
          </w:p>
        </w:tc>
        <w:tc>
          <w:tcPr>
            <w:tcW w:type="dxa" w:w="2160"/>
          </w:tcPr>
          <w:p>
            <w:r>
              <w:t>3</w:t>
            </w:r>
          </w:p>
        </w:tc>
      </w:tr>
      <w:tr>
        <w:tc>
          <w:tcPr>
            <w:tcW w:type="dxa" w:w="2160"/>
          </w:tcPr>
          <w:p>
            <w:r>
              <w:t>12000014B</w:t>
            </w:r>
          </w:p>
        </w:tc>
        <w:tc>
          <w:tcPr>
            <w:tcW w:type="dxa" w:w="2160"/>
          </w:tcPr>
          <w:p>
            <w:r>
              <w:t>普通物理（下）</w:t>
            </w:r>
          </w:p>
        </w:tc>
        <w:tc>
          <w:tcPr>
            <w:tcW w:type="dxa" w:w="2160"/>
          </w:tcPr>
          <w:p>
            <w:r>
              <w:t>平台</w:t>
            </w:r>
          </w:p>
        </w:tc>
        <w:tc>
          <w:tcPr>
            <w:tcW w:type="dxa" w:w="2160"/>
          </w:tcPr>
          <w:p>
            <w:r>
              <w:t>3</w:t>
            </w:r>
          </w:p>
        </w:tc>
      </w:tr>
      <w:tr>
        <w:tc>
          <w:tcPr>
            <w:tcW w:type="dxa" w:w="2160"/>
          </w:tcPr>
          <w:p>
            <w:r>
              <w:t>13010300A</w:t>
            </w:r>
          </w:p>
        </w:tc>
        <w:tc>
          <w:tcPr>
            <w:tcW w:type="dxa" w:w="2160"/>
          </w:tcPr>
          <w:p>
            <w:r>
              <w:t>化学导论（A）</w:t>
            </w:r>
          </w:p>
        </w:tc>
        <w:tc>
          <w:tcPr>
            <w:tcW w:type="dxa" w:w="2160"/>
          </w:tcPr>
          <w:p>
            <w:r>
              <w:t>平台</w:t>
            </w:r>
          </w:p>
        </w:tc>
        <w:tc>
          <w:tcPr>
            <w:tcW w:type="dxa" w:w="2160"/>
          </w:tcPr>
          <w:p>
            <w:r>
              <w:t>3</w:t>
            </w:r>
          </w:p>
        </w:tc>
      </w:tr>
      <w:tr>
        <w:tc>
          <w:tcPr>
            <w:tcW w:type="dxa" w:w="2160"/>
          </w:tcPr>
          <w:p>
            <w:r>
              <w:t>13010300B</w:t>
            </w:r>
          </w:p>
        </w:tc>
        <w:tc>
          <w:tcPr>
            <w:tcW w:type="dxa" w:w="2160"/>
          </w:tcPr>
          <w:p>
            <w:r>
              <w:t>化学导论（B）</w:t>
            </w:r>
          </w:p>
        </w:tc>
        <w:tc>
          <w:tcPr>
            <w:tcW w:type="dxa" w:w="2160"/>
          </w:tcPr>
          <w:p>
            <w:r>
              <w:t>平台</w:t>
            </w:r>
          </w:p>
        </w:tc>
        <w:tc>
          <w:tcPr>
            <w:tcW w:type="dxa" w:w="2160"/>
          </w:tcPr>
          <w:p>
            <w:r>
              <w:t>3</w:t>
            </w:r>
          </w:p>
        </w:tc>
      </w:tr>
      <w:tr>
        <w:tc>
          <w:tcPr>
            <w:tcW w:type="dxa" w:w="2160"/>
          </w:tcPr>
          <w:p>
            <w:r>
              <w:t>13010260</w:t>
            </w:r>
          </w:p>
        </w:tc>
        <w:tc>
          <w:tcPr>
            <w:tcW w:type="dxa" w:w="2160"/>
          </w:tcPr>
          <w:p>
            <w:r>
              <w:t>化学实验基础</w:t>
            </w:r>
          </w:p>
        </w:tc>
        <w:tc>
          <w:tcPr>
            <w:tcW w:type="dxa" w:w="2160"/>
          </w:tcPr>
          <w:p>
            <w:r>
              <w:t>平台</w:t>
            </w:r>
          </w:p>
        </w:tc>
        <w:tc>
          <w:tcPr>
            <w:tcW w:type="dxa" w:w="2160"/>
          </w:tcPr>
          <w:p>
            <w:r>
              <w:t>2</w:t>
            </w:r>
          </w:p>
        </w:tc>
      </w:tr>
      <w:tr>
        <w:tc>
          <w:tcPr>
            <w:tcW w:type="dxa" w:w="2160"/>
          </w:tcPr>
          <w:p>
            <w:r>
              <w:t>13000190</w:t>
            </w:r>
          </w:p>
        </w:tc>
        <w:tc>
          <w:tcPr>
            <w:tcW w:type="dxa" w:w="2160"/>
          </w:tcPr>
          <w:p>
            <w:r>
              <w:t>化学合成与表征I</w:t>
            </w:r>
          </w:p>
        </w:tc>
        <w:tc>
          <w:tcPr>
            <w:tcW w:type="dxa" w:w="2160"/>
          </w:tcPr>
          <w:p>
            <w:r>
              <w:t>平台</w:t>
            </w:r>
          </w:p>
        </w:tc>
        <w:tc>
          <w:tcPr>
            <w:tcW w:type="dxa" w:w="2160"/>
          </w:tcPr>
          <w:p>
            <w:r>
              <w:t>3</w:t>
            </w:r>
          </w:p>
        </w:tc>
      </w:tr>
      <w:tr>
        <w:tc>
          <w:tcPr>
            <w:tcW w:type="dxa" w:w="2160"/>
          </w:tcPr>
          <w:p>
            <w:r>
              <w:t>13010320A</w:t>
            </w:r>
          </w:p>
        </w:tc>
        <w:tc>
          <w:tcPr>
            <w:tcW w:type="dxa" w:w="2160"/>
          </w:tcPr>
          <w:p>
            <w:r>
              <w:t>有机化学（A）</w:t>
            </w:r>
          </w:p>
        </w:tc>
        <w:tc>
          <w:tcPr>
            <w:tcW w:type="dxa" w:w="2160"/>
          </w:tcPr>
          <w:p>
            <w:r>
              <w:t>平台</w:t>
            </w:r>
          </w:p>
        </w:tc>
        <w:tc>
          <w:tcPr>
            <w:tcW w:type="dxa" w:w="2160"/>
          </w:tcPr>
          <w:p>
            <w:r>
              <w:t>3</w:t>
            </w:r>
          </w:p>
        </w:tc>
      </w:tr>
      <w:tr>
        <w:tc>
          <w:tcPr>
            <w:tcW w:type="dxa" w:w="2160"/>
          </w:tcPr>
          <w:p>
            <w:r>
              <w:t>13010320B</w:t>
            </w:r>
          </w:p>
        </w:tc>
        <w:tc>
          <w:tcPr>
            <w:tcW w:type="dxa" w:w="2160"/>
          </w:tcPr>
          <w:p>
            <w:r>
              <w:t>有机化学（B）</w:t>
            </w:r>
          </w:p>
        </w:tc>
        <w:tc>
          <w:tcPr>
            <w:tcW w:type="dxa" w:w="2160"/>
          </w:tcPr>
          <w:p>
            <w:r>
              <w:t>平台</w:t>
            </w:r>
          </w:p>
        </w:tc>
        <w:tc>
          <w:tcPr>
            <w:tcW w:type="dxa" w:w="2160"/>
          </w:tcPr>
          <w:p>
            <w:r>
              <w:t>3</w:t>
            </w:r>
          </w:p>
        </w:tc>
      </w:tr>
      <w:tr>
        <w:tc>
          <w:tcPr>
            <w:tcW w:type="dxa" w:w="2160"/>
          </w:tcPr>
          <w:p>
            <w:r>
              <w:t>13000200</w:t>
            </w:r>
          </w:p>
        </w:tc>
        <w:tc>
          <w:tcPr>
            <w:tcW w:type="dxa" w:w="2160"/>
          </w:tcPr>
          <w:p>
            <w:r>
              <w:t>化学合成与表征II</w:t>
            </w:r>
          </w:p>
        </w:tc>
        <w:tc>
          <w:tcPr>
            <w:tcW w:type="dxa" w:w="2160"/>
          </w:tcPr>
          <w:p>
            <w:r>
              <w:t>核心</w:t>
            </w:r>
          </w:p>
        </w:tc>
        <w:tc>
          <w:tcPr>
            <w:tcW w:type="dxa" w:w="2160"/>
          </w:tcPr>
          <w:p>
            <w:r>
              <w:t>3</w:t>
            </w:r>
          </w:p>
        </w:tc>
      </w:tr>
      <w:tr>
        <w:tc>
          <w:tcPr>
            <w:tcW w:type="dxa" w:w="2160"/>
          </w:tcPr>
          <w:p>
            <w:r>
              <w:t>13010030</w:t>
            </w:r>
          </w:p>
        </w:tc>
        <w:tc>
          <w:tcPr>
            <w:tcW w:type="dxa" w:w="2160"/>
          </w:tcPr>
          <w:p>
            <w:r>
              <w:t>仪器分析</w:t>
            </w:r>
          </w:p>
        </w:tc>
        <w:tc>
          <w:tcPr>
            <w:tcW w:type="dxa" w:w="2160"/>
          </w:tcPr>
          <w:p>
            <w:r>
              <w:t>核心</w:t>
            </w:r>
          </w:p>
        </w:tc>
        <w:tc>
          <w:tcPr>
            <w:tcW w:type="dxa" w:w="2160"/>
          </w:tcPr>
          <w:p>
            <w:r>
              <w:t>4</w:t>
            </w:r>
          </w:p>
        </w:tc>
      </w:tr>
      <w:tr>
        <w:tc>
          <w:tcPr>
            <w:tcW w:type="dxa" w:w="2160"/>
          </w:tcPr>
          <w:p>
            <w:r>
              <w:t>13010010</w:t>
            </w:r>
          </w:p>
        </w:tc>
        <w:tc>
          <w:tcPr>
            <w:tcW w:type="dxa" w:w="2160"/>
          </w:tcPr>
          <w:p>
            <w:r>
              <w:t>结构化学</w:t>
            </w:r>
          </w:p>
        </w:tc>
        <w:tc>
          <w:tcPr>
            <w:tcW w:type="dxa" w:w="2160"/>
          </w:tcPr>
          <w:p>
            <w:r>
              <w:t>核心</w:t>
            </w:r>
          </w:p>
        </w:tc>
        <w:tc>
          <w:tcPr>
            <w:tcW w:type="dxa" w:w="2160"/>
          </w:tcPr>
          <w:p>
            <w:r>
              <w:t>3</w:t>
            </w:r>
          </w:p>
        </w:tc>
      </w:tr>
      <w:tr>
        <w:tc>
          <w:tcPr>
            <w:tcW w:type="dxa" w:w="2160"/>
          </w:tcPr>
          <w:p>
            <w:r>
              <w:t>13000220</w:t>
            </w:r>
          </w:p>
        </w:tc>
        <w:tc>
          <w:tcPr>
            <w:tcW w:type="dxa" w:w="2160"/>
          </w:tcPr>
          <w:p>
            <w:r>
              <w:t>化学合成与表征III</w:t>
            </w:r>
          </w:p>
        </w:tc>
        <w:tc>
          <w:tcPr>
            <w:tcW w:type="dxa" w:w="2160"/>
          </w:tcPr>
          <w:p>
            <w:r>
              <w:t>核心</w:t>
            </w:r>
          </w:p>
        </w:tc>
        <w:tc>
          <w:tcPr>
            <w:tcW w:type="dxa" w:w="2160"/>
          </w:tcPr>
          <w:p>
            <w:r>
              <w:t>1.5</w:t>
            </w:r>
          </w:p>
        </w:tc>
      </w:tr>
      <w:tr>
        <w:tc>
          <w:tcPr>
            <w:tcW w:type="dxa" w:w="2160"/>
          </w:tcPr>
          <w:p>
            <w:r>
              <w:t>13010340A</w:t>
            </w:r>
          </w:p>
        </w:tc>
        <w:tc>
          <w:tcPr>
            <w:tcW w:type="dxa" w:w="2160"/>
          </w:tcPr>
          <w:p>
            <w:r>
              <w:t>物理化学（A）</w:t>
            </w:r>
          </w:p>
        </w:tc>
        <w:tc>
          <w:tcPr>
            <w:tcW w:type="dxa" w:w="2160"/>
          </w:tcPr>
          <w:p>
            <w:r>
              <w:t>核心</w:t>
            </w:r>
          </w:p>
        </w:tc>
        <w:tc>
          <w:tcPr>
            <w:tcW w:type="dxa" w:w="2160"/>
          </w:tcPr>
          <w:p>
            <w:r>
              <w:t>3</w:t>
            </w:r>
          </w:p>
        </w:tc>
      </w:tr>
      <w:tr>
        <w:tc>
          <w:tcPr>
            <w:tcW w:type="dxa" w:w="2160"/>
          </w:tcPr>
          <w:p>
            <w:r>
              <w:t>13010340B</w:t>
            </w:r>
          </w:p>
        </w:tc>
        <w:tc>
          <w:tcPr>
            <w:tcW w:type="dxa" w:w="2160"/>
          </w:tcPr>
          <w:p>
            <w:r>
              <w:t>物理化学（B）</w:t>
            </w:r>
          </w:p>
        </w:tc>
        <w:tc>
          <w:tcPr>
            <w:tcW w:type="dxa" w:w="2160"/>
          </w:tcPr>
          <w:p>
            <w:r>
              <w:t>核心</w:t>
            </w:r>
          </w:p>
        </w:tc>
        <w:tc>
          <w:tcPr>
            <w:tcW w:type="dxa" w:w="2160"/>
          </w:tcPr>
          <w:p>
            <w:r>
              <w:t>3</w:t>
            </w:r>
          </w:p>
        </w:tc>
      </w:tr>
      <w:tr>
        <w:tc>
          <w:tcPr>
            <w:tcW w:type="dxa" w:w="2160"/>
          </w:tcPr>
          <w:p>
            <w:r>
              <w:t>13010420T</w:t>
            </w:r>
          </w:p>
        </w:tc>
        <w:tc>
          <w:tcPr>
            <w:tcW w:type="dxa" w:w="2160"/>
          </w:tcPr>
          <w:p>
            <w:r>
              <w:t>化学原理与测量I</w:t>
            </w:r>
          </w:p>
        </w:tc>
        <w:tc>
          <w:tcPr>
            <w:tcW w:type="dxa" w:w="2160"/>
          </w:tcPr>
          <w:p>
            <w:r>
              <w:t>核心</w:t>
            </w:r>
          </w:p>
        </w:tc>
        <w:tc>
          <w:tcPr>
            <w:tcW w:type="dxa" w:w="2160"/>
          </w:tcPr>
          <w:p>
            <w:r>
              <w:t>2.5</w:t>
            </w:r>
          </w:p>
        </w:tc>
      </w:tr>
      <w:tr>
        <w:tc>
          <w:tcPr>
            <w:tcW w:type="dxa" w:w="2160"/>
          </w:tcPr>
          <w:p>
            <w:r>
              <w:t>13010430T</w:t>
            </w:r>
          </w:p>
        </w:tc>
        <w:tc>
          <w:tcPr>
            <w:tcW w:type="dxa" w:w="2160"/>
          </w:tcPr>
          <w:p>
            <w:r>
              <w:t>化学原理与测量II</w:t>
            </w:r>
          </w:p>
        </w:tc>
        <w:tc>
          <w:tcPr>
            <w:tcW w:type="dxa" w:w="2160"/>
          </w:tcPr>
          <w:p>
            <w:r>
              <w:t>核心</w:t>
            </w:r>
          </w:p>
        </w:tc>
        <w:tc>
          <w:tcPr>
            <w:tcW w:type="dxa" w:w="2160"/>
          </w:tcPr>
          <w:p>
            <w:r>
              <w:t>2.5</w:t>
            </w:r>
          </w:p>
        </w:tc>
      </w:tr>
      <w:tr>
        <w:tc>
          <w:tcPr>
            <w:tcW w:type="dxa" w:w="2160"/>
          </w:tcPr>
          <w:p>
            <w:r>
              <w:t>13010280</w:t>
            </w:r>
          </w:p>
        </w:tc>
        <w:tc>
          <w:tcPr>
            <w:tcW w:type="dxa" w:w="2160"/>
          </w:tcPr>
          <w:p>
            <w:r>
              <w:t>化学原理与测量III</w:t>
            </w:r>
          </w:p>
        </w:tc>
        <w:tc>
          <w:tcPr>
            <w:tcW w:type="dxa" w:w="2160"/>
          </w:tcPr>
          <w:p>
            <w:r>
              <w:t>核心</w:t>
            </w:r>
          </w:p>
        </w:tc>
        <w:tc>
          <w:tcPr>
            <w:tcW w:type="dxa" w:w="2160"/>
          </w:tcPr>
          <w:p>
            <w:r>
              <w:t>1.5</w:t>
            </w:r>
          </w:p>
        </w:tc>
      </w:tr>
      <w:tr>
        <w:tc>
          <w:tcPr>
            <w:tcW w:type="dxa" w:w="2160"/>
          </w:tcPr>
          <w:p>
            <w:r>
              <w:t>13010290T</w:t>
            </w:r>
          </w:p>
        </w:tc>
        <w:tc>
          <w:tcPr>
            <w:tcW w:type="dxa" w:w="2160"/>
          </w:tcPr>
          <w:p>
            <w:r>
              <w:t>化学功能分子实验</w:t>
            </w:r>
          </w:p>
        </w:tc>
        <w:tc>
          <w:tcPr>
            <w:tcW w:type="dxa" w:w="2160"/>
          </w:tcPr>
          <w:p>
            <w:r>
              <w:t>核心</w:t>
            </w:r>
          </w:p>
        </w:tc>
        <w:tc>
          <w:tcPr>
            <w:tcW w:type="dxa" w:w="2160"/>
          </w:tcPr>
          <w:p>
            <w:r>
              <w:t>3</w:t>
            </w:r>
          </w:p>
        </w:tc>
      </w:tr>
      <w:tr>
        <w:tc>
          <w:tcPr>
            <w:tcW w:type="dxa" w:w="2160"/>
          </w:tcPr>
          <w:p>
            <w:r>
              <w:t>13030100</w:t>
            </w:r>
          </w:p>
        </w:tc>
        <w:tc>
          <w:tcPr>
            <w:tcW w:type="dxa" w:w="2160"/>
          </w:tcPr>
          <w:p>
            <w:r>
              <w:t>高分子导论</w:t>
            </w:r>
          </w:p>
        </w:tc>
        <w:tc>
          <w:tcPr>
            <w:tcW w:type="dxa" w:w="2160"/>
          </w:tcPr>
          <w:p>
            <w:r>
              <w:t>核心</w:t>
            </w:r>
          </w:p>
        </w:tc>
        <w:tc>
          <w:tcPr>
            <w:tcW w:type="dxa" w:w="2160"/>
          </w:tcPr>
          <w:p>
            <w:r>
              <w:t>2</w:t>
            </w:r>
          </w:p>
        </w:tc>
      </w:tr>
    </w:tbl>
    <w:p>
      <w:r>
        <w:t>5.应用化学课程体系纳入学分绩计算课程清单</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课程名称</w:t>
            </w:r>
          </w:p>
        </w:tc>
        <w:tc>
          <w:tcPr>
            <w:tcW w:type="dxa" w:w="2160"/>
          </w:tcPr>
          <w:p>
            <w:r>
              <w:t>课程类型</w:t>
            </w:r>
          </w:p>
        </w:tc>
        <w:tc>
          <w:tcPr>
            <w:tcW w:type="dxa" w:w="2160"/>
          </w:tcPr>
          <w:p>
            <w:r>
              <w:t>学分</w:t>
            </w:r>
          </w:p>
        </w:tc>
      </w:tr>
      <w:tr>
        <w:tc>
          <w:tcPr>
            <w:tcW w:type="dxa" w:w="2160"/>
          </w:tcPr>
          <w:p>
            <w:r>
              <w:t>00000100</w:t>
            </w:r>
          </w:p>
        </w:tc>
        <w:tc>
          <w:tcPr>
            <w:tcW w:type="dxa" w:w="2160"/>
          </w:tcPr>
          <w:p>
            <w:r>
              <w:t>思想道德与法治</w:t>
            </w:r>
          </w:p>
        </w:tc>
        <w:tc>
          <w:tcPr>
            <w:tcW w:type="dxa" w:w="2160"/>
          </w:tcPr>
          <w:p>
            <w:r>
              <w:t>通修</w:t>
            </w:r>
          </w:p>
        </w:tc>
        <w:tc>
          <w:tcPr>
            <w:tcW w:type="dxa" w:w="2160"/>
          </w:tcPr>
          <w:p>
            <w:r>
              <w:t>3</w:t>
            </w:r>
          </w:p>
        </w:tc>
      </w:tr>
      <w:tr>
        <w:tc>
          <w:tcPr>
            <w:tcW w:type="dxa" w:w="2160"/>
          </w:tcPr>
          <w:p>
            <w:r>
              <w:t>00000041</w:t>
            </w:r>
          </w:p>
        </w:tc>
        <w:tc>
          <w:tcPr>
            <w:tcW w:type="dxa" w:w="2160"/>
          </w:tcPr>
          <w:p>
            <w:r>
              <w:t>中国近现代史纲要</w:t>
            </w:r>
          </w:p>
        </w:tc>
        <w:tc>
          <w:tcPr>
            <w:tcW w:type="dxa" w:w="2160"/>
          </w:tcPr>
          <w:p>
            <w:r>
              <w:t>通修</w:t>
            </w:r>
          </w:p>
        </w:tc>
        <w:tc>
          <w:tcPr>
            <w:tcW w:type="dxa" w:w="2160"/>
          </w:tcPr>
          <w:p>
            <w:r>
              <w:t>3</w:t>
            </w:r>
          </w:p>
        </w:tc>
      </w:tr>
      <w:tr>
        <w:tc>
          <w:tcPr>
            <w:tcW w:type="dxa" w:w="2160"/>
          </w:tcPr>
          <w:p>
            <w:r>
              <w:t>00000110</w:t>
            </w:r>
          </w:p>
        </w:tc>
        <w:tc>
          <w:tcPr>
            <w:tcW w:type="dxa" w:w="2160"/>
          </w:tcPr>
          <w:p>
            <w:r>
              <w:t>马克思主义基本原理</w:t>
            </w:r>
          </w:p>
        </w:tc>
        <w:tc>
          <w:tcPr>
            <w:tcW w:type="dxa" w:w="2160"/>
          </w:tcPr>
          <w:p>
            <w:r>
              <w:t>通修</w:t>
            </w:r>
          </w:p>
        </w:tc>
        <w:tc>
          <w:tcPr>
            <w:tcW w:type="dxa" w:w="2160"/>
          </w:tcPr>
          <w:p>
            <w:r>
              <w:t>3</w:t>
            </w:r>
          </w:p>
        </w:tc>
      </w:tr>
      <w:tr>
        <w:tc>
          <w:tcPr>
            <w:tcW w:type="dxa" w:w="2160"/>
          </w:tcPr>
          <w:p>
            <w:r>
              <w:t>00000130A</w:t>
            </w:r>
          </w:p>
        </w:tc>
        <w:tc>
          <w:tcPr>
            <w:tcW w:type="dxa" w:w="2160"/>
          </w:tcPr>
          <w:p>
            <w:r>
              <w:t>毛泽东思想和中国特色社会主义理论体系概论（理论部分）</w:t>
            </w:r>
          </w:p>
        </w:tc>
        <w:tc>
          <w:tcPr>
            <w:tcW w:type="dxa" w:w="2160"/>
          </w:tcPr>
          <w:p>
            <w:r>
              <w:t>通修</w:t>
            </w:r>
          </w:p>
        </w:tc>
        <w:tc>
          <w:tcPr>
            <w:tcW w:type="dxa" w:w="2160"/>
          </w:tcPr>
          <w:p>
            <w:r>
              <w:t>2</w:t>
            </w:r>
          </w:p>
        </w:tc>
      </w:tr>
      <w:tr>
        <w:tc>
          <w:tcPr>
            <w:tcW w:type="dxa" w:w="2160"/>
          </w:tcPr>
          <w:p>
            <w:r>
              <w:t>00000130B</w:t>
            </w:r>
          </w:p>
        </w:tc>
        <w:tc>
          <w:tcPr>
            <w:tcW w:type="dxa" w:w="2160"/>
          </w:tcPr>
          <w:p>
            <w:r>
              <w:t>毛泽东思想和中国特色社会主义理论体系概论（实践部分）</w:t>
            </w:r>
          </w:p>
        </w:tc>
        <w:tc>
          <w:tcPr>
            <w:tcW w:type="dxa" w:w="2160"/>
          </w:tcPr>
          <w:p>
            <w:r>
              <w:t>通修</w:t>
            </w:r>
          </w:p>
        </w:tc>
        <w:tc>
          <w:tcPr>
            <w:tcW w:type="dxa" w:w="2160"/>
          </w:tcPr>
          <w:p>
            <w:r>
              <w:t>1</w:t>
            </w:r>
          </w:p>
        </w:tc>
      </w:tr>
      <w:tr>
        <w:tc>
          <w:tcPr>
            <w:tcW w:type="dxa" w:w="2160"/>
          </w:tcPr>
          <w:p>
            <w:r>
              <w:t>00000090A</w:t>
            </w:r>
          </w:p>
        </w:tc>
        <w:tc>
          <w:tcPr>
            <w:tcW w:type="dxa" w:w="2160"/>
          </w:tcPr>
          <w:p>
            <w:r>
              <w:t>习近平新时代中国特色社会主义思想概论（理论部分）</w:t>
            </w:r>
          </w:p>
        </w:tc>
        <w:tc>
          <w:tcPr>
            <w:tcW w:type="dxa" w:w="2160"/>
          </w:tcPr>
          <w:p>
            <w:r>
              <w:t>通修</w:t>
            </w:r>
          </w:p>
        </w:tc>
        <w:tc>
          <w:tcPr>
            <w:tcW w:type="dxa" w:w="2160"/>
          </w:tcPr>
          <w:p>
            <w:r>
              <w:t>2</w:t>
            </w:r>
          </w:p>
        </w:tc>
      </w:tr>
      <w:tr>
        <w:tc>
          <w:tcPr>
            <w:tcW w:type="dxa" w:w="2160"/>
          </w:tcPr>
          <w:p>
            <w:r>
              <w:t>00000090B</w:t>
            </w:r>
          </w:p>
        </w:tc>
        <w:tc>
          <w:tcPr>
            <w:tcW w:type="dxa" w:w="2160"/>
          </w:tcPr>
          <w:p>
            <w:r>
              <w:t>习近平新时代中国特色社会主义思想概论（实践部分）</w:t>
            </w:r>
          </w:p>
        </w:tc>
        <w:tc>
          <w:tcPr>
            <w:tcW w:type="dxa" w:w="2160"/>
          </w:tcPr>
          <w:p>
            <w:r>
              <w:t>通修</w:t>
            </w:r>
          </w:p>
        </w:tc>
        <w:tc>
          <w:tcPr>
            <w:tcW w:type="dxa" w:w="2160"/>
          </w:tcPr>
          <w:p>
            <w:r>
              <w:t>1</w:t>
            </w:r>
          </w:p>
        </w:tc>
      </w:tr>
      <w:tr>
        <w:tc>
          <w:tcPr>
            <w:tcW w:type="dxa" w:w="2160"/>
          </w:tcPr>
          <w:p>
            <w:r>
              <w:t>00010012A</w:t>
            </w:r>
          </w:p>
        </w:tc>
        <w:tc>
          <w:tcPr>
            <w:tcW w:type="dxa" w:w="2160"/>
          </w:tcPr>
          <w:p>
            <w:r>
              <w:t>微积分I(第二层次)</w:t>
            </w:r>
          </w:p>
        </w:tc>
        <w:tc>
          <w:tcPr>
            <w:tcW w:type="dxa" w:w="2160"/>
          </w:tcPr>
          <w:p>
            <w:r>
              <w:t>通修</w:t>
            </w:r>
          </w:p>
        </w:tc>
        <w:tc>
          <w:tcPr>
            <w:tcW w:type="dxa" w:w="2160"/>
          </w:tcPr>
          <w:p>
            <w:r>
              <w:t>5</w:t>
            </w:r>
          </w:p>
        </w:tc>
      </w:tr>
      <w:tr>
        <w:tc>
          <w:tcPr>
            <w:tcW w:type="dxa" w:w="2160"/>
          </w:tcPr>
          <w:p>
            <w:r>
              <w:t>00010012B</w:t>
            </w:r>
          </w:p>
        </w:tc>
        <w:tc>
          <w:tcPr>
            <w:tcW w:type="dxa" w:w="2160"/>
          </w:tcPr>
          <w:p>
            <w:r>
              <w:t>微积分II与线性代数(第二层次)</w:t>
            </w:r>
          </w:p>
        </w:tc>
        <w:tc>
          <w:tcPr>
            <w:tcW w:type="dxa" w:w="2160"/>
          </w:tcPr>
          <w:p>
            <w:r>
              <w:t>通修</w:t>
            </w:r>
          </w:p>
        </w:tc>
        <w:tc>
          <w:tcPr>
            <w:tcW w:type="dxa" w:w="2160"/>
          </w:tcPr>
          <w:p>
            <w:r>
              <w:t>5</w:t>
            </w:r>
          </w:p>
        </w:tc>
      </w:tr>
      <w:tr>
        <w:tc>
          <w:tcPr>
            <w:tcW w:type="dxa" w:w="2160"/>
          </w:tcPr>
          <w:p>
            <w:r>
              <w:t>00020080A</w:t>
            </w:r>
          </w:p>
        </w:tc>
        <w:tc>
          <w:tcPr>
            <w:tcW w:type="dxa" w:w="2160"/>
          </w:tcPr>
          <w:p>
            <w:r>
              <w:t>大学进阶英语-读写（Ⅰ）</w:t>
            </w:r>
          </w:p>
        </w:tc>
        <w:tc>
          <w:tcPr>
            <w:tcW w:type="dxa" w:w="2160"/>
          </w:tcPr>
          <w:p>
            <w:r>
              <w:t>通修</w:t>
            </w:r>
          </w:p>
        </w:tc>
        <w:tc>
          <w:tcPr>
            <w:tcW w:type="dxa" w:w="2160"/>
          </w:tcPr>
          <w:p>
            <w:r>
              <w:t>8</w:t>
            </w:r>
          </w:p>
        </w:tc>
      </w:tr>
      <w:tr>
        <w:tc>
          <w:tcPr>
            <w:tcW w:type="dxa" w:w="2160"/>
          </w:tcPr>
          <w:p>
            <w:r>
              <w:t>00020080B</w:t>
            </w:r>
          </w:p>
        </w:tc>
        <w:tc>
          <w:tcPr>
            <w:tcW w:type="dxa" w:w="2160"/>
          </w:tcPr>
          <w:p>
            <w:r>
              <w:t>大学进阶英语-读写（Ⅱ）</w:t>
            </w:r>
          </w:p>
        </w:tc>
        <w:tc>
          <w:tcPr>
            <w:tcW w:type="dxa" w:w="2160"/>
          </w:tcPr>
          <w:p/>
        </w:tc>
        <w:tc>
          <w:tcPr>
            <w:tcW w:type="dxa" w:w="2160"/>
          </w:tcPr>
          <w:p/>
        </w:tc>
      </w:tr>
      <w:tr>
        <w:tc>
          <w:tcPr>
            <w:tcW w:type="dxa" w:w="2160"/>
          </w:tcPr>
          <w:p>
            <w:r>
              <w:t>00020090A</w:t>
            </w:r>
          </w:p>
        </w:tc>
        <w:tc>
          <w:tcPr>
            <w:tcW w:type="dxa" w:w="2160"/>
          </w:tcPr>
          <w:p>
            <w:r>
              <w:t>大学进阶英语-听说（Ⅰ）</w:t>
            </w:r>
          </w:p>
        </w:tc>
        <w:tc>
          <w:tcPr>
            <w:tcW w:type="dxa" w:w="2160"/>
          </w:tcPr>
          <w:p/>
        </w:tc>
        <w:tc>
          <w:tcPr>
            <w:tcW w:type="dxa" w:w="2160"/>
          </w:tcPr>
          <w:p/>
        </w:tc>
      </w:tr>
      <w:tr>
        <w:tc>
          <w:tcPr>
            <w:tcW w:type="dxa" w:w="2160"/>
          </w:tcPr>
          <w:p>
            <w:r>
              <w:t>00020090B</w:t>
            </w:r>
          </w:p>
        </w:tc>
        <w:tc>
          <w:tcPr>
            <w:tcW w:type="dxa" w:w="2160"/>
          </w:tcPr>
          <w:p>
            <w:r>
              <w:t>大学进阶英语-听说（Ⅱ）</w:t>
            </w:r>
          </w:p>
        </w:tc>
        <w:tc>
          <w:tcPr>
            <w:tcW w:type="dxa" w:w="2160"/>
          </w:tcPr>
          <w:p/>
        </w:tc>
        <w:tc>
          <w:tcPr>
            <w:tcW w:type="dxa" w:w="2160"/>
          </w:tcPr>
          <w:p/>
        </w:tc>
      </w:tr>
      <w:tr>
        <w:tc>
          <w:tcPr>
            <w:tcW w:type="dxa" w:w="2160"/>
          </w:tcPr>
          <w:p>
            <w:r>
              <w:t>00020022B</w:t>
            </w:r>
          </w:p>
        </w:tc>
        <w:tc>
          <w:tcPr>
            <w:tcW w:type="dxa" w:w="2160"/>
          </w:tcPr>
          <w:p>
            <w:r>
              <w:t>新闻英语读写/翻译基础与实践/批判性阅读：美国社会与文化/英语文学精品赏析/学术性阅读：语言与思维/学术英语写作</w:t>
            </w:r>
          </w:p>
        </w:tc>
        <w:tc>
          <w:tcPr>
            <w:tcW w:type="dxa" w:w="2160"/>
          </w:tcPr>
          <w:p/>
        </w:tc>
        <w:tc>
          <w:tcPr>
            <w:tcW w:type="dxa" w:w="2160"/>
          </w:tcPr>
          <w:p/>
        </w:tc>
      </w:tr>
      <w:tr>
        <w:tc>
          <w:tcPr>
            <w:tcW w:type="dxa" w:w="2160"/>
          </w:tcPr>
          <w:p>
            <w:r>
              <w:t>00020032B</w:t>
            </w:r>
          </w:p>
        </w:tc>
        <w:tc>
          <w:tcPr>
            <w:tcW w:type="dxa" w:w="2160"/>
          </w:tcPr>
          <w:p>
            <w:r>
              <w:t>高级英语口语/视听说与跨文化交际/国际学术交流英语/英文电影视听说与文化赏析</w:t>
            </w:r>
          </w:p>
        </w:tc>
        <w:tc>
          <w:tcPr>
            <w:tcW w:type="dxa" w:w="2160"/>
          </w:tcPr>
          <w:p/>
        </w:tc>
        <w:tc>
          <w:tcPr>
            <w:tcW w:type="dxa" w:w="2160"/>
          </w:tcPr>
          <w:p/>
        </w:tc>
      </w:tr>
      <w:tr>
        <w:tc>
          <w:tcPr>
            <w:tcW w:type="dxa" w:w="2160"/>
          </w:tcPr>
          <w:p>
            <w:r>
              <w:t>00030211/ 00030220</w:t>
            </w:r>
          </w:p>
        </w:tc>
        <w:tc>
          <w:tcPr>
            <w:tcW w:type="dxa" w:w="2160"/>
          </w:tcPr>
          <w:p>
            <w:r>
              <w:t>C程序设计（层次Ⅰ）/ Python程序设计</w:t>
            </w:r>
          </w:p>
        </w:tc>
        <w:tc>
          <w:tcPr>
            <w:tcW w:type="dxa" w:w="2160"/>
          </w:tcPr>
          <w:p>
            <w:r>
              <w:t>通修</w:t>
            </w:r>
          </w:p>
        </w:tc>
        <w:tc>
          <w:tcPr>
            <w:tcW w:type="dxa" w:w="2160"/>
          </w:tcPr>
          <w:p>
            <w:r>
              <w:t>3</w:t>
            </w:r>
          </w:p>
        </w:tc>
      </w:tr>
      <w:tr>
        <w:tc>
          <w:tcPr>
            <w:tcW w:type="dxa" w:w="2160"/>
          </w:tcPr>
          <w:p>
            <w:r>
              <w:t>13000250A</w:t>
            </w:r>
          </w:p>
        </w:tc>
        <w:tc>
          <w:tcPr>
            <w:tcW w:type="dxa" w:w="2160"/>
          </w:tcPr>
          <w:p>
            <w:r>
              <w:t>大学化学A</w:t>
            </w:r>
          </w:p>
        </w:tc>
        <w:tc>
          <w:tcPr>
            <w:tcW w:type="dxa" w:w="2160"/>
          </w:tcPr>
          <w:p>
            <w:r>
              <w:t>平台</w:t>
            </w:r>
          </w:p>
        </w:tc>
        <w:tc>
          <w:tcPr>
            <w:tcW w:type="dxa" w:w="2160"/>
          </w:tcPr>
          <w:p>
            <w:r>
              <w:t>3</w:t>
            </w:r>
          </w:p>
        </w:tc>
      </w:tr>
      <w:tr>
        <w:tc>
          <w:tcPr>
            <w:tcW w:type="dxa" w:w="2160"/>
          </w:tcPr>
          <w:p>
            <w:r>
              <w:t>13000250B</w:t>
            </w:r>
          </w:p>
        </w:tc>
        <w:tc>
          <w:tcPr>
            <w:tcW w:type="dxa" w:w="2160"/>
          </w:tcPr>
          <w:p>
            <w:r>
              <w:t>大学化学B</w:t>
            </w:r>
          </w:p>
        </w:tc>
        <w:tc>
          <w:tcPr>
            <w:tcW w:type="dxa" w:w="2160"/>
          </w:tcPr>
          <w:p>
            <w:r>
              <w:t>平台</w:t>
            </w:r>
          </w:p>
        </w:tc>
        <w:tc>
          <w:tcPr>
            <w:tcW w:type="dxa" w:w="2160"/>
          </w:tcPr>
          <w:p>
            <w:r>
              <w:t>3</w:t>
            </w:r>
          </w:p>
        </w:tc>
      </w:tr>
      <w:tr>
        <w:tc>
          <w:tcPr>
            <w:tcW w:type="dxa" w:w="2160"/>
          </w:tcPr>
          <w:p>
            <w:r>
              <w:t>13010260</w:t>
            </w:r>
          </w:p>
        </w:tc>
        <w:tc>
          <w:tcPr>
            <w:tcW w:type="dxa" w:w="2160"/>
          </w:tcPr>
          <w:p>
            <w:r>
              <w:t>化学实验基础</w:t>
            </w:r>
          </w:p>
        </w:tc>
        <w:tc>
          <w:tcPr>
            <w:tcW w:type="dxa" w:w="2160"/>
          </w:tcPr>
          <w:p>
            <w:r>
              <w:t>平台</w:t>
            </w:r>
          </w:p>
        </w:tc>
        <w:tc>
          <w:tcPr>
            <w:tcW w:type="dxa" w:w="2160"/>
          </w:tcPr>
          <w:p>
            <w:r>
              <w:t>2</w:t>
            </w:r>
          </w:p>
        </w:tc>
      </w:tr>
      <w:tr>
        <w:tc>
          <w:tcPr>
            <w:tcW w:type="dxa" w:w="2160"/>
          </w:tcPr>
          <w:p>
            <w:r>
              <w:t>13000110 T</w:t>
            </w:r>
          </w:p>
        </w:tc>
        <w:tc>
          <w:tcPr>
            <w:tcW w:type="dxa" w:w="2160"/>
          </w:tcPr>
          <w:p>
            <w:r>
              <w:t>大学化学实验</w:t>
            </w:r>
          </w:p>
        </w:tc>
        <w:tc>
          <w:tcPr>
            <w:tcW w:type="dxa" w:w="2160"/>
          </w:tcPr>
          <w:p>
            <w:r>
              <w:t>平台</w:t>
            </w:r>
          </w:p>
        </w:tc>
        <w:tc>
          <w:tcPr>
            <w:tcW w:type="dxa" w:w="2160"/>
          </w:tcPr>
          <w:p>
            <w:r>
              <w:t>3</w:t>
            </w:r>
          </w:p>
        </w:tc>
      </w:tr>
      <w:tr>
        <w:tc>
          <w:tcPr>
            <w:tcW w:type="dxa" w:w="2160"/>
          </w:tcPr>
          <w:p>
            <w:r>
              <w:t>1 4000010 A</w:t>
            </w:r>
          </w:p>
        </w:tc>
        <w:tc>
          <w:tcPr>
            <w:tcW w:type="dxa" w:w="2160"/>
          </w:tcPr>
          <w:p>
            <w:r>
              <w:t>普通生物学（上）</w:t>
            </w:r>
          </w:p>
        </w:tc>
        <w:tc>
          <w:tcPr>
            <w:tcW w:type="dxa" w:w="2160"/>
          </w:tcPr>
          <w:p>
            <w:r>
              <w:t>平台</w:t>
            </w:r>
          </w:p>
        </w:tc>
        <w:tc>
          <w:tcPr>
            <w:tcW w:type="dxa" w:w="2160"/>
          </w:tcPr>
          <w:p>
            <w:r>
              <w:t>2</w:t>
            </w:r>
          </w:p>
        </w:tc>
      </w:tr>
      <w:tr>
        <w:tc>
          <w:tcPr>
            <w:tcW w:type="dxa" w:w="2160"/>
          </w:tcPr>
          <w:p>
            <w:r>
              <w:t>13010030</w:t>
            </w:r>
          </w:p>
        </w:tc>
        <w:tc>
          <w:tcPr>
            <w:tcW w:type="dxa" w:w="2160"/>
          </w:tcPr>
          <w:p>
            <w:r>
              <w:t>仪器分析</w:t>
            </w:r>
          </w:p>
        </w:tc>
        <w:tc>
          <w:tcPr>
            <w:tcW w:type="dxa" w:w="2160"/>
          </w:tcPr>
          <w:p>
            <w:r>
              <w:t>核心</w:t>
            </w:r>
          </w:p>
        </w:tc>
        <w:tc>
          <w:tcPr>
            <w:tcW w:type="dxa" w:w="2160"/>
          </w:tcPr>
          <w:p>
            <w:r>
              <w:t>4</w:t>
            </w:r>
          </w:p>
        </w:tc>
      </w:tr>
      <w:tr>
        <w:tc>
          <w:tcPr>
            <w:tcW w:type="dxa" w:w="2160"/>
          </w:tcPr>
          <w:p>
            <w:r>
              <w:t>13010140</w:t>
            </w:r>
          </w:p>
        </w:tc>
        <w:tc>
          <w:tcPr>
            <w:tcW w:type="dxa" w:w="2160"/>
          </w:tcPr>
          <w:p>
            <w:r>
              <w:t>仪器分析实验</w:t>
            </w:r>
          </w:p>
        </w:tc>
        <w:tc>
          <w:tcPr>
            <w:tcW w:type="dxa" w:w="2160"/>
          </w:tcPr>
          <w:p>
            <w:r>
              <w:t>核心</w:t>
            </w:r>
          </w:p>
        </w:tc>
        <w:tc>
          <w:tcPr>
            <w:tcW w:type="dxa" w:w="2160"/>
          </w:tcPr>
          <w:p>
            <w:r>
              <w:t>2</w:t>
            </w:r>
          </w:p>
        </w:tc>
      </w:tr>
      <w:tr>
        <w:tc>
          <w:tcPr>
            <w:tcW w:type="dxa" w:w="2160"/>
          </w:tcPr>
          <w:p>
            <w:r>
              <w:t>13020060</w:t>
            </w:r>
          </w:p>
        </w:tc>
        <w:tc>
          <w:tcPr>
            <w:tcW w:type="dxa" w:w="2160"/>
          </w:tcPr>
          <w:p>
            <w:r>
              <w:t>有机化学</w:t>
            </w:r>
          </w:p>
        </w:tc>
        <w:tc>
          <w:tcPr>
            <w:tcW w:type="dxa" w:w="2160"/>
          </w:tcPr>
          <w:p>
            <w:r>
              <w:t>核心</w:t>
            </w:r>
          </w:p>
        </w:tc>
        <w:tc>
          <w:tcPr>
            <w:tcW w:type="dxa" w:w="2160"/>
          </w:tcPr>
          <w:p>
            <w:r>
              <w:t>3</w:t>
            </w:r>
          </w:p>
        </w:tc>
      </w:tr>
      <w:tr>
        <w:tc>
          <w:tcPr>
            <w:tcW w:type="dxa" w:w="2160"/>
          </w:tcPr>
          <w:p>
            <w:r>
              <w:t>13020070T</w:t>
            </w:r>
          </w:p>
        </w:tc>
        <w:tc>
          <w:tcPr>
            <w:tcW w:type="dxa" w:w="2160"/>
          </w:tcPr>
          <w:p>
            <w:r>
              <w:t>有机化学实验</w:t>
            </w:r>
          </w:p>
        </w:tc>
        <w:tc>
          <w:tcPr>
            <w:tcW w:type="dxa" w:w="2160"/>
          </w:tcPr>
          <w:p>
            <w:r>
              <w:t>核心</w:t>
            </w:r>
          </w:p>
        </w:tc>
        <w:tc>
          <w:tcPr>
            <w:tcW w:type="dxa" w:w="2160"/>
          </w:tcPr>
          <w:p>
            <w:r>
              <w:t>2</w:t>
            </w:r>
          </w:p>
        </w:tc>
      </w:tr>
      <w:tr>
        <w:tc>
          <w:tcPr>
            <w:tcW w:type="dxa" w:w="2160"/>
          </w:tcPr>
          <w:p>
            <w:r>
              <w:t>13010390A</w:t>
            </w:r>
          </w:p>
        </w:tc>
        <w:tc>
          <w:tcPr>
            <w:tcW w:type="dxa" w:w="2160"/>
          </w:tcPr>
          <w:p>
            <w:r>
              <w:t>物理化学A</w:t>
            </w:r>
          </w:p>
        </w:tc>
        <w:tc>
          <w:tcPr>
            <w:tcW w:type="dxa" w:w="2160"/>
          </w:tcPr>
          <w:p>
            <w:r>
              <w:t>核心</w:t>
            </w:r>
          </w:p>
        </w:tc>
        <w:tc>
          <w:tcPr>
            <w:tcW w:type="dxa" w:w="2160"/>
          </w:tcPr>
          <w:p>
            <w:r>
              <w:t>3</w:t>
            </w:r>
          </w:p>
        </w:tc>
      </w:tr>
      <w:tr>
        <w:tc>
          <w:tcPr>
            <w:tcW w:type="dxa" w:w="2160"/>
          </w:tcPr>
          <w:p>
            <w:r>
              <w:t>13010390B</w:t>
            </w:r>
          </w:p>
        </w:tc>
        <w:tc>
          <w:tcPr>
            <w:tcW w:type="dxa" w:w="2160"/>
          </w:tcPr>
          <w:p>
            <w:r>
              <w:t>物理化学B</w:t>
            </w:r>
          </w:p>
        </w:tc>
        <w:tc>
          <w:tcPr>
            <w:tcW w:type="dxa" w:w="2160"/>
          </w:tcPr>
          <w:p>
            <w:r>
              <w:t>核心</w:t>
            </w:r>
          </w:p>
        </w:tc>
        <w:tc>
          <w:tcPr>
            <w:tcW w:type="dxa" w:w="2160"/>
          </w:tcPr>
          <w:p>
            <w:r>
              <w:t>3</w:t>
            </w:r>
          </w:p>
        </w:tc>
      </w:tr>
      <w:tr>
        <w:tc>
          <w:tcPr>
            <w:tcW w:type="dxa" w:w="2160"/>
          </w:tcPr>
          <w:p>
            <w:r>
              <w:t>13020010A</w:t>
            </w:r>
          </w:p>
        </w:tc>
        <w:tc>
          <w:tcPr>
            <w:tcW w:type="dxa" w:w="2160"/>
          </w:tcPr>
          <w:p>
            <w:r>
              <w:t>化工原理</w:t>
            </w:r>
          </w:p>
        </w:tc>
        <w:tc>
          <w:tcPr>
            <w:tcW w:type="dxa" w:w="2160"/>
          </w:tcPr>
          <w:p>
            <w:r>
              <w:t>核心</w:t>
            </w:r>
          </w:p>
        </w:tc>
        <w:tc>
          <w:tcPr>
            <w:tcW w:type="dxa" w:w="2160"/>
          </w:tcPr>
          <w:p>
            <w:r>
              <w:t>3</w:t>
            </w:r>
          </w:p>
        </w:tc>
      </w:tr>
      <w:tr>
        <w:tc>
          <w:tcPr>
            <w:tcW w:type="dxa" w:w="2160"/>
          </w:tcPr>
          <w:p>
            <w:r>
              <w:t>13020010B</w:t>
            </w:r>
          </w:p>
        </w:tc>
        <w:tc>
          <w:tcPr>
            <w:tcW w:type="dxa" w:w="2160"/>
          </w:tcPr>
          <w:p>
            <w:r>
              <w:t>化工原理</w:t>
            </w:r>
          </w:p>
        </w:tc>
        <w:tc>
          <w:tcPr>
            <w:tcW w:type="dxa" w:w="2160"/>
          </w:tcPr>
          <w:p>
            <w:r>
              <w:t>核心</w:t>
            </w:r>
          </w:p>
        </w:tc>
        <w:tc>
          <w:tcPr>
            <w:tcW w:type="dxa" w:w="2160"/>
          </w:tcPr>
          <w:p>
            <w:r>
              <w:t>3</w:t>
            </w:r>
          </w:p>
        </w:tc>
      </w:tr>
      <w:tr>
        <w:tc>
          <w:tcPr>
            <w:tcW w:type="dxa" w:w="2160"/>
          </w:tcPr>
          <w:p>
            <w:r>
              <w:t>13020100T</w:t>
            </w:r>
          </w:p>
        </w:tc>
        <w:tc>
          <w:tcPr>
            <w:tcW w:type="dxa" w:w="2160"/>
          </w:tcPr>
          <w:p>
            <w:r>
              <w:t>化工原理实验</w:t>
            </w:r>
          </w:p>
        </w:tc>
        <w:tc>
          <w:tcPr>
            <w:tcW w:type="dxa" w:w="2160"/>
          </w:tcPr>
          <w:p>
            <w:r>
              <w:t>核心</w:t>
            </w:r>
          </w:p>
        </w:tc>
        <w:tc>
          <w:tcPr>
            <w:tcW w:type="dxa" w:w="2160"/>
          </w:tcPr>
          <w:p>
            <w:r>
              <w:t>2</w:t>
            </w:r>
          </w:p>
        </w:tc>
      </w:tr>
      <w:tr>
        <w:tc>
          <w:tcPr>
            <w:tcW w:type="dxa" w:w="2160"/>
          </w:tcPr>
          <w:p>
            <w:r>
              <w:t>13020090T</w:t>
            </w:r>
          </w:p>
        </w:tc>
        <w:tc>
          <w:tcPr>
            <w:tcW w:type="dxa" w:w="2160"/>
          </w:tcPr>
          <w:p>
            <w:r>
              <w:t>中级应用化学实验</w:t>
            </w:r>
          </w:p>
        </w:tc>
        <w:tc>
          <w:tcPr>
            <w:tcW w:type="dxa" w:w="2160"/>
          </w:tcPr>
          <w:p>
            <w:r>
              <w:t>核心</w:t>
            </w:r>
          </w:p>
        </w:tc>
        <w:tc>
          <w:tcPr>
            <w:tcW w:type="dxa" w:w="2160"/>
          </w:tcPr>
          <w:p>
            <w:r>
              <w:t>2</w:t>
            </w:r>
          </w:p>
        </w:tc>
      </w:tr>
      <w:tr>
        <w:tc>
          <w:tcPr>
            <w:tcW w:type="dxa" w:w="2160"/>
          </w:tcPr>
          <w:p>
            <w:r>
              <w:t>13030180</w:t>
            </w:r>
          </w:p>
        </w:tc>
        <w:tc>
          <w:tcPr>
            <w:tcW w:type="dxa" w:w="2160"/>
          </w:tcPr>
          <w:p>
            <w:r>
              <w:t>化学反应工程</w:t>
            </w:r>
          </w:p>
        </w:tc>
        <w:tc>
          <w:tcPr>
            <w:tcW w:type="dxa" w:w="2160"/>
          </w:tcPr>
          <w:p>
            <w:r>
              <w:t>核心</w:t>
            </w:r>
          </w:p>
        </w:tc>
        <w:tc>
          <w:tcPr>
            <w:tcW w:type="dxa" w:w="2160"/>
          </w:tcPr>
          <w:p>
            <w:r>
              <w:t>3</w:t>
            </w:r>
          </w:p>
        </w:tc>
      </w:tr>
      <w:tr>
        <w:tc>
          <w:tcPr>
            <w:tcW w:type="dxa" w:w="2160"/>
          </w:tcPr>
          <w:p>
            <w:r>
              <w:t>13030170</w:t>
            </w:r>
          </w:p>
        </w:tc>
        <w:tc>
          <w:tcPr>
            <w:tcW w:type="dxa" w:w="2160"/>
          </w:tcPr>
          <w:p>
            <w:r>
              <w:t>化工制图</w:t>
            </w:r>
          </w:p>
        </w:tc>
        <w:tc>
          <w:tcPr>
            <w:tcW w:type="dxa" w:w="2160"/>
          </w:tcPr>
          <w:p>
            <w:r>
              <w:t>核心</w:t>
            </w:r>
          </w:p>
        </w:tc>
        <w:tc>
          <w:tcPr>
            <w:tcW w:type="dxa" w:w="2160"/>
          </w:tcPr>
          <w:p>
            <w:r>
              <w:t>3</w:t>
            </w:r>
          </w:p>
        </w:tc>
      </w:tr>
    </w:tbl>
    <w:p>
      <w:r>
        <w:t>备注：化学、化学（化学生物学）、化学（强基计划）、应用化学课程体系学生数学类通修课替代关系：00010011A《微积分I(第一层次)》可以替代00010012A《微积分I(第二层次)》；00010011B《微积分II（第一层次）》、00010011C《线性代数(第一层次)》可以替代00010012B《微积分II与线性代数(第二层次)》。以及其他符合教务规定的替代关系的课程。</w:t>
      </w:r>
    </w:p>
    <w:p>
      <w:r>
        <w:t>（二）学分绩加分项目补充说明</w:t>
      </w:r>
    </w:p>
    <w:p>
      <w:r>
        <w:t>按照《南京大学推荐优秀应届本科毕业生免试攻读研究生学分绩加分办法》执行。结合我院实际，补充说明如下：</w:t>
      </w:r>
    </w:p>
    <w:p>
      <w:r>
        <w:t>1、以第一作者身份（包括排位第一的共同第一作者）在Journal of the American Chemical Society、Angewandte Chemie International Edition、Nature Communications、Chem、The Proceedings of the National Academy of Sciences、Science Advances、Advanced Materials和《国家科学评论》(National Science Review)及相当或更高档次期刊发表研究性论文者，一篇加0.1，如与指导老师联合发表论文，仅限于指导老师作为第一作者、学生作为第二作者这种情况；以第一作者身份（包括排位第一的共同第一作者）在其他Nature Index收录期刊、Science China Chemistry、CCS Chemistry及相当档次期刊发表研究性论文者，一篇加0.05。以排位第二的共同第一作者发表研究性论文者，加分为第一作者的1/3，其他作者不进行加分。此项加分总额不超过0. 1。</w:t>
      </w:r>
    </w:p>
    <w:p>
      <w:r>
        <w:t>参评的学术论文，须为在读学位期间且以南京大学为第一署名单位的成果，且正式发表或者录用（截止日期为2026年8月31日）。未列出期刊的档次由学院推免生遴选工作小组认定。如有其他问题，由学院推免生遴选工作小组依据实际情况进行评估认定。</w:t>
      </w:r>
    </w:p>
    <w:p>
      <w:r>
        <w:t>2、参加化学/化工类实验竞赛，成绩优异者，按以下标准加分：</w:t>
      </w:r>
    </w:p>
    <w:tbl>
      <w:tblPr>
        <w:tblStyle w:val="TableGrid"/>
        <w:tblW w:type="auto" w:w="0"/>
        <w:tblLook w:firstColumn="1" w:firstRow="1" w:lastColumn="0" w:lastRow="0" w:noHBand="0" w:noVBand="1" w:val="04A0"/>
      </w:tblPr>
      <w:tblGrid>
        <w:gridCol w:w="2880"/>
        <w:gridCol w:w="2880"/>
        <w:gridCol w:w="2880"/>
      </w:tblGrid>
      <w:tr>
        <w:tc>
          <w:tcPr>
            <w:tcW w:type="dxa" w:w="2880"/>
          </w:tcPr>
          <w:p>
            <w:r>
              <w:t>竞赛名称</w:t>
            </w:r>
          </w:p>
        </w:tc>
        <w:tc>
          <w:tcPr>
            <w:tcW w:type="dxa" w:w="2880"/>
          </w:tcPr>
          <w:p>
            <w:r>
              <w:t>等级</w:t>
            </w:r>
          </w:p>
        </w:tc>
        <w:tc>
          <w:tcPr>
            <w:tcW w:type="dxa" w:w="2880"/>
          </w:tcPr>
          <w:p>
            <w:r>
              <w:t>加分政策</w:t>
            </w:r>
          </w:p>
        </w:tc>
      </w:tr>
      <w:tr>
        <w:tc>
          <w:tcPr>
            <w:tcW w:type="dxa" w:w="2880"/>
          </w:tcPr>
          <w:p>
            <w:r>
              <w:t>iGEM（国际遗传工程的机器设计竞赛）</w:t>
            </w:r>
          </w:p>
        </w:tc>
        <w:tc>
          <w:tcPr>
            <w:tcW w:type="dxa" w:w="2880"/>
          </w:tcPr>
          <w:p>
            <w:r>
              <w:t>国际级</w:t>
            </w:r>
          </w:p>
        </w:tc>
        <w:tc>
          <w:tcPr>
            <w:tcW w:type="dxa" w:w="2880"/>
          </w:tcPr>
          <w:p>
            <w:r>
              <w:t>Grand prize winner final list：前六贡献者0 .05/人，其他0 .2÷(总人数- 6)金奖+单项奖提名：前六贡献者0 .04/人，其他0 .16÷(总人数- 6)</w:t>
            </w:r>
          </w:p>
        </w:tc>
      </w:tr>
      <w:tr>
        <w:tc>
          <w:tcPr>
            <w:tcW w:type="dxa" w:w="2880"/>
          </w:tcPr>
          <w:p>
            <w:r>
              <w:t>全国大学生化工设计竞赛全国总决赛（团体赛）</w:t>
            </w:r>
          </w:p>
        </w:tc>
        <w:tc>
          <w:tcPr>
            <w:tcW w:type="dxa" w:w="2880"/>
          </w:tcPr>
          <w:p>
            <w:r>
              <w:t>国家级</w:t>
            </w:r>
          </w:p>
        </w:tc>
        <w:tc>
          <w:tcPr>
            <w:tcW w:type="dxa" w:w="2880"/>
          </w:tcPr>
          <w:p>
            <w:r>
              <w:t>特等奖：0.1/人一等奖：0.05/人二等奖：0.02/人</w:t>
            </w:r>
          </w:p>
        </w:tc>
      </w:tr>
      <w:tr>
        <w:tc>
          <w:tcPr>
            <w:tcW w:type="dxa" w:w="2880"/>
          </w:tcPr>
          <w:p>
            <w:r>
              <w:t>全国大学生化学实验创新设计大赛总决赛（团体赛）</w:t>
            </w:r>
          </w:p>
        </w:tc>
        <w:tc>
          <w:tcPr>
            <w:tcW w:type="dxa" w:w="2880"/>
          </w:tcPr>
          <w:p>
            <w:r>
              <w:t>国家级</w:t>
            </w:r>
          </w:p>
        </w:tc>
        <w:tc>
          <w:tcPr>
            <w:tcW w:type="dxa" w:w="2880"/>
          </w:tcPr>
          <w:p>
            <w:r>
              <w:t>特等奖：0.1/人一等奖：0.05/人二等奖：0.02/人</w:t>
            </w:r>
          </w:p>
        </w:tc>
      </w:tr>
      <w:tr>
        <w:tc>
          <w:tcPr>
            <w:tcW w:type="dxa" w:w="2880"/>
          </w:tcPr>
          <w:p>
            <w:r>
              <w:t>全国大学生化学实验竞赛总决赛</w:t>
            </w:r>
          </w:p>
        </w:tc>
        <w:tc>
          <w:tcPr>
            <w:tcW w:type="dxa" w:w="2880"/>
          </w:tcPr>
          <w:p>
            <w:r>
              <w:t>国家级</w:t>
            </w:r>
          </w:p>
        </w:tc>
        <w:tc>
          <w:tcPr>
            <w:tcW w:type="dxa" w:w="2880"/>
          </w:tcPr>
          <w:p>
            <w:r>
              <w:t>一等奖0.1二等奖0.05三等奖0.02</w:t>
            </w:r>
          </w:p>
        </w:tc>
      </w:tr>
      <w:tr>
        <w:tc>
          <w:tcPr>
            <w:tcW w:type="dxa" w:w="2880"/>
          </w:tcPr>
          <w:p>
            <w:r>
              <w:t>全国大学生化工实验大赛决赛（团体赛）</w:t>
            </w:r>
          </w:p>
        </w:tc>
        <w:tc>
          <w:tcPr>
            <w:tcW w:type="dxa" w:w="2880"/>
          </w:tcPr>
          <w:p>
            <w:r>
              <w:t>国家级</w:t>
            </w:r>
          </w:p>
        </w:tc>
        <w:tc>
          <w:tcPr>
            <w:tcW w:type="dxa" w:w="2880"/>
          </w:tcPr>
          <w:p>
            <w:r>
              <w:t>特等奖：0.1/人一等奖：0.05/人二等奖：0.02/人</w:t>
            </w:r>
          </w:p>
        </w:tc>
      </w:tr>
      <w:tr>
        <w:tc>
          <w:tcPr>
            <w:tcW w:type="dxa" w:w="2880"/>
          </w:tcPr>
          <w:p>
            <w:r>
              <w:t>全国大学生电化学测量技术竞赛（团体赛）</w:t>
            </w:r>
          </w:p>
        </w:tc>
        <w:tc>
          <w:tcPr>
            <w:tcW w:type="dxa" w:w="2880"/>
          </w:tcPr>
          <w:p>
            <w:r>
              <w:t>国家级</w:t>
            </w:r>
          </w:p>
        </w:tc>
        <w:tc>
          <w:tcPr>
            <w:tcW w:type="dxa" w:w="2880"/>
          </w:tcPr>
          <w:p>
            <w:r>
              <w:t>特等奖：0.05/人一等奖：0.02/人</w:t>
            </w:r>
          </w:p>
        </w:tc>
      </w:tr>
      <w:tr>
        <w:tc>
          <w:tcPr>
            <w:tcW w:type="dxa" w:w="2880"/>
          </w:tcPr>
          <w:p>
            <w:r>
              <w:t>华东赛区大学生化工设计竞赛（团体赛）</w:t>
            </w:r>
          </w:p>
        </w:tc>
        <w:tc>
          <w:tcPr>
            <w:tcW w:type="dxa" w:w="2880"/>
          </w:tcPr>
          <w:p>
            <w:r>
              <w:t>大区级</w:t>
            </w:r>
          </w:p>
        </w:tc>
        <w:tc>
          <w:tcPr>
            <w:tcW w:type="dxa" w:w="2880"/>
          </w:tcPr>
          <w:p>
            <w:r>
              <w:t>特等奖：0.05/人一等奖：0.02/人</w:t>
            </w:r>
          </w:p>
        </w:tc>
      </w:tr>
      <w:tr>
        <w:tc>
          <w:tcPr>
            <w:tcW w:type="dxa" w:w="2880"/>
          </w:tcPr>
          <w:p>
            <w:r>
              <w:t>全国大学生化学实验创新设计大赛华东赛区竞赛（团体赛）</w:t>
            </w:r>
          </w:p>
        </w:tc>
        <w:tc>
          <w:tcPr>
            <w:tcW w:type="dxa" w:w="2880"/>
          </w:tcPr>
          <w:p>
            <w:r>
              <w:t>大区级</w:t>
            </w:r>
          </w:p>
        </w:tc>
        <w:tc>
          <w:tcPr>
            <w:tcW w:type="dxa" w:w="2880"/>
          </w:tcPr>
          <w:p>
            <w:r>
              <w:t>一等奖：0.05/人二等奖：0.02/人</w:t>
            </w:r>
          </w:p>
        </w:tc>
      </w:tr>
      <w:tr>
        <w:tc>
          <w:tcPr>
            <w:tcW w:type="dxa" w:w="2880"/>
          </w:tcPr>
          <w:p>
            <w:r>
              <w:t>全国大学生化工实验大赛华东区赛（团体赛）</w:t>
            </w:r>
          </w:p>
        </w:tc>
        <w:tc>
          <w:tcPr>
            <w:tcW w:type="dxa" w:w="2880"/>
          </w:tcPr>
          <w:p>
            <w:r>
              <w:t>大区级</w:t>
            </w:r>
          </w:p>
        </w:tc>
        <w:tc>
          <w:tcPr>
            <w:tcW w:type="dxa" w:w="2880"/>
          </w:tcPr>
          <w:p>
            <w:r>
              <w:t>特等奖：0.05/人一等奖：0.02/人</w:t>
            </w:r>
          </w:p>
        </w:tc>
      </w:tr>
      <w:tr>
        <w:tc>
          <w:tcPr>
            <w:tcW w:type="dxa" w:w="2880"/>
          </w:tcPr>
          <w:p>
            <w:r>
              <w:t>江苏省大学生化学化工实验竞赛</w:t>
            </w:r>
          </w:p>
        </w:tc>
        <w:tc>
          <w:tcPr>
            <w:tcW w:type="dxa" w:w="2880"/>
          </w:tcPr>
          <w:p>
            <w:r>
              <w:t>省级</w:t>
            </w:r>
          </w:p>
        </w:tc>
        <w:tc>
          <w:tcPr>
            <w:tcW w:type="dxa" w:w="2880"/>
          </w:tcPr>
          <w:p>
            <w:r>
              <w:t>特等奖0.05一等奖0.02</w:t>
            </w:r>
          </w:p>
        </w:tc>
      </w:tr>
      <w:tr>
        <w:tc>
          <w:tcPr>
            <w:tcW w:type="dxa" w:w="2880"/>
          </w:tcPr>
          <w:p>
            <w:r>
              <w:t>上海大学生化学实验竞赛</w:t>
            </w:r>
          </w:p>
        </w:tc>
        <w:tc>
          <w:tcPr>
            <w:tcW w:type="dxa" w:w="2880"/>
          </w:tcPr>
          <w:p>
            <w:r>
              <w:t>省级</w:t>
            </w:r>
          </w:p>
        </w:tc>
        <w:tc>
          <w:tcPr>
            <w:tcW w:type="dxa" w:w="2880"/>
          </w:tcPr>
          <w:p>
            <w:r>
              <w:t>特等奖0.05一等奖0.02</w:t>
            </w:r>
          </w:p>
        </w:tc>
      </w:tr>
      <w:tr>
        <w:tc>
          <w:tcPr>
            <w:tcW w:type="dxa" w:w="2880"/>
          </w:tcPr>
          <w:p>
            <w:r>
              <w:t>江苏省普通高等学校大学生水处理实验竞赛</w:t>
            </w:r>
          </w:p>
        </w:tc>
        <w:tc>
          <w:tcPr>
            <w:tcW w:type="dxa" w:w="2880"/>
          </w:tcPr>
          <w:p>
            <w:r>
              <w:t>省级</w:t>
            </w:r>
          </w:p>
        </w:tc>
        <w:tc>
          <w:tcPr>
            <w:tcW w:type="dxa" w:w="2880"/>
          </w:tcPr>
          <w:p>
            <w:r>
              <w:t>特等奖0.03一等奖0.01</w:t>
            </w:r>
          </w:p>
        </w:tc>
      </w:tr>
    </w:tbl>
    <w:p>
      <w:r>
        <w:t>同一竞赛项目以获得最高加分项的成果为准，不累计加分。</w:t>
      </w:r>
    </w:p>
    <w:p>
      <w:r>
        <w:t>3、如有其他未列出的获奖、学术成果等请提交《推免加分申请书》和相关证明材料，由推免生遴选工作小组讨论决定。</w:t>
      </w:r>
    </w:p>
    <w:p>
      <w:r>
        <w:t>4、根据《南京大学推荐优秀应届本科毕业生免试攻读研究生学分绩加分办法》相关规定，学生在高水平科研创新成果、高水平竞赛奖项、综合素质表现、参军入伍服兵役等加分类别中，同一类别内有多项成果的，原则上只取一项计入加分，相同内容形成的成果不得累计加分，单人加分总额不得超过0.3。学院推免生遴选工作小组将组织公开答辩，对申请学分绩加分的学生的科研创新成果、论文、竞赛获奖奖项及内容进行审核鉴定。学生与其亲属或其他利益相关者（不含指导教师）合作的科研成果、竞赛奖项等，不纳入学生本人推免综合学分绩计算体系。</w:t>
      </w:r>
    </w:p>
    <w:p>
      <w:r>
        <w:t>（三）综合学分绩计算规则</w:t>
      </w:r>
    </w:p>
    <w:p>
      <w:r>
        <w:t>学分绩统一以学生首次参加课程考试的成绩计算（如第一次考试不及格者，按不及格原始成绩计算学分绩），返校未满一年的交换生以现有在本校修读的课程成绩计算。对于港澳台华侨学生，实际修读的政治课程、军事理论课及军事技能训练纳入学分绩计算；未修读的政治课程、军事理论课及军事技能训练，及用于替代的国情类课程，不纳入推免学分绩计算范畴。推免课程学分绩计算公式按照《学生手册》中《南京大学普通全日制本科生学籍管理细则》中平均学分绩计算方法计算，推免综合学分绩计算公式如下：</w:t>
      </w:r>
    </w:p>
    <w:p>
      <w:r>
        <w:t>推免综合学分绩＝推免课程学分绩＋学分绩总加分</w:t>
      </w:r>
    </w:p>
    <w:p>
      <w:r>
        <w:t>五、专业排名规则</w:t>
      </w:r>
    </w:p>
    <w:p>
      <w:r>
        <w:t>本次推免分“基础学科拔尖学生培养试验计划”（简称“拔尖”）和普通序列两个序列，化学专业（包括化学、化学（化学生物学）、化学（拔尖计划）、化学（强基计划））和应用化学专业分别进行排序。符合推免条件的申请学生按拔尖和普通序列（化学和应用化学分别排序）依据推免综合学分绩排序。根据学校下达的指标数，产生学生排序名单，按照排序名单依次推荐。排序规则如下：</w:t>
      </w:r>
    </w:p>
    <w:p>
      <w:r>
        <w:t>（一）拔尖序列学生</w:t>
      </w:r>
    </w:p>
    <w:p>
      <w:r>
        <w:t>1、各课程体系学生按照推免综合学分绩统一排序，依次推荐。</w:t>
      </w:r>
    </w:p>
    <w:p>
      <w:r>
        <w:t>2、推免人数为“政策指标比例×拔尖计划总人数”（四舍五入）。</w:t>
      </w:r>
    </w:p>
    <w:p>
      <w:r>
        <w:t>3、如拔尖序列的推免指标未确认完，则将多余的名额分配到普通序列化学专业中进行分配。</w:t>
      </w:r>
    </w:p>
    <w:p>
      <w:r>
        <w:t>4、如拔尖学生未在拔尖序列获得推免资格，则在普通序列化学专业中按照推免综合学分绩重新排序进行确认。</w:t>
      </w:r>
    </w:p>
    <w:p>
      <w:r>
        <w:t>（二）普通序列学生</w:t>
      </w:r>
    </w:p>
    <w:p>
      <w:r>
        <w:t>1、按照化学（包括化学、化学（化学生物学）、化学（拔尖计划）、化学（强基计划））和应用化学两个专业分别排序，分开推荐。</w:t>
      </w:r>
    </w:p>
    <w:p>
      <w:r>
        <w:t>2、化学和应用化学推免人数为“政策指标比例×专业推免基数”，若出现非整数，整数部分代表确定的推免人数，其后各专业按小数部分数值大小依次获得推免指标（如：A专业小数点后的数字为0.7，B专业小数点后的数字为0.6，则A专业优先获得非整数部分的推免指标）；小数部分数值相同的情况下，则从推免综合学分绩排名相对位置靠前者中产生，即根据“推免综合学分绩排名/所在专业推免基数×100%”由低到高排序推荐。</w:t>
      </w:r>
    </w:p>
    <w:p>
      <w:r>
        <w:t>（三）补充说明</w:t>
      </w:r>
    </w:p>
    <w:p>
      <w:r>
        <w:t>1、推免综合学分绩相同的情况下，首先参考推免课程学分绩，其次参考所有专业核心课程的综合学分绩。</w:t>
      </w:r>
    </w:p>
    <w:p>
      <w:r>
        <w:t>2、候补名额依据综合学分绩高低进行排序。</w:t>
      </w:r>
    </w:p>
    <w:p>
      <w:r>
        <w:t>3、其他情况由院系推免生遴选工作小组讨论决定。</w:t>
      </w:r>
    </w:p>
    <w:p>
      <w:r>
        <w:t>六、本院系学生推免申报程序</w:t>
      </w:r>
    </w:p>
    <w:p>
      <w:r>
        <w:t>根据教育部规定及《关于做好推荐202 7年优秀应届本科毕业生免试攻读研究生工作的通知》，我院学生推免申报程序如下：</w:t>
      </w:r>
    </w:p>
    <w:p>
      <w:r>
        <w:t>1、《202 6年度南京大学化学学院推免生遴选工作实施细则》经学校审定后，在校内公示不少于3日。</w:t>
      </w:r>
    </w:p>
    <w:p>
      <w:r>
        <w:t>2、学生自主申报：学院做好推免学分绩核算、政策解释和咨询指导等工作，成立专家审核小组，按照要求对学生学术创新成果进行审核认定，对推免生申请名单、学生的推免学分绩、推免学分绩加分情况（加分项目和分值）及推免综合排序等进行公示，公示期不少于3日。</w:t>
      </w:r>
    </w:p>
    <w:p>
      <w:r>
        <w:t>3、按照教育部及学校分配的院系推免名额，学院确定拟推荐学生排序名单，并公示不少于3日，公示期满后向学校提交推荐学生排序名单。</w:t>
      </w:r>
    </w:p>
    <w:p>
      <w:r>
        <w:t>4、学校推荐优秀本科毕业生免试攻读研究生工作领导小组审定各学院推荐学生名单，并将审定结果在全校范围内公示，经公示无异议者方能正式获得202 6年度南京大学推免生资格。</w:t>
      </w:r>
    </w:p>
    <w:p>
      <w:r>
        <w:t>5、学校通过教育部“全国推荐优秀应届本科毕业生免试攻读研究生信息公开暨管理服务系统”上报推免生名单，供省级教育招生考试管理机构进行政策审核，并按要求向教育部备案。</w:t>
      </w:r>
    </w:p>
    <w:p>
      <w:r>
        <w:t>6、获得推免生资格的学生按教育部文件规定，登录“全国推荐优秀应届本科毕业生免试攻读研究生信息公开暨管理服务系统”进行网上志愿填报，并根据报考学校要求完成复试考核和录取等工作。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