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关于南京大学2026年推荐免试研究生体育竞赛(国内)加分清单增补中国大学生赛艇锦标赛的公示</w:t>
      </w:r>
    </w:p>
    <w:tbl>
      <w:tblPr>
        <w:tblStyle w:val="TableGrid"/>
        <w:tblW w:type="auto" w:w="0"/>
        <w:tblLook w:firstColumn="1" w:firstRow="1" w:lastColumn="0" w:lastRow="0" w:noHBand="0" w:noVBand="1" w:val="04A0"/>
      </w:tblPr>
      <w:tblGrid>
        <w:gridCol w:w="2880"/>
        <w:gridCol w:w="2880"/>
        <w:gridCol w:w="2880"/>
      </w:tblGrid>
      <w:tr>
        <w:tc>
          <w:tcPr>
            <w:tcW w:type="dxa" w:w="2880"/>
          </w:tcPr>
          <w:p>
            <w:r>
              <w:t>运动竞赛概况政策文件运动队介绍赛事指南视频欣赏</w:t>
            </w:r>
          </w:p>
        </w:tc>
        <w:tc>
          <w:tcPr>
            <w:tcW w:type="dxa" w:w="2880"/>
          </w:tcPr>
          <w:p>
            <w:r/>
          </w:p>
        </w:tc>
        <w:tc>
          <w:tcPr>
            <w:tcW w:type="dxa" w:w="2880"/>
          </w:tcPr>
          <w:p>
            <w:r>
              <w:t>当前位置：运动竞赛关于南京大学2026年推荐免试研究生体育竞赛(国内)加分清单增补中国大学生赛艇锦标赛的公示阅读次数: 151添加时间: 2026/09/11南京大学2026年推荐免试研究生体育竞赛（国内）加分清单增补中国大学生赛艇锦标赛，现将增补后的清单公示如下：南京大学2026年推荐免试研究生体育竞赛（国内）加分清单综合类体育竞赛中华人民共和国学生（青年）运动会单项协会（项目）中国学生体育联合会全国比赛分区比赛（等同于省级比赛）田径全国大学生田径锦标赛游泳中国大学生(阳光体育）游泳锦标赛中国大学生游泳锦标赛分区赛中国大学生游泳锦标赛(总决赛)篮球中国大学生篮球二级联赛（全国总决赛）全国大学生篮球二级联赛分区赛排球全国大学生排球联赛全国大学生排球联赛分区赛中国大学生沙滩排球锦标赛中国大学生沙滩排球精英赛全国大学生气排球锦标赛足球全国青少年校园足球联赛大学男子高水平组甲级联赛乒乓球中国大学生乒乓球锦标赛羽毛球中国大学生羽毛球锦标赛中国大学生羽毛球锦标赛分区赛网球中国大学生网球锦标赛中国大学生网球锦标赛分区赛中国大学生匹克球锦标赛民族传统体育全国大学生武术（套路）锦标赛健美操艺术体操中国大学生啦啦操锦标赛中国大学生街舞锦标赛中国大学生艺术体操锦标赛中国大学生健美操锦标赛中国大学生健康活力大赛跆拳道中国大学生跆拳道锦标赛中国大学生跆拳道锦标赛分区赛定向中国大学生定向越野锦标赛体育舞蹈中国大学生体育舞蹈（国标舞）锦标赛毽球中国大学生毽球锦标赛赛艇与龙舟中国大学生龙舟锦标赛中国大学生赛艇锦标赛舞龙舞狮全国大学生舞龙舞狮锦标赛单项运动联盟（项目）江苏省学校体育联合会江苏省运动会（高校部）比赛单项运动联盟赛事田径江苏省运动会高校部田径比赛江苏省大学生田径锦标赛江苏省大学生田径冠军赛游泳江苏省运动会高校部游泳比赛江苏省高校普通大学生游泳锦标赛篮球江苏省运动会高校部篮球比赛中国大学生篮球二级联赛江苏基层赛江苏省大学生校园（本科普通生组）篮球锦标赛排球江苏省运动会高校部排球比赛江苏省大学生排球联赛江苏省运动会高校部沙滩排球比赛江苏省大学生沙滩排球锦标赛江苏省运动会高校部气排球比赛江苏省大学生气排球锦标赛足球江苏省运动会高校部足球比赛“省长杯”江苏省大学生足球联赛乒乓球江苏省运动会高校部乒乓球比赛江苏省大学生（普通组）乒乓球锦标赛江苏省大学生砂板乒乓球锦标赛羽毛球江苏省运动会高校部羽毛球比赛江苏省大学生（本科组）羽毛球锦标赛网球江苏省运动会高校部网球比赛江苏省大学生（普通生组）网球锦标赛匹克球江苏省大学生匹克球锦标赛武术江苏省运动会高校部武术比赛江苏省大学生武术（套路）锦标赛健美操（啦啦操）江苏省运动会高校部健美操比赛江苏省大学生健美操啦啦操锦标赛街舞江苏省大学生街舞锦标赛排舞江苏省大学生排舞锦标赛跆拳道江苏省运动会高校部跆拳道比赛江苏省大学生跆拳道锦标赛龙舟江苏省运动会高校部龙舟比赛江苏省大学生龙舟锦标赛飞镖江苏省运动会高校部飞镖比赛江苏省大学生飞镖锦标赛定向越野江苏省大学生定向越野锦标赛体育舞蹈江苏省大学生体育舞蹈锦标赛毽球江苏省大学生毽球锦标赛龙狮江苏省运动会高校部龙狮比赛江苏省大学生舞龙舞狮锦标赛南京大学体育部2026年9月11日下一篇：办理推免运动成绩加学分绩流程</w:t>
            </w:r>
          </w:p>
        </w:tc>
      </w:tr>
      <w:tr>
        <w:tc>
          <w:tcPr>
            <w:tcW w:type="dxa" w:w="2880"/>
          </w:tcPr>
          <w:p>
            <w:r>
              <w:t>运动竞赛</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概况</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政策文件</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运动队介绍</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赛事指南</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视频欣赏</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关于南京大学2026年推荐免试研究生体育竞赛(国内)加分清单增补中国大学生赛艇锦标赛的公示阅读次数: 151添加时间: 2026/09/11南京大学2026年推荐免试研究生体育竞赛（国内）加分清单增补中国大学生赛艇锦标赛，现将增补后的清单公示如下：南京大学2026年推荐免试研究生体育竞赛（国内）加分清单综合类体育竞赛中华人民共和国学生（青年）运动会单项协会（项目）中国学生体育联合会全国比赛分区比赛（等同于省级比赛）田径全国大学生田径锦标赛游泳中国大学生(阳光体育）游泳锦标赛中国大学生游泳锦标赛分区赛中国大学生游泳锦标赛(总决赛)篮球中国大学生篮球二级联赛（全国总决赛）全国大学生篮球二级联赛分区赛排球全国大学生排球联赛全国大学生排球联赛分区赛中国大学生沙滩排球锦标赛中国大学生沙滩排球精英赛全国大学生气排球锦标赛足球全国青少年校园足球联赛大学男子高水平组甲级联赛乒乓球中国大学生乒乓球锦标赛羽毛球中国大学生羽毛球锦标赛中国大学生羽毛球锦标赛分区赛网球中国大学生网球锦标赛中国大学生网球锦标赛分区赛中国大学生匹克球锦标赛民族传统体育全国大学生武术（套路）锦标赛健美操艺术体操中国大学生啦啦操锦标赛中国大学生街舞锦标赛中国大学生艺术体操锦标赛中国大学生健美操锦标赛中国大学生健康活力大赛跆拳道中国大学生跆拳道锦标赛中国大学生跆拳道锦标赛分区赛定向中国大学生定向越野锦标赛体育舞蹈中国大学生体育舞蹈（国标舞）锦标赛毽球中国大学生毽球锦标赛赛艇与龙舟中国大学生龙舟锦标赛中国大学生赛艇锦标赛舞龙舞狮全国大学生舞龙舞狮锦标赛单项运动联盟（项目）江苏省学校体育联合会江苏省运动会（高校部）比赛单项运动联盟赛事田径江苏省运动会高校部田径比赛江苏省大学生田径锦标赛江苏省大学生田径冠军赛游泳江苏省运动会高校部游泳比赛江苏省高校普通大学生游泳锦标赛篮球江苏省运动会高校部篮球比赛中国大学生篮球二级联赛江苏基层赛江苏省大学生校园（本科普通生组）篮球锦标赛排球江苏省运动会高校部排球比赛江苏省大学生排球联赛江苏省运动会高校部沙滩排球比赛江苏省大学生沙滩排球锦标赛江苏省运动会高校部气排球比赛江苏省大学生气排球锦标赛足球江苏省运动会高校部足球比赛“省长杯”江苏省大学生足球联赛乒乓球江苏省运动会高校部乒乓球比赛江苏省大学生（普通组）乒乓球锦标赛江苏省大学生砂板乒乓球锦标赛羽毛球江苏省运动会高校部羽毛球比赛江苏省大学生（本科组）羽毛球锦标赛网球江苏省运动会高校部网球比赛江苏省大学生（普通生组）网球锦标赛匹克球江苏省大学生匹克球锦标赛武术江苏省运动会高校部武术比赛江苏省大学生武术（套路）锦标赛健美操（啦啦操）江苏省运动会高校部健美操比赛江苏省大学生健美操啦啦操锦标赛街舞江苏省大学生街舞锦标赛排舞江苏省大学生排舞锦标赛跆拳道江苏省运动会高校部跆拳道比赛江苏省大学生跆拳道锦标赛龙舟江苏省运动会高校部龙舟比赛江苏省大学生龙舟锦标赛飞镖江苏省运动会高校部飞镖比赛江苏省大学生飞镖锦标赛定向越野江苏省大学生定向越野锦标赛体育舞蹈江苏省大学生体育舞蹈锦标赛毽球江苏省大学生毽球锦标赛龙狮江苏省运动会高校部龙狮比赛江苏省大学生舞龙舞狮锦标赛南京大学体育部2026年9月11日下一篇：办理推免运动成绩加学分绩流程</w:t>
            </w:r>
          </w:p>
        </w:tc>
        <w:tc>
          <w:tcPr>
            <w:tcW w:type="dxa" w:w="2880"/>
          </w:tcPr>
          <w:p/>
        </w:tc>
        <w:tc>
          <w:tcPr>
            <w:tcW w:type="dxa" w:w="2880"/>
          </w:tcPr>
          <w:p/>
        </w:tc>
      </w:tr>
      <w:tr>
        <w:tc>
          <w:tcPr>
            <w:tcW w:type="dxa" w:w="2880"/>
          </w:tcPr>
          <w:p>
            <w:r>
              <w:t>关于南京大学2026年推荐免试研究生体育竞赛(国内)加分清单增补中国大学生赛艇锦标赛的公示</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阅读次数: 151添加时间: 2026/09/11</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南京大学2026年推荐免试研究生体育竞赛（国内）加分清单</w:t>
            </w:r>
          </w:p>
        </w:tc>
        <w:tc>
          <w:tcPr>
            <w:tcW w:type="dxa" w:w="2880"/>
          </w:tcPr>
          <w:p/>
        </w:tc>
        <w:tc>
          <w:tcPr>
            <w:tcW w:type="dxa" w:w="2880"/>
          </w:tcPr>
          <w:p/>
        </w:tc>
      </w:tr>
      <w:tr>
        <w:tc>
          <w:tcPr>
            <w:tcW w:type="dxa" w:w="2880"/>
          </w:tcPr>
          <w:p>
            <w:r>
              <w:t>综合类体育竞赛</w:t>
            </w:r>
          </w:p>
        </w:tc>
        <w:tc>
          <w:tcPr>
            <w:tcW w:type="dxa" w:w="2880"/>
          </w:tcPr>
          <w:p>
            <w:r>
              <w:t>中华人民共和国学生（青年）运动会</w:t>
            </w:r>
          </w:p>
        </w:tc>
        <w:tc>
          <w:tcPr>
            <w:tcW w:type="dxa" w:w="2880"/>
          </w:tcPr>
          <w:p>
            <w:r/>
          </w:p>
        </w:tc>
      </w:tr>
      <w:tr>
        <w:tc>
          <w:tcPr>
            <w:tcW w:type="dxa" w:w="2880"/>
          </w:tcPr>
          <w:p>
            <w:r/>
          </w:p>
        </w:tc>
        <w:tc>
          <w:tcPr>
            <w:tcW w:type="dxa" w:w="2880"/>
          </w:tcPr>
          <w:p/>
        </w:tc>
        <w:tc>
          <w:tcPr>
            <w:tcW w:type="dxa" w:w="2880"/>
          </w:tcPr>
          <w:p/>
        </w:tc>
      </w:tr>
      <w:tr>
        <w:tc>
          <w:tcPr>
            <w:tcW w:type="dxa" w:w="2880"/>
          </w:tcPr>
          <w:p>
            <w:r>
              <w:t>单项协会（项目）</w:t>
            </w:r>
          </w:p>
        </w:tc>
        <w:tc>
          <w:tcPr>
            <w:tcW w:type="dxa" w:w="2880"/>
          </w:tcPr>
          <w:p>
            <w:r>
              <w:t>中国学生体育联合会</w:t>
            </w:r>
          </w:p>
        </w:tc>
        <w:tc>
          <w:tcPr>
            <w:tcW w:type="dxa" w:w="2880"/>
          </w:tcPr>
          <w:p/>
        </w:tc>
      </w:tr>
      <w:tr>
        <w:tc>
          <w:tcPr>
            <w:tcW w:type="dxa" w:w="2880"/>
          </w:tcPr>
          <w:p>
            <w:r/>
          </w:p>
        </w:tc>
        <w:tc>
          <w:tcPr>
            <w:tcW w:type="dxa" w:w="2880"/>
          </w:tcPr>
          <w:p>
            <w:r>
              <w:t>全国比赛</w:t>
            </w:r>
          </w:p>
        </w:tc>
        <w:tc>
          <w:tcPr>
            <w:tcW w:type="dxa" w:w="2880"/>
          </w:tcPr>
          <w:p>
            <w:r>
              <w:t>分区比赛（等同于省级比赛）</w:t>
            </w:r>
          </w:p>
        </w:tc>
      </w:tr>
      <w:tr>
        <w:tc>
          <w:tcPr>
            <w:tcW w:type="dxa" w:w="2880"/>
          </w:tcPr>
          <w:p>
            <w:r>
              <w:t>田径</w:t>
            </w:r>
          </w:p>
        </w:tc>
        <w:tc>
          <w:tcPr>
            <w:tcW w:type="dxa" w:w="2880"/>
          </w:tcPr>
          <w:p>
            <w:r>
              <w:t>全国大学生田径锦标赛</w:t>
            </w:r>
          </w:p>
        </w:tc>
        <w:tc>
          <w:tcPr>
            <w:tcW w:type="dxa" w:w="2880"/>
          </w:tcPr>
          <w:p>
            <w:r/>
          </w:p>
        </w:tc>
      </w:tr>
      <w:tr>
        <w:tc>
          <w:tcPr>
            <w:tcW w:type="dxa" w:w="2880"/>
          </w:tcPr>
          <w:p>
            <w:r>
              <w:t>游泳</w:t>
            </w:r>
          </w:p>
        </w:tc>
        <w:tc>
          <w:tcPr>
            <w:tcW w:type="dxa" w:w="2880"/>
          </w:tcPr>
          <w:p>
            <w:r>
              <w:t>中国大学生(阳光体育）游泳锦标赛</w:t>
            </w:r>
          </w:p>
        </w:tc>
        <w:tc>
          <w:tcPr>
            <w:tcW w:type="dxa" w:w="2880"/>
          </w:tcPr>
          <w:p>
            <w:r>
              <w:t>中国大学生游泳锦标赛分区赛</w:t>
            </w:r>
          </w:p>
        </w:tc>
      </w:tr>
      <w:tr>
        <w:tc>
          <w:tcPr>
            <w:tcW w:type="dxa" w:w="2880"/>
          </w:tcPr>
          <w:p>
            <w:r/>
          </w:p>
        </w:tc>
        <w:tc>
          <w:tcPr>
            <w:tcW w:type="dxa" w:w="2880"/>
          </w:tcPr>
          <w:p>
            <w:r>
              <w:t>中国大学生游泳锦标赛(总决赛)</w:t>
            </w:r>
          </w:p>
        </w:tc>
        <w:tc>
          <w:tcPr>
            <w:tcW w:type="dxa" w:w="2880"/>
          </w:tcPr>
          <w:p>
            <w:r/>
          </w:p>
        </w:tc>
      </w:tr>
      <w:tr>
        <w:tc>
          <w:tcPr>
            <w:tcW w:type="dxa" w:w="2880"/>
          </w:tcPr>
          <w:p>
            <w:r>
              <w:t>篮球</w:t>
            </w:r>
          </w:p>
        </w:tc>
        <w:tc>
          <w:tcPr>
            <w:tcW w:type="dxa" w:w="2880"/>
          </w:tcPr>
          <w:p>
            <w:r>
              <w:t>中国大学生篮球二级联赛（全国总决赛）</w:t>
            </w:r>
          </w:p>
        </w:tc>
        <w:tc>
          <w:tcPr>
            <w:tcW w:type="dxa" w:w="2880"/>
          </w:tcPr>
          <w:p>
            <w:r>
              <w:t>全国大学生篮球二级联赛分区赛</w:t>
            </w:r>
          </w:p>
        </w:tc>
      </w:tr>
      <w:tr>
        <w:tc>
          <w:tcPr>
            <w:tcW w:type="dxa" w:w="2880"/>
          </w:tcPr>
          <w:p>
            <w:r/>
          </w:p>
        </w:tc>
        <w:tc>
          <w:tcPr>
            <w:tcW w:type="dxa" w:w="2880"/>
          </w:tcPr>
          <w:p>
            <w:r/>
          </w:p>
        </w:tc>
        <w:tc>
          <w:tcPr>
            <w:tcW w:type="dxa" w:w="2880"/>
          </w:tcPr>
          <w:p>
            <w:r/>
          </w:p>
        </w:tc>
      </w:tr>
      <w:tr>
        <w:tc>
          <w:tcPr>
            <w:tcW w:type="dxa" w:w="2880"/>
          </w:tcPr>
          <w:p>
            <w:r>
              <w:t>排球</w:t>
            </w:r>
          </w:p>
        </w:tc>
        <w:tc>
          <w:tcPr>
            <w:tcW w:type="dxa" w:w="2880"/>
          </w:tcPr>
          <w:p>
            <w:r>
              <w:t>全国大学生排球联赛</w:t>
            </w:r>
          </w:p>
        </w:tc>
        <w:tc>
          <w:tcPr>
            <w:tcW w:type="dxa" w:w="2880"/>
          </w:tcPr>
          <w:p>
            <w:r>
              <w:t>全国大学生排球联赛分区赛</w:t>
            </w:r>
          </w:p>
        </w:tc>
      </w:tr>
      <w:tr>
        <w:tc>
          <w:tcPr>
            <w:tcW w:type="dxa" w:w="2880"/>
          </w:tcPr>
          <w:p>
            <w:r/>
          </w:p>
        </w:tc>
        <w:tc>
          <w:tcPr>
            <w:tcW w:type="dxa" w:w="2880"/>
          </w:tcPr>
          <w:p>
            <w:r>
              <w:t>中国大学生沙滩排球锦标赛</w:t>
            </w:r>
          </w:p>
        </w:tc>
        <w:tc>
          <w:tcPr>
            <w:tcW w:type="dxa" w:w="2880"/>
          </w:tcPr>
          <w:p>
            <w:r/>
          </w:p>
        </w:tc>
      </w:tr>
      <w:tr>
        <w:tc>
          <w:tcPr>
            <w:tcW w:type="dxa" w:w="2880"/>
          </w:tcPr>
          <w:p>
            <w:r/>
          </w:p>
        </w:tc>
        <w:tc>
          <w:tcPr>
            <w:tcW w:type="dxa" w:w="2880"/>
          </w:tcPr>
          <w:p>
            <w:r>
              <w:t>中国大学生沙滩排球精英赛</w:t>
            </w:r>
          </w:p>
        </w:tc>
        <w:tc>
          <w:tcPr>
            <w:tcW w:type="dxa" w:w="2880"/>
          </w:tcPr>
          <w:p>
            <w:r/>
          </w:p>
        </w:tc>
      </w:tr>
      <w:tr>
        <w:tc>
          <w:tcPr>
            <w:tcW w:type="dxa" w:w="2880"/>
          </w:tcPr>
          <w:p>
            <w:r/>
          </w:p>
        </w:tc>
        <w:tc>
          <w:tcPr>
            <w:tcW w:type="dxa" w:w="2880"/>
          </w:tcPr>
          <w:p>
            <w:r>
              <w:t>全国大学生气排球锦标赛</w:t>
            </w:r>
          </w:p>
        </w:tc>
        <w:tc>
          <w:tcPr>
            <w:tcW w:type="dxa" w:w="2880"/>
          </w:tcPr>
          <w:p>
            <w:r/>
          </w:p>
        </w:tc>
      </w:tr>
      <w:tr>
        <w:tc>
          <w:tcPr>
            <w:tcW w:type="dxa" w:w="2880"/>
          </w:tcPr>
          <w:p>
            <w:r>
              <w:t>足球</w:t>
            </w:r>
          </w:p>
        </w:tc>
        <w:tc>
          <w:tcPr>
            <w:tcW w:type="dxa" w:w="2880"/>
          </w:tcPr>
          <w:p>
            <w:r>
              <w:t>全国青少年校园足球联赛大学男子高水平组甲级联赛</w:t>
            </w:r>
          </w:p>
        </w:tc>
        <w:tc>
          <w:tcPr>
            <w:tcW w:type="dxa" w:w="2880"/>
          </w:tcPr>
          <w:p>
            <w:r/>
          </w:p>
        </w:tc>
      </w:tr>
      <w:tr>
        <w:tc>
          <w:tcPr>
            <w:tcW w:type="dxa" w:w="2880"/>
          </w:tcPr>
          <w:p>
            <w:r>
              <w:t>乒乓球</w:t>
            </w:r>
          </w:p>
        </w:tc>
        <w:tc>
          <w:tcPr>
            <w:tcW w:type="dxa" w:w="2880"/>
          </w:tcPr>
          <w:p>
            <w:r>
              <w:t>中国大学生乒乓球锦标赛</w:t>
            </w:r>
          </w:p>
        </w:tc>
        <w:tc>
          <w:tcPr>
            <w:tcW w:type="dxa" w:w="2880"/>
          </w:tcPr>
          <w:p>
            <w:r/>
          </w:p>
        </w:tc>
      </w:tr>
      <w:tr>
        <w:tc>
          <w:tcPr>
            <w:tcW w:type="dxa" w:w="2880"/>
          </w:tcPr>
          <w:p>
            <w:r>
              <w:t>羽毛球</w:t>
            </w:r>
          </w:p>
        </w:tc>
        <w:tc>
          <w:tcPr>
            <w:tcW w:type="dxa" w:w="2880"/>
          </w:tcPr>
          <w:p>
            <w:r>
              <w:t>中国大学生羽毛球锦标赛</w:t>
            </w:r>
          </w:p>
        </w:tc>
        <w:tc>
          <w:tcPr>
            <w:tcW w:type="dxa" w:w="2880"/>
          </w:tcPr>
          <w:p>
            <w:r>
              <w:t>中国大学生羽毛球锦标赛分区赛</w:t>
            </w:r>
          </w:p>
        </w:tc>
      </w:tr>
      <w:tr>
        <w:tc>
          <w:tcPr>
            <w:tcW w:type="dxa" w:w="2880"/>
          </w:tcPr>
          <w:p>
            <w:r>
              <w:t>网球</w:t>
            </w:r>
          </w:p>
        </w:tc>
        <w:tc>
          <w:tcPr>
            <w:tcW w:type="dxa" w:w="2880"/>
          </w:tcPr>
          <w:p>
            <w:r>
              <w:t>中国大学生网球锦标赛</w:t>
            </w:r>
          </w:p>
        </w:tc>
        <w:tc>
          <w:tcPr>
            <w:tcW w:type="dxa" w:w="2880"/>
          </w:tcPr>
          <w:p>
            <w:r>
              <w:t>中国大学生网球锦标赛分区赛</w:t>
            </w:r>
          </w:p>
        </w:tc>
      </w:tr>
      <w:tr>
        <w:tc>
          <w:tcPr>
            <w:tcW w:type="dxa" w:w="2880"/>
          </w:tcPr>
          <w:p>
            <w:r/>
          </w:p>
        </w:tc>
        <w:tc>
          <w:tcPr>
            <w:tcW w:type="dxa" w:w="2880"/>
          </w:tcPr>
          <w:p>
            <w:r>
              <w:t>中国大学生匹克球锦标赛</w:t>
            </w:r>
          </w:p>
        </w:tc>
        <w:tc>
          <w:tcPr>
            <w:tcW w:type="dxa" w:w="2880"/>
          </w:tcPr>
          <w:p>
            <w:r/>
          </w:p>
        </w:tc>
      </w:tr>
      <w:tr>
        <w:tc>
          <w:tcPr>
            <w:tcW w:type="dxa" w:w="2880"/>
          </w:tcPr>
          <w:p>
            <w:r>
              <w:t>民族传统体育</w:t>
            </w:r>
          </w:p>
        </w:tc>
        <w:tc>
          <w:tcPr>
            <w:tcW w:type="dxa" w:w="2880"/>
          </w:tcPr>
          <w:p>
            <w:r>
              <w:t>全国大学生武术（套路）锦标赛</w:t>
            </w:r>
          </w:p>
        </w:tc>
        <w:tc>
          <w:tcPr>
            <w:tcW w:type="dxa" w:w="2880"/>
          </w:tcPr>
          <w:p>
            <w:r/>
          </w:p>
        </w:tc>
      </w:tr>
      <w:tr>
        <w:tc>
          <w:tcPr>
            <w:tcW w:type="dxa" w:w="2880"/>
          </w:tcPr>
          <w:p>
            <w:r>
              <w:t>健美操艺术体操</w:t>
            </w:r>
          </w:p>
        </w:tc>
        <w:tc>
          <w:tcPr>
            <w:tcW w:type="dxa" w:w="2880"/>
          </w:tcPr>
          <w:p>
            <w:r>
              <w:t>中国大学生啦啦操锦标赛</w:t>
            </w:r>
          </w:p>
        </w:tc>
        <w:tc>
          <w:tcPr>
            <w:tcW w:type="dxa" w:w="2880"/>
          </w:tcPr>
          <w:p>
            <w:r/>
          </w:p>
        </w:tc>
      </w:tr>
      <w:tr>
        <w:tc>
          <w:tcPr>
            <w:tcW w:type="dxa" w:w="2880"/>
          </w:tcPr>
          <w:p>
            <w:r/>
          </w:p>
        </w:tc>
        <w:tc>
          <w:tcPr>
            <w:tcW w:type="dxa" w:w="2880"/>
          </w:tcPr>
          <w:p>
            <w:r>
              <w:t>中国大学生街舞锦标赛</w:t>
            </w:r>
          </w:p>
        </w:tc>
        <w:tc>
          <w:tcPr>
            <w:tcW w:type="dxa" w:w="2880"/>
          </w:tcPr>
          <w:p>
            <w:r/>
          </w:p>
        </w:tc>
      </w:tr>
      <w:tr>
        <w:tc>
          <w:tcPr>
            <w:tcW w:type="dxa" w:w="2880"/>
          </w:tcPr>
          <w:p>
            <w:r/>
          </w:p>
        </w:tc>
        <w:tc>
          <w:tcPr>
            <w:tcW w:type="dxa" w:w="2880"/>
          </w:tcPr>
          <w:p>
            <w:r>
              <w:t>中国大学生艺术体操锦标赛</w:t>
            </w:r>
          </w:p>
        </w:tc>
        <w:tc>
          <w:tcPr>
            <w:tcW w:type="dxa" w:w="2880"/>
          </w:tcPr>
          <w:p>
            <w:r/>
          </w:p>
        </w:tc>
      </w:tr>
      <w:tr>
        <w:tc>
          <w:tcPr>
            <w:tcW w:type="dxa" w:w="2880"/>
          </w:tcPr>
          <w:p>
            <w:r/>
          </w:p>
        </w:tc>
        <w:tc>
          <w:tcPr>
            <w:tcW w:type="dxa" w:w="2880"/>
          </w:tcPr>
          <w:p>
            <w:r>
              <w:t>中国大学生健美操锦标赛</w:t>
            </w:r>
          </w:p>
        </w:tc>
        <w:tc>
          <w:tcPr>
            <w:tcW w:type="dxa" w:w="2880"/>
          </w:tcPr>
          <w:p>
            <w:r/>
          </w:p>
        </w:tc>
      </w:tr>
      <w:tr>
        <w:tc>
          <w:tcPr>
            <w:tcW w:type="dxa" w:w="2880"/>
          </w:tcPr>
          <w:p>
            <w:r/>
          </w:p>
        </w:tc>
        <w:tc>
          <w:tcPr>
            <w:tcW w:type="dxa" w:w="2880"/>
          </w:tcPr>
          <w:p>
            <w:r>
              <w:t>中国大学生健康活力大赛</w:t>
            </w:r>
          </w:p>
        </w:tc>
        <w:tc>
          <w:tcPr>
            <w:tcW w:type="dxa" w:w="2880"/>
          </w:tcPr>
          <w:p>
            <w:r/>
          </w:p>
        </w:tc>
      </w:tr>
      <w:tr>
        <w:tc>
          <w:tcPr>
            <w:tcW w:type="dxa" w:w="2880"/>
          </w:tcPr>
          <w:p>
            <w:r>
              <w:t>跆拳道</w:t>
            </w:r>
          </w:p>
        </w:tc>
        <w:tc>
          <w:tcPr>
            <w:tcW w:type="dxa" w:w="2880"/>
          </w:tcPr>
          <w:p>
            <w:r>
              <w:t>中国大学生跆拳道锦标赛</w:t>
            </w:r>
          </w:p>
        </w:tc>
        <w:tc>
          <w:tcPr>
            <w:tcW w:type="dxa" w:w="2880"/>
          </w:tcPr>
          <w:p>
            <w:r>
              <w:t>中国大学生跆拳道锦标赛分区赛</w:t>
            </w:r>
          </w:p>
        </w:tc>
      </w:tr>
      <w:tr>
        <w:tc>
          <w:tcPr>
            <w:tcW w:type="dxa" w:w="2880"/>
          </w:tcPr>
          <w:p>
            <w:r>
              <w:t>定向</w:t>
            </w:r>
          </w:p>
        </w:tc>
        <w:tc>
          <w:tcPr>
            <w:tcW w:type="dxa" w:w="2880"/>
          </w:tcPr>
          <w:p>
            <w:r>
              <w:t>中国大学生定向越野锦标赛</w:t>
            </w:r>
          </w:p>
        </w:tc>
        <w:tc>
          <w:tcPr>
            <w:tcW w:type="dxa" w:w="2880"/>
          </w:tcPr>
          <w:p>
            <w:r/>
          </w:p>
        </w:tc>
      </w:tr>
      <w:tr>
        <w:tc>
          <w:tcPr>
            <w:tcW w:type="dxa" w:w="2880"/>
          </w:tcPr>
          <w:p>
            <w:r>
              <w:t>体育舞蹈</w:t>
            </w:r>
          </w:p>
        </w:tc>
        <w:tc>
          <w:tcPr>
            <w:tcW w:type="dxa" w:w="2880"/>
          </w:tcPr>
          <w:p>
            <w:r>
              <w:t>中国大学生体育舞蹈（国标舞）锦标赛</w:t>
            </w:r>
          </w:p>
        </w:tc>
        <w:tc>
          <w:tcPr>
            <w:tcW w:type="dxa" w:w="2880"/>
          </w:tcPr>
          <w:p>
            <w:r/>
          </w:p>
        </w:tc>
      </w:tr>
      <w:tr>
        <w:tc>
          <w:tcPr>
            <w:tcW w:type="dxa" w:w="2880"/>
          </w:tcPr>
          <w:p>
            <w:r>
              <w:t>毽球</w:t>
            </w:r>
          </w:p>
        </w:tc>
        <w:tc>
          <w:tcPr>
            <w:tcW w:type="dxa" w:w="2880"/>
          </w:tcPr>
          <w:p>
            <w:r>
              <w:t>中国大学生毽球锦标赛</w:t>
            </w:r>
          </w:p>
        </w:tc>
        <w:tc>
          <w:tcPr>
            <w:tcW w:type="dxa" w:w="2880"/>
          </w:tcPr>
          <w:p>
            <w:r/>
          </w:p>
        </w:tc>
      </w:tr>
      <w:tr>
        <w:tc>
          <w:tcPr>
            <w:tcW w:type="dxa" w:w="2880"/>
          </w:tcPr>
          <w:p>
            <w:r>
              <w:t>赛艇与龙舟</w:t>
            </w:r>
          </w:p>
        </w:tc>
        <w:tc>
          <w:tcPr>
            <w:tcW w:type="dxa" w:w="2880"/>
          </w:tcPr>
          <w:p>
            <w:r>
              <w:t>中国大学生龙舟锦标赛</w:t>
            </w:r>
          </w:p>
        </w:tc>
        <w:tc>
          <w:tcPr>
            <w:tcW w:type="dxa" w:w="2880"/>
          </w:tcPr>
          <w:p>
            <w:r/>
          </w:p>
        </w:tc>
      </w:tr>
      <w:tr>
        <w:tc>
          <w:tcPr>
            <w:tcW w:type="dxa" w:w="2880"/>
          </w:tcPr>
          <w:p>
            <w:r/>
          </w:p>
        </w:tc>
        <w:tc>
          <w:tcPr>
            <w:tcW w:type="dxa" w:w="2880"/>
          </w:tcPr>
          <w:p>
            <w:r>
              <w:t>中国大学生赛艇锦标赛</w:t>
            </w:r>
          </w:p>
        </w:tc>
        <w:tc>
          <w:tcPr>
            <w:tcW w:type="dxa" w:w="2880"/>
          </w:tcPr>
          <w:p>
            <w:r/>
          </w:p>
        </w:tc>
      </w:tr>
      <w:tr>
        <w:tc>
          <w:tcPr>
            <w:tcW w:type="dxa" w:w="2880"/>
          </w:tcPr>
          <w:p>
            <w:r>
              <w:t>舞龙舞狮</w:t>
            </w:r>
          </w:p>
        </w:tc>
        <w:tc>
          <w:tcPr>
            <w:tcW w:type="dxa" w:w="2880"/>
          </w:tcPr>
          <w:p>
            <w:r>
              <w:t>全国大学生舞龙舞狮锦标赛</w:t>
            </w:r>
          </w:p>
        </w:tc>
        <w:tc>
          <w:tcPr>
            <w:tcW w:type="dxa" w:w="2880"/>
          </w:tcPr>
          <w:p>
            <w:r/>
          </w:p>
        </w:tc>
      </w:tr>
      <w:tr>
        <w:tc>
          <w:tcPr>
            <w:tcW w:type="dxa" w:w="2880"/>
          </w:tcPr>
          <w:p>
            <w:r/>
          </w:p>
        </w:tc>
        <w:tc>
          <w:tcPr>
            <w:tcW w:type="dxa" w:w="2880"/>
          </w:tcPr>
          <w:p>
            <w:r/>
          </w:p>
        </w:tc>
        <w:tc>
          <w:tcPr>
            <w:tcW w:type="dxa" w:w="2880"/>
          </w:tcPr>
          <w:p>
            <w:r/>
          </w:p>
        </w:tc>
      </w:tr>
      <w:tr>
        <w:tc>
          <w:tcPr>
            <w:tcW w:type="dxa" w:w="2880"/>
          </w:tcPr>
          <w:p>
            <w:r>
              <w:t>单项运动联盟（项目）</w:t>
            </w:r>
          </w:p>
        </w:tc>
        <w:tc>
          <w:tcPr>
            <w:tcW w:type="dxa" w:w="2880"/>
          </w:tcPr>
          <w:p>
            <w:r>
              <w:t>江苏省学校体育联合会</w:t>
            </w:r>
          </w:p>
        </w:tc>
        <w:tc>
          <w:tcPr>
            <w:tcW w:type="dxa" w:w="2880"/>
          </w:tcPr>
          <w:p/>
        </w:tc>
      </w:tr>
      <w:tr>
        <w:tc>
          <w:tcPr>
            <w:tcW w:type="dxa" w:w="2880"/>
          </w:tcPr>
          <w:p>
            <w:r/>
          </w:p>
        </w:tc>
        <w:tc>
          <w:tcPr>
            <w:tcW w:type="dxa" w:w="2880"/>
          </w:tcPr>
          <w:p>
            <w:r>
              <w:t>江苏省运动会（高校部）比赛</w:t>
            </w:r>
          </w:p>
        </w:tc>
        <w:tc>
          <w:tcPr>
            <w:tcW w:type="dxa" w:w="2880"/>
          </w:tcPr>
          <w:p>
            <w:r>
              <w:t>单项运动联盟赛事</w:t>
            </w:r>
          </w:p>
        </w:tc>
      </w:tr>
      <w:tr>
        <w:tc>
          <w:tcPr>
            <w:tcW w:type="dxa" w:w="2880"/>
          </w:tcPr>
          <w:p>
            <w:r>
              <w:t>田径</w:t>
            </w:r>
          </w:p>
        </w:tc>
        <w:tc>
          <w:tcPr>
            <w:tcW w:type="dxa" w:w="2880"/>
          </w:tcPr>
          <w:p>
            <w:r>
              <w:t>江苏省运动会高校部田径比赛</w:t>
            </w:r>
          </w:p>
        </w:tc>
        <w:tc>
          <w:tcPr>
            <w:tcW w:type="dxa" w:w="2880"/>
          </w:tcPr>
          <w:p>
            <w:r>
              <w:t>江苏省大学生田径锦标赛</w:t>
            </w:r>
          </w:p>
        </w:tc>
      </w:tr>
      <w:tr>
        <w:tc>
          <w:tcPr>
            <w:tcW w:type="dxa" w:w="2880"/>
          </w:tcPr>
          <w:p>
            <w:r/>
          </w:p>
        </w:tc>
        <w:tc>
          <w:tcPr>
            <w:tcW w:type="dxa" w:w="2880"/>
          </w:tcPr>
          <w:p>
            <w:r/>
          </w:p>
        </w:tc>
        <w:tc>
          <w:tcPr>
            <w:tcW w:type="dxa" w:w="2880"/>
          </w:tcPr>
          <w:p>
            <w:r>
              <w:t>江苏省大学生田径冠军赛</w:t>
            </w:r>
          </w:p>
        </w:tc>
      </w:tr>
      <w:tr>
        <w:tc>
          <w:tcPr>
            <w:tcW w:type="dxa" w:w="2880"/>
          </w:tcPr>
          <w:p>
            <w:r>
              <w:t>游泳</w:t>
            </w:r>
          </w:p>
        </w:tc>
        <w:tc>
          <w:tcPr>
            <w:tcW w:type="dxa" w:w="2880"/>
          </w:tcPr>
          <w:p>
            <w:r>
              <w:t>江苏省运动会高校部游泳比赛</w:t>
            </w:r>
          </w:p>
        </w:tc>
        <w:tc>
          <w:tcPr>
            <w:tcW w:type="dxa" w:w="2880"/>
          </w:tcPr>
          <w:p>
            <w:r>
              <w:t>江苏省高校普通大学生游泳锦标赛</w:t>
            </w:r>
          </w:p>
        </w:tc>
      </w:tr>
      <w:tr>
        <w:tc>
          <w:tcPr>
            <w:tcW w:type="dxa" w:w="2880"/>
          </w:tcPr>
          <w:p>
            <w:r>
              <w:t>篮球</w:t>
            </w:r>
          </w:p>
        </w:tc>
        <w:tc>
          <w:tcPr>
            <w:tcW w:type="dxa" w:w="2880"/>
          </w:tcPr>
          <w:p>
            <w:r>
              <w:t>江苏省运动会高校部篮球比赛</w:t>
            </w:r>
          </w:p>
        </w:tc>
        <w:tc>
          <w:tcPr>
            <w:tcW w:type="dxa" w:w="2880"/>
          </w:tcPr>
          <w:p>
            <w:r>
              <w:t>中国大学生篮球二级联赛江苏基层赛</w:t>
            </w:r>
          </w:p>
        </w:tc>
      </w:tr>
      <w:tr>
        <w:tc>
          <w:tcPr>
            <w:tcW w:type="dxa" w:w="2880"/>
          </w:tcPr>
          <w:p>
            <w:r/>
          </w:p>
        </w:tc>
        <w:tc>
          <w:tcPr>
            <w:tcW w:type="dxa" w:w="2880"/>
          </w:tcPr>
          <w:p>
            <w:r/>
          </w:p>
        </w:tc>
        <w:tc>
          <w:tcPr>
            <w:tcW w:type="dxa" w:w="2880"/>
          </w:tcPr>
          <w:p>
            <w:r>
              <w:t>江苏省大学生校园（本科普通生组）篮球锦标赛</w:t>
            </w:r>
          </w:p>
        </w:tc>
      </w:tr>
      <w:tr>
        <w:tc>
          <w:tcPr>
            <w:tcW w:type="dxa" w:w="2880"/>
          </w:tcPr>
          <w:p>
            <w:r>
              <w:t>排球</w:t>
            </w:r>
          </w:p>
        </w:tc>
        <w:tc>
          <w:tcPr>
            <w:tcW w:type="dxa" w:w="2880"/>
          </w:tcPr>
          <w:p>
            <w:r>
              <w:t>江苏省运动会高校部排球比赛</w:t>
            </w:r>
          </w:p>
        </w:tc>
        <w:tc>
          <w:tcPr>
            <w:tcW w:type="dxa" w:w="2880"/>
          </w:tcPr>
          <w:p>
            <w:r>
              <w:t>江苏省大学生排球联赛</w:t>
            </w:r>
          </w:p>
        </w:tc>
      </w:tr>
      <w:tr>
        <w:tc>
          <w:tcPr>
            <w:tcW w:type="dxa" w:w="2880"/>
          </w:tcPr>
          <w:p>
            <w:r/>
          </w:p>
        </w:tc>
        <w:tc>
          <w:tcPr>
            <w:tcW w:type="dxa" w:w="2880"/>
          </w:tcPr>
          <w:p>
            <w:r>
              <w:t>江苏省运动会高校部沙滩排球比赛</w:t>
            </w:r>
          </w:p>
        </w:tc>
        <w:tc>
          <w:tcPr>
            <w:tcW w:type="dxa" w:w="2880"/>
          </w:tcPr>
          <w:p>
            <w:r>
              <w:t>江苏省大学生沙滩排球锦标赛</w:t>
            </w:r>
          </w:p>
        </w:tc>
      </w:tr>
      <w:tr>
        <w:tc>
          <w:tcPr>
            <w:tcW w:type="dxa" w:w="2880"/>
          </w:tcPr>
          <w:p>
            <w:r/>
          </w:p>
        </w:tc>
        <w:tc>
          <w:tcPr>
            <w:tcW w:type="dxa" w:w="2880"/>
          </w:tcPr>
          <w:p>
            <w:r>
              <w:t>江苏省运动会高校部气排球比赛</w:t>
            </w:r>
          </w:p>
        </w:tc>
        <w:tc>
          <w:tcPr>
            <w:tcW w:type="dxa" w:w="2880"/>
          </w:tcPr>
          <w:p>
            <w:r>
              <w:t>江苏省大学生气排球锦标赛</w:t>
            </w:r>
          </w:p>
        </w:tc>
      </w:tr>
      <w:tr>
        <w:tc>
          <w:tcPr>
            <w:tcW w:type="dxa" w:w="2880"/>
          </w:tcPr>
          <w:p>
            <w:r>
              <w:t>足球</w:t>
            </w:r>
          </w:p>
        </w:tc>
        <w:tc>
          <w:tcPr>
            <w:tcW w:type="dxa" w:w="2880"/>
          </w:tcPr>
          <w:p>
            <w:r>
              <w:t>江苏省运动会高校部足球比赛</w:t>
            </w:r>
          </w:p>
        </w:tc>
        <w:tc>
          <w:tcPr>
            <w:tcW w:type="dxa" w:w="2880"/>
          </w:tcPr>
          <w:p>
            <w:r>
              <w:t>“省长杯”江苏省大学生足球联赛</w:t>
            </w:r>
          </w:p>
        </w:tc>
      </w:tr>
      <w:tr>
        <w:tc>
          <w:tcPr>
            <w:tcW w:type="dxa" w:w="2880"/>
          </w:tcPr>
          <w:p>
            <w:r>
              <w:t>乒乓球</w:t>
            </w:r>
          </w:p>
        </w:tc>
        <w:tc>
          <w:tcPr>
            <w:tcW w:type="dxa" w:w="2880"/>
          </w:tcPr>
          <w:p>
            <w:r>
              <w:t>江苏省运动会高校部乒乓球比赛</w:t>
            </w:r>
          </w:p>
        </w:tc>
        <w:tc>
          <w:tcPr>
            <w:tcW w:type="dxa" w:w="2880"/>
          </w:tcPr>
          <w:p>
            <w:r>
              <w:t>江苏省大学生（普通组）乒乓球锦标赛</w:t>
            </w:r>
          </w:p>
        </w:tc>
      </w:tr>
      <w:tr>
        <w:tc>
          <w:tcPr>
            <w:tcW w:type="dxa" w:w="2880"/>
          </w:tcPr>
          <w:p>
            <w:r/>
          </w:p>
        </w:tc>
        <w:tc>
          <w:tcPr>
            <w:tcW w:type="dxa" w:w="2880"/>
          </w:tcPr>
          <w:p>
            <w:r/>
          </w:p>
        </w:tc>
        <w:tc>
          <w:tcPr>
            <w:tcW w:type="dxa" w:w="2880"/>
          </w:tcPr>
          <w:p>
            <w:r>
              <w:t>江苏省大学生砂板乒乓球锦标赛</w:t>
            </w:r>
          </w:p>
        </w:tc>
      </w:tr>
      <w:tr>
        <w:tc>
          <w:tcPr>
            <w:tcW w:type="dxa" w:w="2880"/>
          </w:tcPr>
          <w:p>
            <w:r>
              <w:t>羽毛球</w:t>
            </w:r>
          </w:p>
        </w:tc>
        <w:tc>
          <w:tcPr>
            <w:tcW w:type="dxa" w:w="2880"/>
          </w:tcPr>
          <w:p>
            <w:r>
              <w:t>江苏省运动会高校部羽毛球比赛</w:t>
            </w:r>
          </w:p>
        </w:tc>
        <w:tc>
          <w:tcPr>
            <w:tcW w:type="dxa" w:w="2880"/>
          </w:tcPr>
          <w:p>
            <w:r>
              <w:t>江苏省大学生（本科组）羽毛球锦标赛</w:t>
            </w:r>
          </w:p>
        </w:tc>
      </w:tr>
      <w:tr>
        <w:tc>
          <w:tcPr>
            <w:tcW w:type="dxa" w:w="2880"/>
          </w:tcPr>
          <w:p>
            <w:r>
              <w:t>网球</w:t>
            </w:r>
          </w:p>
        </w:tc>
        <w:tc>
          <w:tcPr>
            <w:tcW w:type="dxa" w:w="2880"/>
          </w:tcPr>
          <w:p>
            <w:r>
              <w:t>江苏省运动会高校部网球比赛</w:t>
            </w:r>
          </w:p>
        </w:tc>
        <w:tc>
          <w:tcPr>
            <w:tcW w:type="dxa" w:w="2880"/>
          </w:tcPr>
          <w:p>
            <w:r>
              <w:t>江苏省大学生（普通生组）网球锦标赛</w:t>
            </w:r>
          </w:p>
        </w:tc>
      </w:tr>
      <w:tr>
        <w:tc>
          <w:tcPr>
            <w:tcW w:type="dxa" w:w="2880"/>
          </w:tcPr>
          <w:p>
            <w:r>
              <w:t>匹克球</w:t>
            </w:r>
          </w:p>
        </w:tc>
        <w:tc>
          <w:tcPr>
            <w:tcW w:type="dxa" w:w="2880"/>
          </w:tcPr>
          <w:p>
            <w:r/>
          </w:p>
        </w:tc>
        <w:tc>
          <w:tcPr>
            <w:tcW w:type="dxa" w:w="2880"/>
          </w:tcPr>
          <w:p>
            <w:r>
              <w:t>江苏省大学生匹克球锦标赛</w:t>
            </w:r>
          </w:p>
        </w:tc>
      </w:tr>
      <w:tr>
        <w:tc>
          <w:tcPr>
            <w:tcW w:type="dxa" w:w="2880"/>
          </w:tcPr>
          <w:p>
            <w:r>
              <w:t>武术</w:t>
            </w:r>
          </w:p>
        </w:tc>
        <w:tc>
          <w:tcPr>
            <w:tcW w:type="dxa" w:w="2880"/>
          </w:tcPr>
          <w:p>
            <w:r>
              <w:t>江苏省运动会高校部武术比赛</w:t>
            </w:r>
          </w:p>
        </w:tc>
        <w:tc>
          <w:tcPr>
            <w:tcW w:type="dxa" w:w="2880"/>
          </w:tcPr>
          <w:p>
            <w:r>
              <w:t>江苏省大学生武术（套路）锦标赛</w:t>
            </w:r>
          </w:p>
        </w:tc>
      </w:tr>
      <w:tr>
        <w:tc>
          <w:tcPr>
            <w:tcW w:type="dxa" w:w="2880"/>
          </w:tcPr>
          <w:p>
            <w:r>
              <w:t>健美操（啦啦操）</w:t>
            </w:r>
          </w:p>
        </w:tc>
        <w:tc>
          <w:tcPr>
            <w:tcW w:type="dxa" w:w="2880"/>
          </w:tcPr>
          <w:p>
            <w:r>
              <w:t>江苏省运动会高校部健美操比赛</w:t>
            </w:r>
          </w:p>
        </w:tc>
        <w:tc>
          <w:tcPr>
            <w:tcW w:type="dxa" w:w="2880"/>
          </w:tcPr>
          <w:p>
            <w:r>
              <w:t>江苏省大学生健美操啦啦操锦标赛</w:t>
            </w:r>
          </w:p>
        </w:tc>
      </w:tr>
      <w:tr>
        <w:tc>
          <w:tcPr>
            <w:tcW w:type="dxa" w:w="2880"/>
          </w:tcPr>
          <w:p>
            <w:r>
              <w:t>街舞</w:t>
            </w:r>
          </w:p>
        </w:tc>
        <w:tc>
          <w:tcPr>
            <w:tcW w:type="dxa" w:w="2880"/>
          </w:tcPr>
          <w:p>
            <w:r/>
          </w:p>
        </w:tc>
        <w:tc>
          <w:tcPr>
            <w:tcW w:type="dxa" w:w="2880"/>
          </w:tcPr>
          <w:p>
            <w:r>
              <w:t>江苏省大学生街舞锦标赛</w:t>
            </w:r>
          </w:p>
        </w:tc>
      </w:tr>
      <w:tr>
        <w:tc>
          <w:tcPr>
            <w:tcW w:type="dxa" w:w="2880"/>
          </w:tcPr>
          <w:p>
            <w:r>
              <w:t>排舞</w:t>
            </w:r>
          </w:p>
        </w:tc>
        <w:tc>
          <w:tcPr>
            <w:tcW w:type="dxa" w:w="2880"/>
          </w:tcPr>
          <w:p>
            <w:r/>
          </w:p>
        </w:tc>
        <w:tc>
          <w:tcPr>
            <w:tcW w:type="dxa" w:w="2880"/>
          </w:tcPr>
          <w:p>
            <w:r>
              <w:t>江苏省大学生排舞锦标赛</w:t>
            </w:r>
          </w:p>
        </w:tc>
      </w:tr>
      <w:tr>
        <w:tc>
          <w:tcPr>
            <w:tcW w:type="dxa" w:w="2880"/>
          </w:tcPr>
          <w:p>
            <w:r>
              <w:t>跆拳道</w:t>
            </w:r>
          </w:p>
        </w:tc>
        <w:tc>
          <w:tcPr>
            <w:tcW w:type="dxa" w:w="2880"/>
          </w:tcPr>
          <w:p>
            <w:r>
              <w:t>江苏省运动会高校部跆拳道比赛</w:t>
            </w:r>
          </w:p>
        </w:tc>
        <w:tc>
          <w:tcPr>
            <w:tcW w:type="dxa" w:w="2880"/>
          </w:tcPr>
          <w:p>
            <w:r>
              <w:t>江苏省大学生跆拳道锦标赛</w:t>
            </w:r>
          </w:p>
        </w:tc>
      </w:tr>
      <w:tr>
        <w:tc>
          <w:tcPr>
            <w:tcW w:type="dxa" w:w="2880"/>
          </w:tcPr>
          <w:p>
            <w:r>
              <w:t>龙舟</w:t>
            </w:r>
          </w:p>
        </w:tc>
        <w:tc>
          <w:tcPr>
            <w:tcW w:type="dxa" w:w="2880"/>
          </w:tcPr>
          <w:p>
            <w:r>
              <w:t>江苏省运动会高校部龙舟比赛</w:t>
            </w:r>
          </w:p>
        </w:tc>
        <w:tc>
          <w:tcPr>
            <w:tcW w:type="dxa" w:w="2880"/>
          </w:tcPr>
          <w:p>
            <w:r>
              <w:t>江苏省大学生龙舟锦标赛</w:t>
            </w:r>
          </w:p>
        </w:tc>
      </w:tr>
      <w:tr>
        <w:tc>
          <w:tcPr>
            <w:tcW w:type="dxa" w:w="2880"/>
          </w:tcPr>
          <w:p>
            <w:r>
              <w:t>飞镖</w:t>
            </w:r>
          </w:p>
        </w:tc>
        <w:tc>
          <w:tcPr>
            <w:tcW w:type="dxa" w:w="2880"/>
          </w:tcPr>
          <w:p>
            <w:r>
              <w:t>江苏省运动会高校部飞镖比赛</w:t>
            </w:r>
          </w:p>
        </w:tc>
        <w:tc>
          <w:tcPr>
            <w:tcW w:type="dxa" w:w="2880"/>
          </w:tcPr>
          <w:p>
            <w:r>
              <w:t>江苏省大学生飞镖锦标赛</w:t>
            </w:r>
          </w:p>
        </w:tc>
      </w:tr>
      <w:tr>
        <w:tc>
          <w:tcPr>
            <w:tcW w:type="dxa" w:w="2880"/>
          </w:tcPr>
          <w:p>
            <w:r>
              <w:t>定向越野</w:t>
            </w:r>
          </w:p>
        </w:tc>
        <w:tc>
          <w:tcPr>
            <w:tcW w:type="dxa" w:w="2880"/>
          </w:tcPr>
          <w:p>
            <w:r/>
          </w:p>
        </w:tc>
        <w:tc>
          <w:tcPr>
            <w:tcW w:type="dxa" w:w="2880"/>
          </w:tcPr>
          <w:p>
            <w:r>
              <w:t>江苏省大学生定向越野锦标赛</w:t>
            </w:r>
          </w:p>
        </w:tc>
      </w:tr>
      <w:tr>
        <w:tc>
          <w:tcPr>
            <w:tcW w:type="dxa" w:w="2880"/>
          </w:tcPr>
          <w:p>
            <w:r>
              <w:t>体育舞蹈</w:t>
            </w:r>
          </w:p>
        </w:tc>
        <w:tc>
          <w:tcPr>
            <w:tcW w:type="dxa" w:w="2880"/>
          </w:tcPr>
          <w:p>
            <w:r/>
          </w:p>
        </w:tc>
        <w:tc>
          <w:tcPr>
            <w:tcW w:type="dxa" w:w="2880"/>
          </w:tcPr>
          <w:p>
            <w:r>
              <w:t>江苏省大学生体育舞蹈锦标赛</w:t>
            </w:r>
          </w:p>
        </w:tc>
      </w:tr>
      <w:tr>
        <w:tc>
          <w:tcPr>
            <w:tcW w:type="dxa" w:w="2880"/>
          </w:tcPr>
          <w:p>
            <w:r>
              <w:t>毽球</w:t>
            </w:r>
          </w:p>
        </w:tc>
        <w:tc>
          <w:tcPr>
            <w:tcW w:type="dxa" w:w="2880"/>
          </w:tcPr>
          <w:p>
            <w:r/>
          </w:p>
        </w:tc>
        <w:tc>
          <w:tcPr>
            <w:tcW w:type="dxa" w:w="2880"/>
          </w:tcPr>
          <w:p>
            <w:r>
              <w:t>江苏省大学生毽球锦标赛</w:t>
            </w:r>
          </w:p>
        </w:tc>
      </w:tr>
      <w:tr>
        <w:tc>
          <w:tcPr>
            <w:tcW w:type="dxa" w:w="2880"/>
          </w:tcPr>
          <w:p>
            <w:r>
              <w:t>龙狮</w:t>
            </w:r>
          </w:p>
        </w:tc>
        <w:tc>
          <w:tcPr>
            <w:tcW w:type="dxa" w:w="2880"/>
          </w:tcPr>
          <w:p>
            <w:r>
              <w:t>江苏省运动会高校部龙狮比赛</w:t>
            </w:r>
          </w:p>
        </w:tc>
        <w:tc>
          <w:tcPr>
            <w:tcW w:type="dxa" w:w="2880"/>
          </w:tcPr>
          <w:p>
            <w:r>
              <w:t>江苏省大学生舞龙舞狮锦标赛</w:t>
            </w:r>
          </w:p>
        </w:tc>
      </w:tr>
      <w:tr>
        <w:tc>
          <w:tcPr>
            <w:tcW w:type="dxa" w:w="2880"/>
          </w:tcPr>
          <w:p>
            <w:r>
              <w:t>下一篇：办理推免运动成绩加学分绩流程</w:t>
            </w:r>
          </w:p>
        </w:tc>
        <w:tc>
          <w:tcPr>
            <w:tcW w:type="dxa" w:w="2880"/>
          </w:tcPr>
          <w:p/>
        </w:tc>
        <w:tc>
          <w:tcPr>
            <w:tcW w:type="dxa" w:w="2880"/>
          </w:tcPr>
          <w:p/>
        </w:tc>
      </w:tr>
      <w:tr>
        <w:tc>
          <w:tcPr>
            <w:tcW w:type="dxa" w:w="2880"/>
          </w:tcPr>
          <w:p>
            <w:r>
              <w:t>下一篇：办理推免运动成绩加学分绩流程</w:t>
            </w:r>
          </w:p>
        </w:tc>
        <w:tc>
          <w:tcPr>
            <w:tcW w:type="dxa" w:w="2880"/>
          </w:tcPr>
          <w:p/>
        </w:tc>
        <w:tc>
          <w:tcPr>
            <w:tcW w:type="dxa" w:w="2880"/>
          </w:tcPr>
          <w:p/>
        </w:tc>
      </w:tr>
    </w:tbl>
    <w:tbl>
      <w:tblPr>
        <w:tblStyle w:val="TableGrid"/>
        <w:tblW w:type="auto" w:w="0"/>
        <w:tblLook w:firstColumn="1" w:firstRow="1" w:lastColumn="0" w:lastRow="0" w:noHBand="0" w:noVBand="1" w:val="04A0"/>
      </w:tblPr>
      <w:tblGrid>
        <w:gridCol w:w="8640"/>
      </w:tblGrid>
      <w:tr>
        <w:tc>
          <w:tcPr>
            <w:tcW w:type="dxa" w:w="8640"/>
          </w:tcPr>
          <w:p>
            <w:r>
              <w:t>Copyright © 2012-2014南京大学体育部-团结奋进创新育人All Rights Reserved.地址：江苏省南京市鼓楼区汉口路22号邮编：210093电话：025-83592302网站访问量：7</w:t>
            </w:r>
          </w:p>
        </w:tc>
      </w:tr>
      <w:tr>
        <w:tc>
          <w:tcPr>
            <w:tcW w:type="dxa" w:w="8640"/>
          </w:tcPr>
          <w:p>
            <w:r>
              <w:t>Copyright © 2012-2014南京大学体育部-团结奋进创新育人All Rights Reserved.</w:t>
            </w:r>
          </w:p>
        </w:tc>
      </w:tr>
      <w:tr>
        <w:tc>
          <w:tcPr>
            <w:tcW w:type="dxa" w:w="8640"/>
          </w:tcPr>
          <w:p>
            <w:r>
              <w:t>地址：江苏省南京市鼓楼区汉口路22号邮编：210093</w:t>
            </w:r>
          </w:p>
        </w:tc>
      </w:tr>
      <w:tr>
        <w:tc>
          <w:tcPr>
            <w:tcW w:type="dxa" w:w="8640"/>
          </w:tcPr>
          <w:p>
            <w:r>
              <w:t>电话：025-83592302网站访问量：7</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