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2026年度人工智能学院推免加分（项目和分值）公示</w:t>
      </w:r>
    </w:p>
    <w:p>
      <w:r>
        <w:t>按照2026年度人工智能学院竞赛加分细则，于2026年9月7日组织了推免加分答辩，推免加分情况见如下表格，参与答辩同学均不存在抄袭、造假、冒名及有名无实等情况，通过了3位评审老师的审核鉴定，可以获得相应分值加分。</w:t>
      </w:r>
    </w:p>
    <w:p>
      <w:r>
        <w:t>公示期为2026年9月10日至2026年9月12日，如对以上结果有疑议，须于公示期结束前以实名书面形式向南京大学人工智能学院反映。</w:t>
      </w:r>
    </w:p>
    <w:p>
      <w:r>
        <w:t>联系人：李老师</w:t>
      </w:r>
    </w:p>
    <w:p>
      <w:r>
        <w:t>联系电话：（025）89681668</w:t>
      </w:r>
    </w:p>
    <w:p>
      <w:r>
        <w:t>联系邮箱：lrr966@nju.edu.cn</w:t>
      </w:r>
    </w:p>
    <w:p>
      <w:r>
        <w:t>人工智能学院本科生工作办公室</w:t>
      </w:r>
    </w:p>
    <w:p>
      <w:r>
        <w:t>2026年9月10日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