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人工智能学院2027届本科生 推免综合学分绩（含推免加分）公示</w:t>
      </w:r>
    </w:p>
    <w:p>
      <w:r>
        <w:t>人工智能学院依据《南京大学关于做好推荐2027年应届优秀本科毕业生免试攻读研究生工作的通知》和《2026年度南京大学人工智能学院推免生遴选工作实施细则》等相关通知及细则，对符合推免基本条件的人工智能学院2027年应届全日制本科毕业生的推免学分绩进行了计算和审核，并于2026年9月7日组织了推免加分答辩，所有答辩同学通过审核鉴定获得相应分值的加分。按照公平、公开、公正的原则，现将推免综合学分绩（含推免加分）结果进行公示。</w:t>
      </w:r>
    </w:p>
    <w:p>
      <w:r>
        <w:t>注：凡提交放弃推免承诺书，或在规定截止日期前未提交推免申请的同学，视为放弃推免资格，在说明一栏标注“放弃”，其余同学均已提交推免申请书。</w:t>
      </w:r>
    </w:p>
    <w:p>
      <w:r>
        <w:t>推免综合学分绩（含推免加分）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排名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综合绩点</w:t>
            </w:r>
          </w:p>
        </w:tc>
        <w:tc>
          <w:tcPr>
            <w:tcW w:type="dxa" w:w="1728"/>
          </w:tcPr>
          <w:p>
            <w:r>
              <w:t>说明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231300038</w:t>
            </w:r>
          </w:p>
        </w:tc>
        <w:tc>
          <w:tcPr>
            <w:tcW w:type="dxa" w:w="1728"/>
          </w:tcPr>
          <w:p>
            <w:r>
              <w:t>胡圣和</w:t>
            </w:r>
          </w:p>
        </w:tc>
        <w:tc>
          <w:tcPr>
            <w:tcW w:type="dxa" w:w="1728"/>
          </w:tcPr>
          <w:p>
            <w:r>
              <w:t>4.68915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231098216</w:t>
            </w:r>
          </w:p>
        </w:tc>
        <w:tc>
          <w:tcPr>
            <w:tcW w:type="dxa" w:w="1728"/>
          </w:tcPr>
          <w:p>
            <w:r>
              <w:t>田博文</w:t>
            </w:r>
          </w:p>
        </w:tc>
        <w:tc>
          <w:tcPr>
            <w:tcW w:type="dxa" w:w="1728"/>
          </w:tcPr>
          <w:p>
            <w:r>
              <w:t>4.67968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231300078</w:t>
            </w:r>
          </w:p>
        </w:tc>
        <w:tc>
          <w:tcPr>
            <w:tcW w:type="dxa" w:w="1728"/>
          </w:tcPr>
          <w:p>
            <w:r>
              <w:t>陈子博</w:t>
            </w:r>
          </w:p>
        </w:tc>
        <w:tc>
          <w:tcPr>
            <w:tcW w:type="dxa" w:w="1728"/>
          </w:tcPr>
          <w:p>
            <w:r>
              <w:t>4.65330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231300043</w:t>
            </w:r>
          </w:p>
        </w:tc>
        <w:tc>
          <w:tcPr>
            <w:tcW w:type="dxa" w:w="1728"/>
          </w:tcPr>
          <w:p>
            <w:r>
              <w:t>沈子钧</w:t>
            </w:r>
          </w:p>
        </w:tc>
        <w:tc>
          <w:tcPr>
            <w:tcW w:type="dxa" w:w="1728"/>
          </w:tcPr>
          <w:p>
            <w:r>
              <w:t>4.65011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231820246</w:t>
            </w:r>
          </w:p>
        </w:tc>
        <w:tc>
          <w:tcPr>
            <w:tcW w:type="dxa" w:w="1728"/>
          </w:tcPr>
          <w:p>
            <w:r>
              <w:t>张识远</w:t>
            </w:r>
          </w:p>
        </w:tc>
        <w:tc>
          <w:tcPr>
            <w:tcW w:type="dxa" w:w="1728"/>
          </w:tcPr>
          <w:p>
            <w:r>
              <w:t>4.64213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231300033</w:t>
            </w:r>
          </w:p>
        </w:tc>
        <w:tc>
          <w:tcPr>
            <w:tcW w:type="dxa" w:w="1728"/>
          </w:tcPr>
          <w:p>
            <w:r>
              <w:t>石广超</w:t>
            </w:r>
          </w:p>
        </w:tc>
        <w:tc>
          <w:tcPr>
            <w:tcW w:type="dxa" w:w="1728"/>
          </w:tcPr>
          <w:p>
            <w:r>
              <w:t>4.63319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231840262</w:t>
            </w:r>
          </w:p>
        </w:tc>
        <w:tc>
          <w:tcPr>
            <w:tcW w:type="dxa" w:w="1728"/>
          </w:tcPr>
          <w:p>
            <w:r>
              <w:t>董研</w:t>
            </w:r>
          </w:p>
        </w:tc>
        <w:tc>
          <w:tcPr>
            <w:tcW w:type="dxa" w:w="1728"/>
          </w:tcPr>
          <w:p>
            <w:r>
              <w:t>4.59202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231300044</w:t>
            </w:r>
          </w:p>
        </w:tc>
        <w:tc>
          <w:tcPr>
            <w:tcW w:type="dxa" w:w="1728"/>
          </w:tcPr>
          <w:p>
            <w:r>
              <w:t>王皓杨</w:t>
            </w:r>
          </w:p>
        </w:tc>
        <w:tc>
          <w:tcPr>
            <w:tcW w:type="dxa" w:w="1728"/>
          </w:tcPr>
          <w:p>
            <w:r>
              <w:t>4.58380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231300042</w:t>
            </w:r>
          </w:p>
        </w:tc>
        <w:tc>
          <w:tcPr>
            <w:tcW w:type="dxa" w:w="1728"/>
          </w:tcPr>
          <w:p>
            <w:r>
              <w:t>龙彦宇</w:t>
            </w:r>
          </w:p>
        </w:tc>
        <w:tc>
          <w:tcPr>
            <w:tcW w:type="dxa" w:w="1728"/>
          </w:tcPr>
          <w:p>
            <w:r>
              <w:t>4.58351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231300027</w:t>
            </w:r>
          </w:p>
        </w:tc>
        <w:tc>
          <w:tcPr>
            <w:tcW w:type="dxa" w:w="1728"/>
          </w:tcPr>
          <w:p>
            <w:r>
              <w:t>朱士杭</w:t>
            </w:r>
          </w:p>
        </w:tc>
        <w:tc>
          <w:tcPr>
            <w:tcW w:type="dxa" w:w="1728"/>
          </w:tcPr>
          <w:p>
            <w:r>
              <w:t>4.57511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231300065</w:t>
            </w:r>
          </w:p>
        </w:tc>
        <w:tc>
          <w:tcPr>
            <w:tcW w:type="dxa" w:w="1728"/>
          </w:tcPr>
          <w:p>
            <w:r>
              <w:t>罗文宇</w:t>
            </w:r>
          </w:p>
        </w:tc>
        <w:tc>
          <w:tcPr>
            <w:tcW w:type="dxa" w:w="1728"/>
          </w:tcPr>
          <w:p>
            <w:r>
              <w:t>4.57468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231300070</w:t>
            </w:r>
          </w:p>
        </w:tc>
        <w:tc>
          <w:tcPr>
            <w:tcW w:type="dxa" w:w="1728"/>
          </w:tcPr>
          <w:p>
            <w:r>
              <w:t>陈锐桥</w:t>
            </w:r>
          </w:p>
        </w:tc>
        <w:tc>
          <w:tcPr>
            <w:tcW w:type="dxa" w:w="1728"/>
          </w:tcPr>
          <w:p>
            <w:r>
              <w:t>4.54184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231300006</w:t>
            </w:r>
          </w:p>
        </w:tc>
        <w:tc>
          <w:tcPr>
            <w:tcW w:type="dxa" w:w="1728"/>
          </w:tcPr>
          <w:p>
            <w:r>
              <w:t>黄心玥</w:t>
            </w:r>
          </w:p>
        </w:tc>
        <w:tc>
          <w:tcPr>
            <w:tcW w:type="dxa" w:w="1728"/>
          </w:tcPr>
          <w:p>
            <w:r>
              <w:t>4.52755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231300020</w:t>
            </w:r>
          </w:p>
        </w:tc>
        <w:tc>
          <w:tcPr>
            <w:tcW w:type="dxa" w:w="1728"/>
          </w:tcPr>
          <w:p>
            <w:r>
              <w:t>杜东航</w:t>
            </w:r>
          </w:p>
        </w:tc>
        <w:tc>
          <w:tcPr>
            <w:tcW w:type="dxa" w:w="1728"/>
          </w:tcPr>
          <w:p>
            <w:r>
              <w:t>4.51840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231300007</w:t>
            </w:r>
          </w:p>
        </w:tc>
        <w:tc>
          <w:tcPr>
            <w:tcW w:type="dxa" w:w="1728"/>
          </w:tcPr>
          <w:p>
            <w:r>
              <w:t>于舒冉</w:t>
            </w:r>
          </w:p>
        </w:tc>
        <w:tc>
          <w:tcPr>
            <w:tcW w:type="dxa" w:w="1728"/>
          </w:tcPr>
          <w:p>
            <w:r>
              <w:t>4.50766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231300080</w:t>
            </w:r>
          </w:p>
        </w:tc>
        <w:tc>
          <w:tcPr>
            <w:tcW w:type="dxa" w:w="1728"/>
          </w:tcPr>
          <w:p>
            <w:r>
              <w:t>王浩宇</w:t>
            </w:r>
          </w:p>
        </w:tc>
        <w:tc>
          <w:tcPr>
            <w:tcW w:type="dxa" w:w="1728"/>
          </w:tcPr>
          <w:p>
            <w:r>
              <w:t>4.50043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231300017</w:t>
            </w:r>
          </w:p>
        </w:tc>
        <w:tc>
          <w:tcPr>
            <w:tcW w:type="dxa" w:w="1728"/>
          </w:tcPr>
          <w:p>
            <w:r>
              <w:t>董子玥</w:t>
            </w:r>
          </w:p>
        </w:tc>
        <w:tc>
          <w:tcPr>
            <w:tcW w:type="dxa" w:w="1728"/>
          </w:tcPr>
          <w:p>
            <w:r>
              <w:t>4.49585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231300058</w:t>
            </w:r>
          </w:p>
        </w:tc>
        <w:tc>
          <w:tcPr>
            <w:tcW w:type="dxa" w:w="1728"/>
          </w:tcPr>
          <w:p>
            <w:r>
              <w:t>巫昊聪</w:t>
            </w:r>
          </w:p>
        </w:tc>
        <w:tc>
          <w:tcPr>
            <w:tcW w:type="dxa" w:w="1728"/>
          </w:tcPr>
          <w:p>
            <w:r>
              <w:t>4.47234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231300052</w:t>
            </w:r>
          </w:p>
        </w:tc>
        <w:tc>
          <w:tcPr>
            <w:tcW w:type="dxa" w:w="1728"/>
          </w:tcPr>
          <w:p>
            <w:r>
              <w:t>吴耀宇</w:t>
            </w:r>
          </w:p>
        </w:tc>
        <w:tc>
          <w:tcPr>
            <w:tcW w:type="dxa" w:w="1728"/>
          </w:tcPr>
          <w:p>
            <w:r>
              <w:t>4.46915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231840236</w:t>
            </w:r>
          </w:p>
        </w:tc>
        <w:tc>
          <w:tcPr>
            <w:tcW w:type="dxa" w:w="1728"/>
          </w:tcPr>
          <w:p>
            <w:r>
              <w:t>文萍</w:t>
            </w:r>
          </w:p>
        </w:tc>
        <w:tc>
          <w:tcPr>
            <w:tcW w:type="dxa" w:w="1728"/>
          </w:tcPr>
          <w:p>
            <w:r>
              <w:t>4.46872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231300002</w:t>
            </w:r>
          </w:p>
        </w:tc>
        <w:tc>
          <w:tcPr>
            <w:tcW w:type="dxa" w:w="1728"/>
          </w:tcPr>
          <w:p>
            <w:r>
              <w:t>冯宸</w:t>
            </w:r>
          </w:p>
        </w:tc>
        <w:tc>
          <w:tcPr>
            <w:tcW w:type="dxa" w:w="1728"/>
          </w:tcPr>
          <w:p>
            <w:r>
              <w:t>4.46840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231300037</w:t>
            </w:r>
          </w:p>
        </w:tc>
        <w:tc>
          <w:tcPr>
            <w:tcW w:type="dxa" w:w="1728"/>
          </w:tcPr>
          <w:p>
            <w:r>
              <w:t>李军华</w:t>
            </w:r>
          </w:p>
        </w:tc>
        <w:tc>
          <w:tcPr>
            <w:tcW w:type="dxa" w:w="1728"/>
          </w:tcPr>
          <w:p>
            <w:r>
              <w:t>4.46202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231300032</w:t>
            </w:r>
          </w:p>
        </w:tc>
        <w:tc>
          <w:tcPr>
            <w:tcW w:type="dxa" w:w="1728"/>
          </w:tcPr>
          <w:p>
            <w:r>
              <w:t>韩紫宇</w:t>
            </w:r>
          </w:p>
        </w:tc>
        <w:tc>
          <w:tcPr>
            <w:tcW w:type="dxa" w:w="1728"/>
          </w:tcPr>
          <w:p>
            <w:r>
              <w:t>4.44805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231300073</w:t>
            </w:r>
          </w:p>
        </w:tc>
        <w:tc>
          <w:tcPr>
            <w:tcW w:type="dxa" w:w="1728"/>
          </w:tcPr>
          <w:p>
            <w:r>
              <w:t>李嘉婷</w:t>
            </w:r>
          </w:p>
        </w:tc>
        <w:tc>
          <w:tcPr>
            <w:tcW w:type="dxa" w:w="1728"/>
          </w:tcPr>
          <w:p>
            <w:r>
              <w:t>4.42340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231300072</w:t>
            </w:r>
          </w:p>
        </w:tc>
        <w:tc>
          <w:tcPr>
            <w:tcW w:type="dxa" w:w="1728"/>
          </w:tcPr>
          <w:p>
            <w:r>
              <w:t>张茜华</w:t>
            </w:r>
          </w:p>
        </w:tc>
        <w:tc>
          <w:tcPr>
            <w:tcW w:type="dxa" w:w="1728"/>
          </w:tcPr>
          <w:p>
            <w:r>
              <w:t>4.41904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231300049</w:t>
            </w:r>
          </w:p>
        </w:tc>
        <w:tc>
          <w:tcPr>
            <w:tcW w:type="dxa" w:w="1728"/>
          </w:tcPr>
          <w:p>
            <w:r>
              <w:t>王浩楠</w:t>
            </w:r>
          </w:p>
        </w:tc>
        <w:tc>
          <w:tcPr>
            <w:tcW w:type="dxa" w:w="1728"/>
          </w:tcPr>
          <w:p>
            <w:r>
              <w:t>4.41585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231830106</w:t>
            </w:r>
          </w:p>
        </w:tc>
        <w:tc>
          <w:tcPr>
            <w:tcW w:type="dxa" w:w="1728"/>
          </w:tcPr>
          <w:p>
            <w:r>
              <w:t>朱逸宸</w:t>
            </w:r>
          </w:p>
        </w:tc>
        <w:tc>
          <w:tcPr>
            <w:tcW w:type="dxa" w:w="1728"/>
          </w:tcPr>
          <w:p>
            <w:r>
              <w:t>4.41305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231300015</w:t>
            </w:r>
          </w:p>
        </w:tc>
        <w:tc>
          <w:tcPr>
            <w:tcW w:type="dxa" w:w="1728"/>
          </w:tcPr>
          <w:p>
            <w:r>
              <w:t>周宇杰</w:t>
            </w:r>
          </w:p>
        </w:tc>
        <w:tc>
          <w:tcPr>
            <w:tcW w:type="dxa" w:w="1728"/>
          </w:tcPr>
          <w:p>
            <w:r>
              <w:t>4.41266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29</w:t>
            </w:r>
          </w:p>
        </w:tc>
        <w:tc>
          <w:tcPr>
            <w:tcW w:type="dxa" w:w="1728"/>
          </w:tcPr>
          <w:p>
            <w:r>
              <w:t>231300062</w:t>
            </w:r>
          </w:p>
        </w:tc>
        <w:tc>
          <w:tcPr>
            <w:tcW w:type="dxa" w:w="1728"/>
          </w:tcPr>
          <w:p>
            <w:r>
              <w:t>陈奕睿</w:t>
            </w:r>
          </w:p>
        </w:tc>
        <w:tc>
          <w:tcPr>
            <w:tcW w:type="dxa" w:w="1728"/>
          </w:tcPr>
          <w:p>
            <w:r>
              <w:t>4.40479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231300036</w:t>
            </w:r>
          </w:p>
        </w:tc>
        <w:tc>
          <w:tcPr>
            <w:tcW w:type="dxa" w:w="1728"/>
          </w:tcPr>
          <w:p>
            <w:r>
              <w:t>蓝秉煊</w:t>
            </w:r>
          </w:p>
        </w:tc>
        <w:tc>
          <w:tcPr>
            <w:tcW w:type="dxa" w:w="1728"/>
          </w:tcPr>
          <w:p>
            <w:r>
              <w:t>4.39660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231300022</w:t>
            </w:r>
          </w:p>
        </w:tc>
        <w:tc>
          <w:tcPr>
            <w:tcW w:type="dxa" w:w="1728"/>
          </w:tcPr>
          <w:p>
            <w:r>
              <w:t>鲍馨仪</w:t>
            </w:r>
          </w:p>
        </w:tc>
        <w:tc>
          <w:tcPr>
            <w:tcW w:type="dxa" w:w="1728"/>
          </w:tcPr>
          <w:p>
            <w:r>
              <w:t>4.39596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32</w:t>
            </w:r>
          </w:p>
        </w:tc>
        <w:tc>
          <w:tcPr>
            <w:tcW w:type="dxa" w:w="1728"/>
          </w:tcPr>
          <w:p>
            <w:r>
              <w:t>231300061</w:t>
            </w:r>
          </w:p>
        </w:tc>
        <w:tc>
          <w:tcPr>
            <w:tcW w:type="dxa" w:w="1728"/>
          </w:tcPr>
          <w:p>
            <w:r>
              <w:t>唐靖达</w:t>
            </w:r>
          </w:p>
        </w:tc>
        <w:tc>
          <w:tcPr>
            <w:tcW w:type="dxa" w:w="1728"/>
          </w:tcPr>
          <w:p>
            <w:r>
              <w:t>4.38284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33</w:t>
            </w:r>
          </w:p>
        </w:tc>
        <w:tc>
          <w:tcPr>
            <w:tcW w:type="dxa" w:w="1728"/>
          </w:tcPr>
          <w:p>
            <w:r>
              <w:t>231300030</w:t>
            </w:r>
          </w:p>
        </w:tc>
        <w:tc>
          <w:tcPr>
            <w:tcW w:type="dxa" w:w="1728"/>
          </w:tcPr>
          <w:p>
            <w:r>
              <w:t>宋嘉禾</w:t>
            </w:r>
          </w:p>
        </w:tc>
        <w:tc>
          <w:tcPr>
            <w:tcW w:type="dxa" w:w="1728"/>
          </w:tcPr>
          <w:p>
            <w:r>
              <w:t>4.35340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34</w:t>
            </w:r>
          </w:p>
        </w:tc>
        <w:tc>
          <w:tcPr>
            <w:tcW w:type="dxa" w:w="1728"/>
          </w:tcPr>
          <w:p>
            <w:r>
              <w:t>231830184</w:t>
            </w:r>
          </w:p>
        </w:tc>
        <w:tc>
          <w:tcPr>
            <w:tcW w:type="dxa" w:w="1728"/>
          </w:tcPr>
          <w:p>
            <w:r>
              <w:t>李炎培</w:t>
            </w:r>
          </w:p>
        </w:tc>
        <w:tc>
          <w:tcPr>
            <w:tcW w:type="dxa" w:w="1728"/>
          </w:tcPr>
          <w:p>
            <w:r>
              <w:t>4.35160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231300088</w:t>
            </w:r>
          </w:p>
        </w:tc>
        <w:tc>
          <w:tcPr>
            <w:tcW w:type="dxa" w:w="1728"/>
          </w:tcPr>
          <w:p>
            <w:r>
              <w:t>赵旭令</w:t>
            </w:r>
          </w:p>
        </w:tc>
        <w:tc>
          <w:tcPr>
            <w:tcW w:type="dxa" w:w="1728"/>
          </w:tcPr>
          <w:p>
            <w:r>
              <w:t>4.35138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231300089</w:t>
            </w:r>
          </w:p>
        </w:tc>
        <w:tc>
          <w:tcPr>
            <w:tcW w:type="dxa" w:w="1728"/>
          </w:tcPr>
          <w:p>
            <w:r>
              <w:t>李福昊</w:t>
            </w:r>
          </w:p>
        </w:tc>
        <w:tc>
          <w:tcPr>
            <w:tcW w:type="dxa" w:w="1728"/>
          </w:tcPr>
          <w:p>
            <w:r>
              <w:t>4.35011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37</w:t>
            </w:r>
          </w:p>
        </w:tc>
        <w:tc>
          <w:tcPr>
            <w:tcW w:type="dxa" w:w="1728"/>
          </w:tcPr>
          <w:p>
            <w:r>
              <w:t>231300051</w:t>
            </w:r>
          </w:p>
        </w:tc>
        <w:tc>
          <w:tcPr>
            <w:tcW w:type="dxa" w:w="1728"/>
          </w:tcPr>
          <w:p>
            <w:r>
              <w:t>吕佳瑞</w:t>
            </w:r>
          </w:p>
        </w:tc>
        <w:tc>
          <w:tcPr>
            <w:tcW w:type="dxa" w:w="1728"/>
          </w:tcPr>
          <w:p>
            <w:r>
              <w:t>4.33635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231300048</w:t>
            </w:r>
          </w:p>
        </w:tc>
        <w:tc>
          <w:tcPr>
            <w:tcW w:type="dxa" w:w="1728"/>
          </w:tcPr>
          <w:p>
            <w:r>
              <w:t>郭汶昊</w:t>
            </w:r>
          </w:p>
        </w:tc>
        <w:tc>
          <w:tcPr>
            <w:tcW w:type="dxa" w:w="1728"/>
          </w:tcPr>
          <w:p>
            <w:r>
              <w:t>4.33596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39</w:t>
            </w:r>
          </w:p>
        </w:tc>
        <w:tc>
          <w:tcPr>
            <w:tcW w:type="dxa" w:w="1728"/>
          </w:tcPr>
          <w:p>
            <w:r>
              <w:t>231300083</w:t>
            </w:r>
          </w:p>
        </w:tc>
        <w:tc>
          <w:tcPr>
            <w:tcW w:type="dxa" w:w="1728"/>
          </w:tcPr>
          <w:p>
            <w:r>
              <w:t>高铭泽</w:t>
            </w:r>
          </w:p>
        </w:tc>
        <w:tc>
          <w:tcPr>
            <w:tcW w:type="dxa" w:w="1728"/>
          </w:tcPr>
          <w:p>
            <w:r>
              <w:t>4.33479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231300079</w:t>
            </w:r>
          </w:p>
        </w:tc>
        <w:tc>
          <w:tcPr>
            <w:tcW w:type="dxa" w:w="1728"/>
          </w:tcPr>
          <w:p>
            <w:r>
              <w:t>顾瑞年</w:t>
            </w:r>
          </w:p>
        </w:tc>
        <w:tc>
          <w:tcPr>
            <w:tcW w:type="dxa" w:w="1728"/>
          </w:tcPr>
          <w:p>
            <w:r>
              <w:t>4.32926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41</w:t>
            </w:r>
          </w:p>
        </w:tc>
        <w:tc>
          <w:tcPr>
            <w:tcW w:type="dxa" w:w="1728"/>
          </w:tcPr>
          <w:p>
            <w:r>
              <w:t>231300059</w:t>
            </w:r>
          </w:p>
        </w:tc>
        <w:tc>
          <w:tcPr>
            <w:tcW w:type="dxa" w:w="1728"/>
          </w:tcPr>
          <w:p>
            <w:r>
              <w:t>阮一海</w:t>
            </w:r>
          </w:p>
        </w:tc>
        <w:tc>
          <w:tcPr>
            <w:tcW w:type="dxa" w:w="1728"/>
          </w:tcPr>
          <w:p>
            <w:r>
              <w:t>4.31816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42</w:t>
            </w:r>
          </w:p>
        </w:tc>
        <w:tc>
          <w:tcPr>
            <w:tcW w:type="dxa" w:w="1728"/>
          </w:tcPr>
          <w:p>
            <w:r>
              <w:t>231300024</w:t>
            </w:r>
          </w:p>
        </w:tc>
        <w:tc>
          <w:tcPr>
            <w:tcW w:type="dxa" w:w="1728"/>
          </w:tcPr>
          <w:p>
            <w:r>
              <w:t>王治捷</w:t>
            </w:r>
          </w:p>
        </w:tc>
        <w:tc>
          <w:tcPr>
            <w:tcW w:type="dxa" w:w="1728"/>
          </w:tcPr>
          <w:p>
            <w:r>
              <w:t>4.30649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231300011</w:t>
            </w:r>
          </w:p>
        </w:tc>
        <w:tc>
          <w:tcPr>
            <w:tcW w:type="dxa" w:w="1728"/>
          </w:tcPr>
          <w:p>
            <w:r>
              <w:t>索振海</w:t>
            </w:r>
          </w:p>
        </w:tc>
        <w:tc>
          <w:tcPr>
            <w:tcW w:type="dxa" w:w="1728"/>
          </w:tcPr>
          <w:p>
            <w:r>
              <w:t>4.29936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231300025</w:t>
            </w:r>
          </w:p>
        </w:tc>
        <w:tc>
          <w:tcPr>
            <w:tcW w:type="dxa" w:w="1728"/>
          </w:tcPr>
          <w:p>
            <w:r>
              <w:t>林丞毅</w:t>
            </w:r>
          </w:p>
        </w:tc>
        <w:tc>
          <w:tcPr>
            <w:tcW w:type="dxa" w:w="1728"/>
          </w:tcPr>
          <w:p>
            <w:r>
              <w:t>4.29876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231300003</w:t>
            </w:r>
          </w:p>
        </w:tc>
        <w:tc>
          <w:tcPr>
            <w:tcW w:type="dxa" w:w="1728"/>
          </w:tcPr>
          <w:p>
            <w:r>
              <w:t>崔畅</w:t>
            </w:r>
          </w:p>
        </w:tc>
        <w:tc>
          <w:tcPr>
            <w:tcW w:type="dxa" w:w="1728"/>
          </w:tcPr>
          <w:p>
            <w:r>
              <w:t>4.29801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46</w:t>
            </w:r>
          </w:p>
        </w:tc>
        <w:tc>
          <w:tcPr>
            <w:tcW w:type="dxa" w:w="1728"/>
          </w:tcPr>
          <w:p>
            <w:r>
              <w:t>231300087</w:t>
            </w:r>
          </w:p>
        </w:tc>
        <w:tc>
          <w:tcPr>
            <w:tcW w:type="dxa" w:w="1728"/>
          </w:tcPr>
          <w:p>
            <w:r>
              <w:t>林琪勋</w:t>
            </w:r>
          </w:p>
        </w:tc>
        <w:tc>
          <w:tcPr>
            <w:tcW w:type="dxa" w:w="1728"/>
          </w:tcPr>
          <w:p>
            <w:r>
              <w:t>4.29309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47</w:t>
            </w:r>
          </w:p>
        </w:tc>
        <w:tc>
          <w:tcPr>
            <w:tcW w:type="dxa" w:w="1728"/>
          </w:tcPr>
          <w:p>
            <w:r>
              <w:t>231300039</w:t>
            </w:r>
          </w:p>
        </w:tc>
        <w:tc>
          <w:tcPr>
            <w:tcW w:type="dxa" w:w="1728"/>
          </w:tcPr>
          <w:p>
            <w:r>
              <w:t>谭昊童</w:t>
            </w:r>
          </w:p>
        </w:tc>
        <w:tc>
          <w:tcPr>
            <w:tcW w:type="dxa" w:w="1728"/>
          </w:tcPr>
          <w:p>
            <w:r>
              <w:t>4.28532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48</w:t>
            </w:r>
          </w:p>
        </w:tc>
        <w:tc>
          <w:tcPr>
            <w:tcW w:type="dxa" w:w="1728"/>
          </w:tcPr>
          <w:p>
            <w:r>
              <w:t>231300069</w:t>
            </w:r>
          </w:p>
        </w:tc>
        <w:tc>
          <w:tcPr>
            <w:tcW w:type="dxa" w:w="1728"/>
          </w:tcPr>
          <w:p>
            <w:r>
              <w:t>彭政</w:t>
            </w:r>
          </w:p>
        </w:tc>
        <w:tc>
          <w:tcPr>
            <w:tcW w:type="dxa" w:w="1728"/>
          </w:tcPr>
          <w:p>
            <w:r>
              <w:t>4.28096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49</w:t>
            </w:r>
          </w:p>
        </w:tc>
        <w:tc>
          <w:tcPr>
            <w:tcW w:type="dxa" w:w="1728"/>
          </w:tcPr>
          <w:p>
            <w:r>
              <w:t>231300076</w:t>
            </w:r>
          </w:p>
        </w:tc>
        <w:tc>
          <w:tcPr>
            <w:tcW w:type="dxa" w:w="1728"/>
          </w:tcPr>
          <w:p>
            <w:r>
              <w:t>廖铁石</w:t>
            </w:r>
          </w:p>
        </w:tc>
        <w:tc>
          <w:tcPr>
            <w:tcW w:type="dxa" w:w="1728"/>
          </w:tcPr>
          <w:p>
            <w:r>
              <w:t>4.27883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231300071</w:t>
            </w:r>
          </w:p>
        </w:tc>
        <w:tc>
          <w:tcPr>
            <w:tcW w:type="dxa" w:w="1728"/>
          </w:tcPr>
          <w:p>
            <w:r>
              <w:t>蒋承林</w:t>
            </w:r>
          </w:p>
        </w:tc>
        <w:tc>
          <w:tcPr>
            <w:tcW w:type="dxa" w:w="1728"/>
          </w:tcPr>
          <w:p>
            <w:r>
              <w:t>4.24617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51</w:t>
            </w:r>
          </w:p>
        </w:tc>
        <w:tc>
          <w:tcPr>
            <w:tcW w:type="dxa" w:w="1728"/>
          </w:tcPr>
          <w:p>
            <w:r>
              <w:t>231300014</w:t>
            </w:r>
          </w:p>
        </w:tc>
        <w:tc>
          <w:tcPr>
            <w:tcW w:type="dxa" w:w="1728"/>
          </w:tcPr>
          <w:p>
            <w:r>
              <w:t>李昀池</w:t>
            </w:r>
          </w:p>
        </w:tc>
        <w:tc>
          <w:tcPr>
            <w:tcW w:type="dxa" w:w="1728"/>
          </w:tcPr>
          <w:p>
            <w:r>
              <w:t>4.23585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52</w:t>
            </w:r>
          </w:p>
        </w:tc>
        <w:tc>
          <w:tcPr>
            <w:tcW w:type="dxa" w:w="1728"/>
          </w:tcPr>
          <w:p>
            <w:r>
              <w:t>231300031</w:t>
            </w:r>
          </w:p>
        </w:tc>
        <w:tc>
          <w:tcPr>
            <w:tcW w:type="dxa" w:w="1728"/>
          </w:tcPr>
          <w:p>
            <w:r>
              <w:t>董葳</w:t>
            </w:r>
          </w:p>
        </w:tc>
        <w:tc>
          <w:tcPr>
            <w:tcW w:type="dxa" w:w="1728"/>
          </w:tcPr>
          <w:p>
            <w:r>
              <w:t>4.21801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53</w:t>
            </w:r>
          </w:p>
        </w:tc>
        <w:tc>
          <w:tcPr>
            <w:tcW w:type="dxa" w:w="1728"/>
          </w:tcPr>
          <w:p>
            <w:r>
              <w:t>231300005</w:t>
            </w:r>
          </w:p>
        </w:tc>
        <w:tc>
          <w:tcPr>
            <w:tcW w:type="dxa" w:w="1728"/>
          </w:tcPr>
          <w:p>
            <w:r>
              <w:t>许昊文</w:t>
            </w:r>
          </w:p>
        </w:tc>
        <w:tc>
          <w:tcPr>
            <w:tcW w:type="dxa" w:w="1728"/>
          </w:tcPr>
          <w:p>
            <w:r>
              <w:t>4.20511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54</w:t>
            </w:r>
          </w:p>
        </w:tc>
        <w:tc>
          <w:tcPr>
            <w:tcW w:type="dxa" w:w="1728"/>
          </w:tcPr>
          <w:p>
            <w:r>
              <w:t>231300092</w:t>
            </w:r>
          </w:p>
        </w:tc>
        <w:tc>
          <w:tcPr>
            <w:tcW w:type="dxa" w:w="1728"/>
          </w:tcPr>
          <w:p>
            <w:r>
              <w:t>谢丰霞</w:t>
            </w:r>
          </w:p>
        </w:tc>
        <w:tc>
          <w:tcPr>
            <w:tcW w:type="dxa" w:w="1728"/>
          </w:tcPr>
          <w:p>
            <w:r>
              <w:t>4.20277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55</w:t>
            </w:r>
          </w:p>
        </w:tc>
        <w:tc>
          <w:tcPr>
            <w:tcW w:type="dxa" w:w="1728"/>
          </w:tcPr>
          <w:p>
            <w:r>
              <w:t>231300013</w:t>
            </w:r>
          </w:p>
        </w:tc>
        <w:tc>
          <w:tcPr>
            <w:tcW w:type="dxa" w:w="1728"/>
          </w:tcPr>
          <w:p>
            <w:r>
              <w:t>杨皓哲</w:t>
            </w:r>
          </w:p>
        </w:tc>
        <w:tc>
          <w:tcPr>
            <w:tcW w:type="dxa" w:w="1728"/>
          </w:tcPr>
          <w:p>
            <w:r>
              <w:t>4.20138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56</w:t>
            </w:r>
          </w:p>
        </w:tc>
        <w:tc>
          <w:tcPr>
            <w:tcW w:type="dxa" w:w="1728"/>
          </w:tcPr>
          <w:p>
            <w:r>
              <w:t>231300085</w:t>
            </w:r>
          </w:p>
        </w:tc>
        <w:tc>
          <w:tcPr>
            <w:tcW w:type="dxa" w:w="1728"/>
          </w:tcPr>
          <w:p>
            <w:r>
              <w:t>蔡嘉泓</w:t>
            </w:r>
          </w:p>
        </w:tc>
        <w:tc>
          <w:tcPr>
            <w:tcW w:type="dxa" w:w="1728"/>
          </w:tcPr>
          <w:p>
            <w:r>
              <w:t>4.19894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57</w:t>
            </w:r>
          </w:p>
        </w:tc>
        <w:tc>
          <w:tcPr>
            <w:tcW w:type="dxa" w:w="1728"/>
          </w:tcPr>
          <w:p>
            <w:r>
              <w:t>231300067</w:t>
            </w:r>
          </w:p>
        </w:tc>
        <w:tc>
          <w:tcPr>
            <w:tcW w:type="dxa" w:w="1728"/>
          </w:tcPr>
          <w:p>
            <w:r>
              <w:t>仲睿宁</w:t>
            </w:r>
          </w:p>
        </w:tc>
        <w:tc>
          <w:tcPr>
            <w:tcW w:type="dxa" w:w="1728"/>
          </w:tcPr>
          <w:p>
            <w:r>
              <w:t>4.17160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58</w:t>
            </w:r>
          </w:p>
        </w:tc>
        <w:tc>
          <w:tcPr>
            <w:tcW w:type="dxa" w:w="1728"/>
          </w:tcPr>
          <w:p>
            <w:r>
              <w:t>231300068</w:t>
            </w:r>
          </w:p>
        </w:tc>
        <w:tc>
          <w:tcPr>
            <w:tcW w:type="dxa" w:w="1728"/>
          </w:tcPr>
          <w:p>
            <w:r>
              <w:t>王明睿</w:t>
            </w:r>
          </w:p>
        </w:tc>
        <w:tc>
          <w:tcPr>
            <w:tcW w:type="dxa" w:w="1728"/>
          </w:tcPr>
          <w:p>
            <w:r>
              <w:t>4.13936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59</w:t>
            </w:r>
          </w:p>
        </w:tc>
        <w:tc>
          <w:tcPr>
            <w:tcW w:type="dxa" w:w="1728"/>
          </w:tcPr>
          <w:p>
            <w:r>
              <w:t>231300035</w:t>
            </w:r>
          </w:p>
        </w:tc>
        <w:tc>
          <w:tcPr>
            <w:tcW w:type="dxa" w:w="1728"/>
          </w:tcPr>
          <w:p>
            <w:r>
              <w:t>闰士宸</w:t>
            </w:r>
          </w:p>
        </w:tc>
        <w:tc>
          <w:tcPr>
            <w:tcW w:type="dxa" w:w="1728"/>
          </w:tcPr>
          <w:p>
            <w:r>
              <w:t>4.13447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  <w:tr>
        <w:tc>
          <w:tcPr>
            <w:tcW w:type="dxa" w:w="1728"/>
          </w:tcPr>
          <w:p>
            <w:r>
              <w:t>60</w:t>
            </w:r>
          </w:p>
        </w:tc>
        <w:tc>
          <w:tcPr>
            <w:tcW w:type="dxa" w:w="1728"/>
          </w:tcPr>
          <w:p>
            <w:r>
              <w:t>231300046</w:t>
            </w:r>
          </w:p>
        </w:tc>
        <w:tc>
          <w:tcPr>
            <w:tcW w:type="dxa" w:w="1728"/>
          </w:tcPr>
          <w:p>
            <w:r>
              <w:t>张晋恺</w:t>
            </w:r>
          </w:p>
        </w:tc>
        <w:tc>
          <w:tcPr>
            <w:tcW w:type="dxa" w:w="1728"/>
          </w:tcPr>
          <w:p>
            <w:r>
              <w:t>4.05234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61</w:t>
            </w:r>
          </w:p>
        </w:tc>
        <w:tc>
          <w:tcPr>
            <w:tcW w:type="dxa" w:w="1728"/>
          </w:tcPr>
          <w:p>
            <w:r>
              <w:t>231300029</w:t>
            </w:r>
          </w:p>
        </w:tc>
        <w:tc>
          <w:tcPr>
            <w:tcW w:type="dxa" w:w="1728"/>
          </w:tcPr>
          <w:p>
            <w:r>
              <w:t>董可欣</w:t>
            </w:r>
          </w:p>
        </w:tc>
        <w:tc>
          <w:tcPr>
            <w:tcW w:type="dxa" w:w="1728"/>
          </w:tcPr>
          <w:p>
            <w:r>
              <w:t>4.03479</w:t>
            </w:r>
          </w:p>
        </w:tc>
        <w:tc>
          <w:tcPr>
            <w:tcW w:type="dxa" w:w="1728"/>
          </w:tcPr>
          <w:p>
            <w:r>
              <w:t>放弃</w:t>
            </w:r>
          </w:p>
        </w:tc>
      </w:tr>
    </w:tbl>
    <w:p>
      <w:r>
        <w:t>公示期为2026年9月10日至2026年9月12日，如对以上结果有疑议，须于公示期结束前以实名书面形式向南京大学人工智能学院反映。</w:t>
      </w:r>
    </w:p>
    <w:p>
      <w:r>
        <w:t>联系人：李老师</w:t>
      </w:r>
    </w:p>
    <w:p>
      <w:r>
        <w:t>联系电话：（025）89681668</w:t>
      </w:r>
    </w:p>
    <w:p>
      <w:r>
        <w:t>联系邮箱：lrr966@nju.edu.cn</w:t>
      </w:r>
    </w:p>
    <w:p>
      <w:r>
        <w:t>人工智能学院本科生工作办公室</w:t>
      </w:r>
    </w:p>
    <w:p>
      <w:r>
        <w:t>2026年9月10日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