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教育部办公厅关于2017年新增推荐优秀应届 本科毕业生免试攻读研究生普通高等学校 予以备案的通知</w:t>
      </w:r>
    </w:p>
    <w:p>
      <w:r>
        <w:t>登录</w:t>
      </w:r>
    </w:p>
    <w:p>
      <w:r>
        <w:t>Languages</w:t>
      </w:r>
    </w:p>
    <w:p>
      <w:r>
        <w:t>English</w:t>
      </w:r>
    </w:p>
    <w:p>
      <w:r>
        <w:t>Русский</w:t>
      </w:r>
    </w:p>
    <w:p>
      <w:r>
        <w:t>日本語</w:t>
      </w:r>
    </w:p>
    <w:p>
      <w:r>
        <w:t>Deutsch</w:t>
      </w:r>
    </w:p>
    <w:p>
      <w:r>
        <w:t>Français</w:t>
      </w:r>
    </w:p>
    <w:p>
      <w:r>
        <w:t>Español</w:t>
      </w:r>
    </w:p>
    <w:p>
      <w:r>
        <w:t>العربية</w:t>
      </w:r>
    </w:p>
    <w:p>
      <w:r>
        <w:t>搜索</w:t>
      </w:r>
    </w:p>
    <w:p>
      <w:r>
        <w:t>无障碍浏览</w:t>
      </w:r>
    </w:p>
    <w:p>
      <w:pPr>
        <w:pStyle w:val="ListBullet"/>
      </w:pPr>
      <w:r>
        <w:t>Languages English Русский日本語Deutsch Français Español العربية</w:t>
      </w:r>
    </w:p>
    <w:p>
      <w:pPr>
        <w:pStyle w:val="ListBullet"/>
      </w:pPr>
      <w:r>
        <w:t>微言教育</w:t>
      </w:r>
    </w:p>
    <w:p>
      <w:pPr>
        <w:pStyle w:val="ListBullet"/>
      </w:pPr>
      <w:r>
        <w:t>无障碍浏览</w:t>
      </w:r>
    </w:p>
    <w:p>
      <w:pPr>
        <w:pStyle w:val="ListBullet"/>
      </w:pPr>
      <w:r>
        <w:t>登录|注册个人登录法人登录个人注册法人注册</w:t>
      </w:r>
    </w:p>
    <w:p>
      <w:r>
        <w:t>搜索</w:t>
      </w:r>
    </w:p>
    <w:p>
      <w:pPr>
        <w:pStyle w:val="ListBullet"/>
      </w:pPr>
      <w:r>
        <w:t>首页</w:t>
      </w:r>
    </w:p>
    <w:p>
      <w:pPr>
        <w:pStyle w:val="ListBullet"/>
      </w:pPr>
      <w:r>
        <w:t>机构</w:t>
      </w:r>
    </w:p>
    <w:p>
      <w:pPr>
        <w:pStyle w:val="ListBullet"/>
      </w:pPr>
      <w:r>
        <w:t>新闻</w:t>
      </w:r>
    </w:p>
    <w:p>
      <w:pPr>
        <w:pStyle w:val="ListBullet"/>
      </w:pPr>
      <w:r>
        <w:t>公开</w:t>
      </w:r>
    </w:p>
    <w:p>
      <w:pPr>
        <w:pStyle w:val="ListBullet"/>
      </w:pPr>
      <w:r>
        <w:t>服务</w:t>
      </w:r>
    </w:p>
    <w:p>
      <w:pPr>
        <w:pStyle w:val="ListBullet"/>
      </w:pPr>
      <w:r>
        <w:t>互动</w:t>
      </w:r>
    </w:p>
    <w:p>
      <w:pPr>
        <w:pStyle w:val="ListBullet"/>
      </w:pPr>
      <w:r>
        <w:t>文献</w:t>
      </w:r>
    </w:p>
    <w:p>
      <w:r>
        <w:t>当前位置：首页&gt;公开</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信息名称：</w:t>
            </w:r>
          </w:p>
        </w:tc>
        <w:tc>
          <w:tcPr>
            <w:tcW w:type="dxa" w:w="1440"/>
          </w:tcPr>
          <w:p>
            <w:r>
              <w:t>教育部办公厅关于2017年新增推荐优秀应届本科毕业生免试攻读研究生普通高等学校予以备案的通知</w:t>
            </w:r>
          </w:p>
        </w:tc>
        <w:tc>
          <w:tcPr>
            <w:tcW w:type="dxa" w:w="1440"/>
          </w:tcPr>
          <w:p/>
        </w:tc>
        <w:tc>
          <w:tcPr>
            <w:tcW w:type="dxa" w:w="1440"/>
          </w:tcPr>
          <w:p/>
        </w:tc>
        <w:tc>
          <w:tcPr>
            <w:tcW w:type="dxa" w:w="1440"/>
          </w:tcPr>
          <w:p/>
        </w:tc>
        <w:tc>
          <w:tcPr>
            <w:tcW w:type="dxa" w:w="1440"/>
          </w:tcPr>
          <w:p/>
        </w:tc>
      </w:tr>
      <w:tr>
        <w:tc>
          <w:tcPr>
            <w:tcW w:type="dxa" w:w="1440"/>
          </w:tcPr>
          <w:p>
            <w:r>
              <w:t>信息索引：</w:t>
            </w:r>
          </w:p>
        </w:tc>
        <w:tc>
          <w:tcPr>
            <w:tcW w:type="dxa" w:w="1440"/>
          </w:tcPr>
          <w:p>
            <w:r>
              <w:t>360A15-04-2017-0014-1</w:t>
            </w:r>
          </w:p>
        </w:tc>
        <w:tc>
          <w:tcPr>
            <w:tcW w:type="dxa" w:w="1440"/>
          </w:tcPr>
          <w:p>
            <w:r>
              <w:t>生成日期：</w:t>
            </w:r>
          </w:p>
        </w:tc>
        <w:tc>
          <w:tcPr>
            <w:tcW w:type="dxa" w:w="1440"/>
          </w:tcPr>
          <w:p>
            <w:r>
              <w:t>2017-08-07</w:t>
            </w:r>
          </w:p>
        </w:tc>
        <w:tc>
          <w:tcPr>
            <w:tcW w:type="dxa" w:w="1440"/>
          </w:tcPr>
          <w:p>
            <w:r>
              <w:t>发文机构：</w:t>
            </w:r>
          </w:p>
        </w:tc>
        <w:tc>
          <w:tcPr>
            <w:tcW w:type="dxa" w:w="1440"/>
          </w:tcPr>
          <w:p>
            <w:r>
              <w:t>教育部办公厅</w:t>
            </w:r>
          </w:p>
        </w:tc>
      </w:tr>
      <w:tr>
        <w:tc>
          <w:tcPr>
            <w:tcW w:type="dxa" w:w="1440"/>
          </w:tcPr>
          <w:p>
            <w:r>
              <w:t>发文字号：</w:t>
            </w:r>
          </w:p>
        </w:tc>
        <w:tc>
          <w:tcPr>
            <w:tcW w:type="dxa" w:w="1440"/>
          </w:tcPr>
          <w:p>
            <w:r>
              <w:t>教学厅函〔2017〕44号</w:t>
            </w:r>
          </w:p>
        </w:tc>
        <w:tc>
          <w:tcPr>
            <w:tcW w:type="dxa" w:w="1440"/>
          </w:tcPr>
          <w:p>
            <w:r>
              <w:t>信息类别：</w:t>
            </w:r>
          </w:p>
        </w:tc>
        <w:tc>
          <w:tcPr>
            <w:tcW w:type="dxa" w:w="1440"/>
          </w:tcPr>
          <w:p>
            <w:r>
              <w:t>教育综合管理</w:t>
            </w:r>
          </w:p>
        </w:tc>
        <w:tc>
          <w:tcPr>
            <w:tcW w:type="dxa" w:w="1440"/>
          </w:tcPr>
          <w:p/>
        </w:tc>
        <w:tc>
          <w:tcPr>
            <w:tcW w:type="dxa" w:w="1440"/>
          </w:tcPr>
          <w:p/>
        </w:tc>
      </w:tr>
      <w:tr>
        <w:tc>
          <w:tcPr>
            <w:tcW w:type="dxa" w:w="1440"/>
          </w:tcPr>
          <w:p>
            <w:r>
              <w:t>内容概述：</w:t>
            </w:r>
          </w:p>
        </w:tc>
        <w:tc>
          <w:tcPr>
            <w:tcW w:type="dxa" w:w="1440"/>
          </w:tcPr>
          <w:p>
            <w:r>
              <w:t>根据《教育部办公厅关于印发〈新增推荐优秀应届本科毕业生免试攻读研究生普通高等学校申报确认办法〉的通知》（教学厅〔2017〕8号），现对中国科学院大学等54所2017年新增推荐优秀应届本科毕业生免试攻读研究生普通高等学校予以备案。</w:t>
            </w:r>
          </w:p>
        </w:tc>
        <w:tc>
          <w:tcPr>
            <w:tcW w:type="dxa" w:w="1440"/>
          </w:tcPr>
          <w:p/>
        </w:tc>
        <w:tc>
          <w:tcPr>
            <w:tcW w:type="dxa" w:w="1440"/>
          </w:tcPr>
          <w:p/>
        </w:tc>
        <w:tc>
          <w:tcPr>
            <w:tcW w:type="dxa" w:w="1440"/>
          </w:tcPr>
          <w:p/>
        </w:tc>
        <w:tc>
          <w:tcPr>
            <w:tcW w:type="dxa" w:w="1440"/>
          </w:tcPr>
          <w:p/>
        </w:tc>
      </w:tr>
    </w:tbl>
    <w:p>
      <w:r>
        <w:t>教学厅函〔2017〕44号</w:t>
      </w:r>
    </w:p>
    <w:p>
      <w:r>
        <w:t>各省、自治区、直辖市教育厅（教委）、教育招生考试机构，有关部门（单位）教育司（局），各硕士研究生招生单位：</w:t>
      </w:r>
    </w:p>
    <w:p>
      <w:r>
        <w:t>根据《教育部办公厅关于印发〈新增推荐优秀应届本科毕业生免试攻读研究生普通高等学校申报确认办法〉的通知》（教学厅〔2017〕8号），经符合条件高校自主申报、高校所在地省级教育行政部门确认推荐并公示，现对中国科学院大学等54所2017年新增推荐优秀应届本科毕业生免试攻读研究生普通高等学校予以备案。</w:t>
      </w:r>
    </w:p>
    <w:p>
      <w:r>
        <w:t>附件：2017年新增推荐优秀应届本科毕业生免试攻读研究生普通高等学校备案名单</w:t>
      </w:r>
    </w:p>
    <w:p>
      <w:r>
        <w:t>教育部办公厅</w:t>
      </w:r>
    </w:p>
    <w:p>
      <w:r>
        <w:t>2017年8月4日</w:t>
      </w:r>
    </w:p>
    <w:p>
      <w:r>
        <w:t>添加微信附件打开提示</w:t>
      </w:r>
    </w:p>
    <w:p>
      <w:r>
        <w:t>点击右上角选择在浏览器中打开</w:t>
      </w:r>
    </w:p>
    <w:p>
      <w:r>
        <w:t>添加微信附件打开提示</w:t>
      </w:r>
    </w:p>
    <w:p>
      <w:r>
        <w:t>扫一扫分享本页</w:t>
      </w:r>
    </w:p>
    <w:p>
      <w:r>
        <w:t>发布日期：2017-08-07来源：教育部</w:t>
      </w:r>
    </w:p>
    <w:p>
      <w:r>
        <w:t>下载</w:t>
      </w:r>
    </w:p>
    <w:p>
      <w:r>
        <w:t>收藏</w:t>
      </w:r>
    </w:p>
    <w:p>
      <w:pPr>
        <w:pStyle w:val="ListBullet"/>
      </w:pPr>
      <w:r>
        <w:t>网站声明</w:t>
      </w:r>
    </w:p>
    <w:p>
      <w:pPr>
        <w:pStyle w:val="ListBullet"/>
      </w:pPr>
      <w:r>
        <w:t>网站地图</w:t>
      </w:r>
    </w:p>
    <w:p>
      <w:pPr>
        <w:pStyle w:val="ListBullet"/>
      </w:pPr>
      <w:r>
        <w:t>联系我们</w:t>
      </w:r>
    </w:p>
    <w:p>
      <w:r>
        <w:t>版权所有：中华人民共和国教育部中文域名：教育部.政务</w:t>
      </w:r>
    </w:p>
    <w:p>
      <w:r>
        <w:t>京ICP备10028400号-1京公网安备11010202007625号网站标识码：bm05000001</w:t>
      </w:r>
    </w:p>
    <w:p>
      <w:r>
        <w:t>按回车键在新窗口打开无障碍说明页面,按Alt+~键打开导盲模式。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