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关于招募推荐免试研究生和在读研究生 参加青年志愿者扶贫接力计划第九届研究生支教团的通知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关于招募推荐免试研究生和在读研究生参加青年志愿者扶贫接力计划第九届研究生支教团的通知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360A15-07-2006-0456-1</w:t>
            </w:r>
          </w:p>
        </w:tc>
        <w:tc>
          <w:tcPr>
            <w:tcW w:type="dxa" w:w="1440"/>
          </w:tcPr>
          <w:p>
            <w:r>
              <w:t>生成日期：</w:t>
            </w:r>
          </w:p>
        </w:tc>
        <w:tc>
          <w:tcPr>
            <w:tcW w:type="dxa" w:w="1440"/>
          </w:tcPr>
          <w:p>
            <w:r>
              <w:t>2006-09-21</w:t>
            </w:r>
          </w:p>
        </w:tc>
        <w:tc>
          <w:tcPr>
            <w:tcW w:type="dxa" w:w="1440"/>
          </w:tcPr>
          <w:p>
            <w:r>
              <w:t>发文机构：</w:t>
            </w:r>
          </w:p>
        </w:tc>
        <w:tc>
          <w:tcPr>
            <w:tcW w:type="dxa" w:w="1440"/>
          </w:tcPr>
          <w:p>
            <w:r>
              <w:t>教育部高校学生司</w:t>
            </w:r>
          </w:p>
        </w:tc>
      </w:tr>
      <w:tr>
        <w:tc>
          <w:tcPr>
            <w:tcW w:type="dxa" w:w="1440"/>
          </w:tcPr>
          <w:p>
            <w:r>
              <w:t>发文字号：</w:t>
            </w:r>
          </w:p>
        </w:tc>
        <w:tc>
          <w:tcPr>
            <w:tcW w:type="dxa" w:w="1440"/>
          </w:tcPr>
          <w:p>
            <w:r>
              <w:t>教学司〔2006〕32号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研究生招生</w:t>
            </w:r>
          </w:p>
        </w:tc>
        <w:tc>
          <w:tcPr>
            <w:tcW w:type="dxa" w:w="1440"/>
          </w:tcPr>
          <w:p/>
        </w:tc>
        <w:tc>
          <w:tcPr>
            <w:tcW w:type="dxa" w:w="1440"/>
          </w:tcPr>
          <w:p/>
        </w:tc>
        <w:tc>
          <w:tcPr>
            <w:tcW w:type="dxa" w:w="1440"/>
          </w:tcPr>
          <w:p/>
        </w:tc>
        <w:tc>
          <w:tcPr>
            <w:tcW w:type="dxa" w:w="1440"/>
          </w:tcPr>
          <w:p/>
        </w:tc>
      </w:tr>
    </w:tbl>
    <w:p>
      <w:r>
        <w:t>教学司〔2006〕32号</w:t>
      </w:r>
    </w:p>
    <w:p>
      <w:r>
        <w:t>有关高等学校：</w:t>
      </w:r>
    </w:p>
    <w:p>
      <w:r>
        <w:t>青年志愿者扶贫接力计划研究生支教团工作自1999年实施以来，在服务社会主义新农村建设、促进中西部地区教育事业发展、培养优秀青年人才、弘扬社会新风等方面取得了良好成效，得到了贫困地区广大干部群众的好评。为此，教育部与团中央研究决定继续从部分高校2007年推荐免试研究生中招募应届大学本科毕业生组建第九届研究生支教团，也可从在读研究生中招募志愿者参加研究生支教团。现将有关事项通知如下。</w:t>
      </w:r>
    </w:p>
    <w:p>
      <w:r>
        <w:t>一、应选拔政治素质高，专业能力强，具有奉献精神和志愿服务经历，身体健康，能胜任扶贫支教工作的青年学生参加研究生支教团；应届本科毕业生应符合今年推荐本校免试研究生要求，在读研究生应具有本校学籍。</w:t>
      </w:r>
    </w:p>
    <w:p>
      <w:r>
        <w:t>二、各校选拔参加支教团的应届本科毕业生人数（见附件），不占用本校今年的推荐免试研究生名额。</w:t>
      </w:r>
    </w:p>
    <w:p>
      <w:r>
        <w:t>三、服务期间，参加研究生支教团的应届本科毕业生保留研究生入学资格，在读研究生保留学籍。</w:t>
      </w:r>
    </w:p>
    <w:p>
      <w:r>
        <w:t>四、服务期间，支教团志愿者享受团中央、教育部下发的《关于做好青年志愿者扶贫接力计划支教工作的通知》（中青联发〔1999〕46号）；团中央、中央文明办、人事部、国务院西部地区开发领导小组办公室《关于配合实施西部大开发战略全面推进青年志愿者扶贫接力计划的通知》（中青联发〔2001〕22号）和《教育部关于印发&lt;全国普通高等学校推荐优秀应届本科毕业生免试攻读硕士学位研究生工作管理办法（试行）的通知&gt;》（教学〔2006〕14号）文件规定的有关政策。</w:t>
      </w:r>
    </w:p>
    <w:p>
      <w:r>
        <w:t>五、各高校作为研究生支教团的招募单位，要认真贯彻落实有关文件精神，采取成立研究生支教团工作领导小组等方式，将研究生支教团招募、选拔、培训、管理等工作与大学生的思想政治教育、社会实践等工作有机结合起来，保证各项工作落到实处。</w:t>
      </w:r>
    </w:p>
    <w:p>
      <w:r>
        <w:t>六、坚持公开招募、自愿报名的原则，精心组织，严格筛选，切实把好招募关，研究生支教团的招募办法、选拔结果等应在校内张榜公布。</w:t>
      </w:r>
    </w:p>
    <w:p>
      <w:r>
        <w:t>七、请各高校将确定参加支教团人员名单于11月1日前报送共青团中央青年志愿者工作部招募培训处，联系电话：（010）85212269，85212319；传真：85212319。</w:t>
      </w:r>
    </w:p>
    <w:p>
      <w:r>
        <w:t>组建和派遣研究生支教团参与扶贫接力计划是在中央领导同志的亲切关怀下，教育部和共青团中央为服务于西部大开发和社会主义新农村建设共同实施的一项重要工作，是促进贫困地区教育事业发展的重要举措，是加强和改进高校政治思想工作、服务于青年学生成长成才的有效手段，是广大青年学生学习实践“三个代表”重要思想和积极参与和谐社会建设的有效载体。各校职能部门要密切配合，认真做好各项组织工作。</w:t>
      </w:r>
    </w:p>
    <w:p>
      <w:r>
        <w:t>附件：1.第九届研究生支教团招募名额分配表</w:t>
      </w:r>
    </w:p>
    <w:p>
      <w:r>
        <w:t>2.第九届研究生支教团试行高校招募名额分配表</w:t>
      </w:r>
    </w:p>
    <w:p>
      <w:r>
        <w:t>教育部高校学生司</w:t>
      </w:r>
    </w:p>
    <w:p>
      <w:r>
        <w:t>二○○六年九月二十一日</w:t>
      </w:r>
    </w:p>
    <w:p>
      <w:r>
        <w:t>添加微信附件打开提示</w:t>
      </w:r>
    </w:p>
    <w:p>
      <w:r>
        <w:t>点击右上角选择在浏览器中打开</w:t>
      </w:r>
    </w:p>
    <w:p>
      <w:r>
        <w:t>添加微信附件打开提示</w:t>
      </w:r>
    </w:p>
    <w:p>
      <w:r>
        <w:t>扫一扫分享本页</w:t>
      </w:r>
    </w:p>
    <w:p>
      <w:r>
        <w:t>发布日期：2008-04-25</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