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南京医科大学姑苏学院关于推荐2027届优秀本科毕业生免试攻读硕士学位研究生拟录取公布</w:t>
      </w:r>
    </w:p>
    <w:p>
      <w:r>
        <w:t>现将南京医科大学姑苏学院关于推荐202 7届优秀本科毕业生免试攻读硕士学位研究生拟录取情况公布，详见附件。</w:t>
      </w:r>
    </w:p>
    <w:p>
      <w:r>
        <w:t>南京医科大学姑苏学院关于推荐2027届优秀本科毕业生免试攻读硕士学位研究生拟录取名单.pdf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