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食品科技学院关于2023年免试研究生（含“直博生”）推荐工作的通知</w:t>
      </w:r>
    </w:p>
    <w:p>
      <w:r>
        <w:t>根据《南京农业大学关于做好202 3年推荐优秀应届本科毕业生免试攻读研究生工作的通知》（校教发【2022】221号）文件精神，现就做好我院202 3年推荐免试研究生工作通知如下：</w:t>
      </w:r>
    </w:p>
    <w:p>
      <w:r>
        <w:t>一、组织领导</w:t>
      </w:r>
    </w:p>
    <w:p>
      <w:r>
        <w:t>学院成立推荐工作领导小组，具体负责本院推荐免试研究生工作，主要负责审议学院推免方案、分配推荐名额、审定推荐名单等。</w:t>
      </w:r>
    </w:p>
    <w:p>
      <w:r>
        <w:t>成员名单如下：</w:t>
      </w:r>
    </w:p>
    <w:p>
      <w:r>
        <w:t>组长：李春保孙健</w:t>
      </w:r>
    </w:p>
    <w:p>
      <w:r>
        <w:t>副组长：辛志宏狄传华</w:t>
      </w:r>
    </w:p>
    <w:p>
      <w:r>
        <w:t>成员：董明盛徐幸莲金鹏屠康胡冰</w:t>
      </w:r>
    </w:p>
    <w:p>
      <w:r>
        <w:t>张万刚赵立艳张充陶阳</w:t>
      </w:r>
    </w:p>
    <w:p>
      <w:r>
        <w:t>二、推荐条件</w:t>
      </w:r>
    </w:p>
    <w:p>
      <w:r>
        <w:t>1.拥护中国共产党的领导，愿为社会主义现代化建设服务，政治立场坚定，思想品德良好，遵纪守法，诚实守信，勤奋好学，具有较强的学习、研究和独立工作能力，各学年综合测评优良。</w:t>
      </w:r>
    </w:p>
    <w:p>
      <w:r>
        <w:t>2.必修课无不及格记录。</w:t>
      </w:r>
    </w:p>
    <w:p>
      <w:r>
        <w:t>3.英语CET - 4级460分及以上，或CET - 6级426分及以上，或托福80分及以上，或GRE1200分及以上，或雅思（A类）6分及以上。</w:t>
      </w:r>
    </w:p>
    <w:p>
      <w:r>
        <w:t>4.达到大学生体育锻炼标准，身体健康。</w:t>
      </w:r>
    </w:p>
    <w:p>
      <w:r>
        <w:t>5.未有任何尚在期限内的处分。</w:t>
      </w:r>
    </w:p>
    <w:p>
      <w:r>
        <w:t>6 .修满本专业人才培养方案中“学术研究类课程组”全部学分，在素质拓展选修课里选修1学分教授开放课程。</w:t>
      </w:r>
    </w:p>
    <w:p>
      <w:r>
        <w:t>三、名额分配</w:t>
      </w:r>
    </w:p>
    <w:p>
      <w:r>
        <w:t>免试推荐研究生4 2名，推免名额不限制学术学位和专业学位类型。名额分配方案按照《食品科技学院关于免试研究生（含“直博生”）推荐工作的补充规定》执行（详见附件1），经院推荐工作领导小组审议，名额分配如下：</w:t>
      </w:r>
    </w:p>
    <w:p>
      <w:r>
        <w:t>食品科学与工程专业（包含食工卓越班）: 2 4名</w:t>
      </w:r>
    </w:p>
    <w:p>
      <w:r>
        <w:t>食品质量与安全专业: 1 5名</w:t>
      </w:r>
    </w:p>
    <w:p>
      <w:r>
        <w:t>生物工程专业:3名</w:t>
      </w:r>
    </w:p>
    <w:p>
      <w:r>
        <w:t>四、推荐办法</w:t>
      </w:r>
    </w:p>
    <w:p>
      <w:r>
        <w:t>1.免试推荐须按照自愿报名、提交材料审核、学院推荐免试研究生工作领导小组综合考核认定并确定名单、公示等环节进行。</w:t>
      </w:r>
    </w:p>
    <w:p>
      <w:r>
        <w:t>2.严格按照学校通知文件要求和《食品科技学院推荐免试研究生综合考核计分细则》对申请学生进行综合考核，综合考核内容包括学生学习成绩GPA绩点和综合素质能力考核两部分，综合成绩= 0. 8 0*GPA折算分+ 0. 2 0*综合素质得分，GPA折算分=100*GPA/专业第一名GPA。学院按照综合考核总成绩排名确定拟推荐免试研究生名单。</w:t>
      </w:r>
    </w:p>
    <w:p>
      <w:r>
        <w:t>3.推免工作坚持公开公正和公平透明原则，统一标准、统一程序选拔考核。对在推免过程中弄虚作假，有论文抄袭、虚报获奖或科研成果等学术不端行为或者有其他严重影响推免过程和结果公平公正行为的学生，一经查实，将取消推免资格。</w:t>
      </w:r>
    </w:p>
    <w:p>
      <w:r>
        <w:t>4.学生因未返校而导致无法提供相关材料或证明的原件可与学院签订《诚信承诺书》，承诺所有提供的信息和材料完全属实。否则，一经查实所提供的信息和材料不属实，将取消推免资格。</w:t>
      </w:r>
    </w:p>
    <w:p>
      <w:r>
        <w:t>五、日程安排</w:t>
      </w:r>
    </w:p>
    <w:p>
      <w:r>
        <w:t>1. 9月1 3日前，学院成立推荐免试研究生工作领导小组，确定本学院具体推荐方案，报学校推荐免试研究生工作领导小组，经学校审核同意后公布执行。</w:t>
      </w:r>
    </w:p>
    <w:p>
      <w:r>
        <w:t>2. 9月1 5日17：00前，申请推荐免试研究生的学生办理申请手续，提交相关纸质材料：《202 3年推荐免试生申请表》（附件2）、《202 3年推免生政治思想情况表》（附件3）、《诚信承诺书》（附件4）以及本科阶段在校成绩单（须学校教务部门盖章）、英语考级证书、各类获奖证书、公开发表的研究论文等支撑材料复印件（参照附件5）。《食品科技学院推荐免试研究生综合素质加分统计表》电子稿（附件6）发送至指定邮箱（scy2019 @njau.edu.cn），纸质版报送至学院224办公室。</w:t>
      </w:r>
    </w:p>
    <w:p>
      <w:r>
        <w:t>3. 9月21日前，学院推荐免试研究生工作领导小组综合考核认定，确定拟推免生名单并公示。公示名单向教务处上报拟推免生名单，由教务处进行名单公示。</w:t>
      </w:r>
    </w:p>
    <w:p>
      <w:r>
        <w:t>联系人：邵春妍老师</w:t>
      </w:r>
    </w:p>
    <w:p>
      <w:r>
        <w:t>联系电话：025-84395686</w:t>
      </w:r>
    </w:p>
    <w:p>
      <w:r>
        <w:t>电子邮箱：scy2019 @njau.edu.cn</w:t>
      </w:r>
    </w:p>
    <w:p>
      <w:r>
        <w:t>办公地点：食品院学生工作办公室（食品楼224）</w:t>
      </w:r>
    </w:p>
    <w:p>
      <w:r>
        <w:t>附件1：食品科技学院关于免试研究生（含“直博生”）推荐工作的补充规定</w:t>
      </w:r>
    </w:p>
    <w:p>
      <w:r>
        <w:t>附件2：202 3年推免生申请表</w:t>
      </w:r>
    </w:p>
    <w:p>
      <w:r>
        <w:t>附件3：202 3年推免生政治思想情况表</w:t>
      </w:r>
    </w:p>
    <w:p>
      <w:r>
        <w:t>附件4：诚信承诺书</w:t>
      </w:r>
    </w:p>
    <w:p>
      <w:r>
        <w:t>附件5：食品科技学院推荐免试研究生综合考核计分细则</w:t>
      </w:r>
    </w:p>
    <w:p>
      <w:r>
        <w:t>附件6：食品科技学院推免生综合素质加分统计表</w:t>
      </w:r>
    </w:p>
    <w:p>
      <w:r>
        <w:t>南京农业大学食品科技学院</w:t>
      </w:r>
    </w:p>
    <w:p>
      <w:r>
        <w:t>2022年9月13日</w:t>
      </w:r>
    </w:p>
    <w:p>
      <w:r>
        <w:t>编辑：邵春妍校对：陶正清审核：狄传华</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