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食品科技学院2024年拟推荐免试研究生名单公示</w:t>
      </w:r>
    </w:p>
    <w:p>
      <w:r>
        <w:t>各班级：</w:t>
      </w:r>
    </w:p>
    <w:p>
      <w:r>
        <w:t>根据《南京农业大学关于做好2024年推荐优秀应届本科毕业生免试攻读研究生工作的通知》（校教发【2023】193号）文件精神和《食品科技学院关于2024年免试研究生推荐工作的通知》要求，以及《食品科技学院推荐免试研究生综合考核计分细则》，经学生自主申报，学院推荐免试研究生工作领导小组审核，拟推荐4 9名免试研究生（原4 8名学校分配指标+ 1名学校增加指标），名单详见附件，现予以公示。</w:t>
      </w:r>
    </w:p>
    <w:p>
      <w:r>
        <w:t>若对以上免试推荐研究生候选人存有异议，请于9月26日12:00之前反馈至学院。</w:t>
      </w:r>
    </w:p>
    <w:p>
      <w:r>
        <w:t>联系人：邵春妍、陶正清</w:t>
      </w:r>
    </w:p>
    <w:p>
      <w:r>
        <w:t>联系地址：食品楼224、226</w:t>
      </w:r>
    </w:p>
    <w:p>
      <w:r>
        <w:t>联系电话：025-84395686、028-84396676</w:t>
      </w:r>
    </w:p>
    <w:p>
      <w:r>
        <w:t>南京农业大学食品科技学院</w:t>
      </w:r>
    </w:p>
    <w:p>
      <w:r>
        <w:t>2023年9月22日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