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食品科技学院2019年拟推荐免试研究生 名单公示</w:t>
      </w:r>
    </w:p>
    <w:tbl>
      <w:tblPr>
        <w:tblStyle w:val="TableGrid"/>
        <w:tblW w:type="auto" w:w="0"/>
        <w:tblLook w:firstColumn="1" w:firstRow="1" w:lastColumn="0" w:lastRow="0" w:noHBand="0" w:noVBand="1" w:val="04A0"/>
      </w:tblPr>
      <w:tblGrid>
        <w:gridCol w:w="8640"/>
      </w:tblGrid>
      <w:tr>
        <w:tc>
          <w:tcPr>
            <w:tcW w:type="dxa" w:w="8640"/>
          </w:tcPr>
          <w:p>
            <w:r>
              <w:t>各班级：根据《教育部办公厅关于做好2019年推荐优秀应届本科毕业生免试攻读研究生工作的通知》（教学厅[2018]10号）和《南京农业大学关于做好2019年推荐优秀应届本科毕业生免试攻读研究生工作的通知》（校教发[2018]450号）文件精神，食品科技学院及时成立推荐免试研究生工作领导小组，研究制定《食品科技学院关于2019年免试研究生（含“直博生”）推荐工作的通知》，上报学校职能部门备案，并在学院宣传栏公示。经学生自主申报，学院对照《食品科技学院推荐免试研究生综合考核计分细则》从严审核学生资格条件和加分资料，并经申请者对加分项和分值确认签字后，由学院推荐免试研究生工作领导小组审议通过，确定拟推荐免试研究生名单，现予以公示（按姓氏笔画为序）。一、食品科学与工程专业（14人）方莉刘英娴刘晓凡刘培鋆汤英杰孙贤李丽湲李甜荣杨志颖吴中元陈滢陈红蒲胡落渟耿睿璇二、食品质量与安全专业（7人）戈永慧冯语嫣刘旺鑫陈小静青舒婷孟潇曾乐银三、生物工程专业（5人）史雪莹苏宏萌陈婉周琳胡欣瑞四、法国里尔科技大学（2人）吕陨圣胡宇航若对以上免试推荐研究生候选人存有异议，请于9月19日12:00之前反馈至学院学生办。联系人：陈宏强老师联系地址：食品楼224联系电话：025-84395686邮箱：chenhq1992@njau.edu.cn食品科技学院2018年9月18日</w:t>
            </w:r>
          </w:p>
        </w:tc>
      </w:tr>
    </w:tbl>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