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食品科技学院2017年接收推荐免试研究生拟录取名单公示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各位推免生：经我院研究生招生工作复试小组考核，根据复试成绩排名确定了推免生拟录取名单，本次共录取专硕7人，学硕49人。一、待录取通知所有拟录取的同学请于9月28日下午3点前登录教育部“推免服务系统”填写报考志愿、接收并确认复试及待录取通知，否则视为自愿放弃我校录取资格。拟录取推免生以“推免服务系统”中接收并确认待录取通知为准。二、补录工作如拟录取推免生放弃拟录取资格，我院将按照复试成绩由高到低依次递补拟录取推免生，补录名单（含补录排名）见附件。我院将于9月28日下午3-6点电话通知补录同学，录取专业为食品科学与工程（学术型），请务必保持手机畅通。补录学生拟录取导师的确定将首先考虑本人填报的意向导师。三、调剂因我院专硕名额未满，未取得学硕录取资格的推免生如想调剂专硕，请与学院联系。四、体检体检结果有问题的推免生须进行复检，我院将电话通知须参加复检的推免生。如体检不合格者,我院将取消推免生拟录取资格。食品科技学院2016.09.27食品科学与工程专业（学术型）拟录取名单食品工程、食品加工与安全专业拟录取名单食品科学与工程专业（学术型）替补名单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