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食品科学技术学院2027年拟推荐免试研究生科研创新成果审核认定结果公示</w:t>
      </w:r>
    </w:p>
    <w:p>
      <w:r>
        <w:t>通知公告</w:t>
      </w:r>
    </w:p>
    <w:p>
      <w:r>
        <w:t>您的当前位置:首页≡通知公告≡正文</w:t>
      </w:r>
    </w:p>
    <w:p>
      <w:r>
        <w:t>通知公告</w:t>
      </w:r>
    </w:p>
    <w:p>
      <w:r>
        <w:t>编辑：陶正清时间：2026/09/05点击数：692</w:t>
      </w:r>
    </w:p>
    <w:p>
      <w:r>
        <w:t>各班级：</w:t>
      </w:r>
    </w:p>
    <w:p>
      <w:r>
        <w:t>根据《南京农业大学关于做好2027年推荐优秀应届本科毕业生免试攻读研究生工作的通知》（校教发〔2026〕175号）文件精神和《食品科技学院关于做好2027年推荐优秀应届本科毕业生免试攻读研究生工作的通知》要求，经学生自主申报、公开答辩，学院推免工作材料审核专家组审核，现将2027年拟推荐免试研究生科研创新成果审核认定结果予以公示，名单详见附件。</w:t>
      </w:r>
    </w:p>
    <w:p>
      <w:r>
        <w:t>若对以上认定结果存有异议，请于9月7日17:00之前反馈至学院。</w:t>
      </w:r>
    </w:p>
    <w:p>
      <w:r>
        <w:t>联系人：邵春妍、陶正清</w:t>
      </w:r>
    </w:p>
    <w:p>
      <w:r>
        <w:t>联系地址：食品楼B251、B253</w:t>
      </w:r>
    </w:p>
    <w:p>
      <w:r>
        <w:t>联系电话：025-84395686、02 5 -84396676</w:t>
      </w:r>
    </w:p>
    <w:p>
      <w:r>
        <w:t>南京农业大学食品科技学院</w:t>
      </w:r>
    </w:p>
    <w:p>
      <w:r>
        <w:t>202 5年9月5日</w:t>
      </w:r>
    </w:p>
    <w:p>
      <w:pPr>
        <w:pStyle w:val="ListBullet"/>
      </w:pPr>
      <w:r>
        <w:t>附件【食品科学技术学院2027年拟推荐免试研究生科研创新成果审核认定结果公示.pdf】已下载410次</w:t>
      </w:r>
    </w:p>
    <w:p>
      <w:r>
        <w:t>上一篇：食品科学技术学院2027年拟推荐优秀应届本科毕业生免试攻读研究生名单公示下一篇：关于2026年食品安全与营养健康创新型人才国际合作培养项目（第三批）申报人员的公示</w:t>
      </w:r>
    </w:p>
    <w:p>
      <w:r>
        <w:t>版权内容请在本组件"内容配置-版权"处填写</w:t>
      </w:r>
    </w:p>
    <w:p>
      <w:r>
        <w:t>Copyright © 2014南京农业大学食品科学技术学院All Rights Reserved地址:江苏省南京市江北新区滨江大道666号南京农业大学滨江校区食品科学技术学院电话：025-84395618邮编：211800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