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食品科学技术学院2027年拟推荐优秀应届本科毕业生免试攻读研究生名单公示</w:t>
      </w:r>
    </w:p>
    <w:p>
      <w:r>
        <w:t>通知公告</w:t>
      </w:r>
    </w:p>
    <w:p>
      <w:r>
        <w:t>您的当前位置:首页≡通知公告≡正文</w:t>
      </w:r>
    </w:p>
    <w:p>
      <w:r>
        <w:t>通知公告</w:t>
      </w:r>
    </w:p>
    <w:p>
      <w:r>
        <w:t>编辑：陶正清时间：2026/09/05点击数：2048</w:t>
      </w:r>
    </w:p>
    <w:p>
      <w:r>
        <w:t>各班级：</w:t>
      </w:r>
    </w:p>
    <w:p>
      <w:r>
        <w:t>根据《南京农业大学关于做好2027年推荐优秀应届本科毕业生免试攻读研究生工作的通知》（校教发〔2026〕175号）文件精神和《食品科技学院关于做好2027年推荐优秀应届本科毕业生免试攻读研究生工作的通知》要求，以及《食品科技学院推荐免试研究生综合考核计分细则》，经学生自主申报，学院推荐免试研究生工作领导小组审核，拟推荐67名免试研究生，名单详见附件，现予以公示。</w:t>
      </w:r>
    </w:p>
    <w:p>
      <w:r>
        <w:t>若对以上免试推荐研究生候选人存有异议，请于9月7日17:00之前反馈至学院。</w:t>
      </w:r>
    </w:p>
    <w:p>
      <w:r>
        <w:t>联系人：邵春妍、陶正清</w:t>
      </w:r>
    </w:p>
    <w:p>
      <w:r>
        <w:t>联系地址：食品楼B251、B253</w:t>
      </w:r>
    </w:p>
    <w:p>
      <w:r>
        <w:t>联系电话：025-84395686、02 5 -84396676</w:t>
      </w:r>
    </w:p>
    <w:p>
      <w:r>
        <w:t>南京农业大学食品科技学院</w:t>
      </w:r>
    </w:p>
    <w:p>
      <w:r>
        <w:t>202 5年9月5日</w:t>
      </w:r>
    </w:p>
    <w:p>
      <w:pPr>
        <w:pStyle w:val="ListBullet"/>
      </w:pPr>
      <w:r>
        <w:t>附件【食品科学技术学院2027年拟推荐优秀应届本科毕业生免试攻读研究生名单公示.pdf】已下载1434次</w:t>
      </w:r>
    </w:p>
    <w:p>
      <w:r>
        <w:t>上一篇：食品科技学院2027年拟推荐优秀应届本科毕业生免试攻读研究生工作递补情况说明下一篇：食品科学技术学院2027年拟推荐免试研究生科研创新成果审核认定结果公示</w:t>
      </w:r>
    </w:p>
    <w:p>
      <w:r>
        <w:t>版权内容请在本组件"内容配置-版权"处填写</w:t>
      </w:r>
    </w:p>
    <w:p>
      <w:r>
        <w:t>Copyright © 2014南京农业大学食品科学技术学院All Rights Reserved地址:江苏省南京市江北新区滨江大道666号南京农业大学滨江校区食品科学技术学院电话：025-84395618邮编：211800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