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金融学院2022年推荐免试研究生工作实施方案</w:t>
      </w:r>
    </w:p>
    <w:p>
      <w:r>
        <w:t>各班级：</w:t>
      </w:r>
    </w:p>
    <w:p>
      <w:r>
        <w:t>根据《南京农业大学关于做好2022年推荐优秀应届本科毕业生免试攻读研究生推荐工作的通知》，为做好我院推荐免试攻读2022级研究生工作,现将有关事宜通知如下：</w:t>
      </w:r>
    </w:p>
    <w:p>
      <w:r>
        <w:t>一、推荐条件</w:t>
      </w:r>
    </w:p>
    <w:p>
      <w:r>
        <w:t>1.拥护中国共产党的领导，愿为社会主义现代化建设服务，品德良好，勤奋好学，具有较强的学习、研究和独立工作能力，各学年综合测评优良，未有任何尚在期限内的处分。</w:t>
      </w:r>
    </w:p>
    <w:p>
      <w:r>
        <w:t>2.学习努力、善于思考、独立工作能力较强。学习成绩三年总评GPA列所在专业前30%，英语CET4级460分及以上，或CET6级426分及以上，或托福80分及以上，或GRE1200分及以上，或雅思（A类）6分及以上，必修课无不及格记录。</w:t>
      </w:r>
    </w:p>
    <w:p>
      <w:r>
        <w:t>3.必须在学术研究类选修课程组内修满全部学分。课程名称：研究方法与论文写作、中级微观经济学、大学生创新训练计划（SRT）、计量分析方法与应用、中级宏观经济学。</w:t>
      </w:r>
    </w:p>
    <w:p>
      <w:r>
        <w:t>4.达到大学生体育锻炼标准，身体健康。</w:t>
      </w:r>
    </w:p>
    <w:p>
      <w:r>
        <w:t>二、推荐名额及办法</w:t>
      </w:r>
    </w:p>
    <w:p>
      <w:r>
        <w:t>1.推免名额</w:t>
      </w:r>
    </w:p>
    <w:p>
      <w:r>
        <w:t>推免名额不区分学术学位和专业学位，不再设置留校限额，所有推免生均享有依据招生政策自主选择报考招生单位和专业的权利。</w:t>
      </w:r>
    </w:p>
    <w:p>
      <w:r>
        <w:t>2.学院共有33个推免名额，分配如下：</w:t>
      </w:r>
    </w:p>
    <w:p>
      <w:r>
        <w:t>金融学本科专业：18</w:t>
      </w:r>
    </w:p>
    <w:p>
      <w:r>
        <w:t>会计学本科专业：11</w:t>
      </w:r>
    </w:p>
    <w:p>
      <w:r>
        <w:t>投资学本科专业：4</w:t>
      </w:r>
    </w:p>
    <w:p>
      <w:r>
        <w:t>3.推荐办法</w:t>
      </w:r>
    </w:p>
    <w:p>
      <w:r>
        <w:t>学院按照提交《申请表》学生的综合成绩进行排名，综合成绩包括学习成绩（GPA折算分）和其它综合素质得分两部分。学习成绩GPA绩点以推荐免试工作进行时教务处数据库中的数据为准。</w:t>
      </w:r>
    </w:p>
    <w:p>
      <w:r>
        <w:t>综合成绩=学习成绩( GPA折算分)*70% +其它综合素质折算分*30%</w:t>
      </w:r>
    </w:p>
    <w:p>
      <w:r>
        <w:t>成绩按照如下公式进行折算</w:t>
      </w:r>
    </w:p>
    <w:p>
      <w:r>
        <w:t>GPA折算分= (GPA/Z)*100，其中“Z”以各专业本届实际GPA最高值计</w:t>
      </w:r>
    </w:p>
    <w:p>
      <w:r>
        <w:t>其他综合素质折算分=（X 1 /50 + X 2 /75）*100，其中X 1以权威课外科技竞赛附加分计，X 2以权威课外科技竞赛外的总附加分计</w:t>
      </w:r>
    </w:p>
    <w:p>
      <w:r>
        <w:t>如有综合成绩相同的情况，按学习成绩排序。</w:t>
      </w:r>
    </w:p>
    <w:p>
      <w:r>
        <w:t>三、综合素质与能力加分内容认定细则:见附件1（未列入附件1的奖项由金融学院推荐免试研究生工作领导小组参照考核评价方案评定）</w:t>
      </w:r>
    </w:p>
    <w:p>
      <w:r>
        <w:t>四、工作进程</w:t>
      </w:r>
    </w:p>
    <w:p>
      <w:r>
        <w:t>1.9月10日前，学院成立推荐免试研究生工作领导小组，拟定学院推荐免试研究生推荐办法（含综合考核评价方案）报教务处综合科，经校推荐免试研究生工作领导小组审核同意后公布执行。</w:t>
      </w:r>
    </w:p>
    <w:p>
      <w:r>
        <w:t>2.9月13日中午12点前,学生提交《推免生政治思想情况表》(附件2)，《金融学院推荐免试生申请表》（附件3），《2022年免试推荐研究生诚信承诺书》（附件4），《本科阶段学习成绩单》，英语考级证书、各类获奖证书、公开发表的论文等材料(扫描件)，《附加分核算表》电子版。（获奖证书扫描件请按附件1所列奖项先后顺序排序，同类型取最高分值加分项,只需罗列和提交最高加分项获奖证书）</w:t>
      </w:r>
    </w:p>
    <w:p>
      <w:r>
        <w:t>3.9月2 1日前，经金融学院推荐免试研究生工作领导小组审核并公示后，学院将推免生名单上报教务处。</w:t>
      </w:r>
    </w:p>
    <w:p>
      <w:r>
        <w:t>五、校内报名时间及方式</w:t>
      </w:r>
    </w:p>
    <w:p>
      <w:r>
        <w:t>1.报名时间：9月11日-9月13日中午12：00</w:t>
      </w:r>
    </w:p>
    <w:p>
      <w:r>
        <w:t>2.报名方式：相关材料打包发送至lujiajun@njau.edu.cn</w:t>
      </w:r>
    </w:p>
    <w:p>
      <w:r>
        <w:t>六、请各位申请推荐免试资格的同学务必保证提供的证书及学术论文等证明材料的真实性、准确性。一经发现有申请人提供虚假材料，取消其申请资格，并给予相应处分。</w:t>
      </w:r>
    </w:p>
    <w:p>
      <w:r>
        <w:t>金融学院</w:t>
      </w:r>
    </w:p>
    <w:p>
      <w:r>
        <w:t>2021年9月10日</w:t>
      </w:r>
    </w:p>
    <w:p>
      <w:r>
        <w:t>附：金融学院推荐免试研究生工作领导小组名单：</w:t>
      </w:r>
    </w:p>
    <w:p>
      <w:r>
        <w:t>组长：周月书</w:t>
      </w:r>
    </w:p>
    <w:p>
      <w:r>
        <w:t>成员：刘兆磊张龙耀李日葵王翌秋张娆彭澎</w:t>
      </w:r>
    </w:p>
    <w:p>
      <w:r>
        <w:t>秘书：陆佳俊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