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关于申请2022年推荐免试研究生资格的综合成绩公示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GPA</w:t>
            </w:r>
          </w:p>
        </w:tc>
        <w:tc>
          <w:tcPr>
            <w:tcW w:type="dxa" w:w="1728"/>
          </w:tcPr>
          <w:p>
            <w:r>
              <w:t>综合得分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金佳怡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4.14</w:t>
            </w:r>
          </w:p>
        </w:tc>
        <w:tc>
          <w:tcPr>
            <w:tcW w:type="dxa" w:w="1728"/>
          </w:tcPr>
          <w:p>
            <w:r>
              <w:t>81.3661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沈嫣然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3.96</w:t>
            </w:r>
          </w:p>
        </w:tc>
        <w:tc>
          <w:tcPr>
            <w:tcW w:type="dxa" w:w="1728"/>
          </w:tcPr>
          <w:p>
            <w:r>
              <w:t>79.5200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居雨昂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4.12</w:t>
            </w:r>
          </w:p>
        </w:tc>
        <w:tc>
          <w:tcPr>
            <w:tcW w:type="dxa" w:w="1728"/>
          </w:tcPr>
          <w:p>
            <w:r>
              <w:t>78.8305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周小敏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4.2</w:t>
            </w:r>
          </w:p>
        </w:tc>
        <w:tc>
          <w:tcPr>
            <w:tcW w:type="dxa" w:w="1728"/>
          </w:tcPr>
          <w:p>
            <w:r>
              <w:t>78.7360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张博威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4.01</w:t>
            </w:r>
          </w:p>
        </w:tc>
        <w:tc>
          <w:tcPr>
            <w:tcW w:type="dxa" w:w="1728"/>
          </w:tcPr>
          <w:p>
            <w:r>
              <w:t>75.6732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郑玉秀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4.04</w:t>
            </w:r>
          </w:p>
        </w:tc>
        <w:tc>
          <w:tcPr>
            <w:tcW w:type="dxa" w:w="1728"/>
          </w:tcPr>
          <w:p>
            <w:r>
              <w:t>75.3621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邵兴宇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4.12</w:t>
            </w:r>
          </w:p>
        </w:tc>
        <w:tc>
          <w:tcPr>
            <w:tcW w:type="dxa" w:w="1728"/>
          </w:tcPr>
          <w:p>
            <w:r>
              <w:t>75.0531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姚林丹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4.05</w:t>
            </w:r>
          </w:p>
        </w:tc>
        <w:tc>
          <w:tcPr>
            <w:tcW w:type="dxa" w:w="1728"/>
          </w:tcPr>
          <w:p>
            <w:r>
              <w:t>73.1000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王思琪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4.08</w:t>
            </w:r>
          </w:p>
        </w:tc>
        <w:tc>
          <w:tcPr>
            <w:tcW w:type="dxa" w:w="1728"/>
          </w:tcPr>
          <w:p>
            <w:r>
              <w:t>72.8000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曹羽洁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4.05</w:t>
            </w:r>
          </w:p>
        </w:tc>
        <w:tc>
          <w:tcPr>
            <w:tcW w:type="dxa" w:w="1728"/>
          </w:tcPr>
          <w:p>
            <w:r>
              <w:t>72.7000</w:t>
            </w:r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汤盈盈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4.02</w:t>
            </w:r>
          </w:p>
        </w:tc>
        <w:tc>
          <w:tcPr>
            <w:tcW w:type="dxa" w:w="1728"/>
          </w:tcPr>
          <w:p>
            <w:r>
              <w:t>72.6000</w:t>
            </w:r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赵家欣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3.91</w:t>
            </w:r>
          </w:p>
        </w:tc>
        <w:tc>
          <w:tcPr>
            <w:tcW w:type="dxa" w:w="1728"/>
          </w:tcPr>
          <w:p>
            <w:r>
              <w:t>72.5977</w:t>
            </w:r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江洋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4.05</w:t>
            </w:r>
          </w:p>
        </w:tc>
        <w:tc>
          <w:tcPr>
            <w:tcW w:type="dxa" w:w="1728"/>
          </w:tcPr>
          <w:p>
            <w:r>
              <w:t>72.2277</w:t>
            </w:r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宋知睿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3.88</w:t>
            </w:r>
          </w:p>
        </w:tc>
        <w:tc>
          <w:tcPr>
            <w:tcW w:type="dxa" w:w="1728"/>
          </w:tcPr>
          <w:p>
            <w:r>
              <w:t>71.5883</w:t>
            </w:r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张羽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3.98</w:t>
            </w:r>
          </w:p>
        </w:tc>
        <w:tc>
          <w:tcPr>
            <w:tcW w:type="dxa" w:w="1728"/>
          </w:tcPr>
          <w:p>
            <w:r>
              <w:t>70.7333</w:t>
            </w:r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马希金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3.83</w:t>
            </w:r>
          </w:p>
        </w:tc>
        <w:tc>
          <w:tcPr>
            <w:tcW w:type="dxa" w:w="1728"/>
          </w:tcPr>
          <w:p>
            <w:r>
              <w:t>69.4333</w:t>
            </w:r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彭贝贝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3.86</w:t>
            </w:r>
          </w:p>
        </w:tc>
        <w:tc>
          <w:tcPr>
            <w:tcW w:type="dxa" w:w="1728"/>
          </w:tcPr>
          <w:p>
            <w:r>
              <w:t>69.1333</w:t>
            </w:r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王淼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3.94</w:t>
            </w:r>
          </w:p>
        </w:tc>
        <w:tc>
          <w:tcPr>
            <w:tcW w:type="dxa" w:w="1728"/>
          </w:tcPr>
          <w:p>
            <w:r>
              <w:t>68.8667</w:t>
            </w:r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冒心怡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3.86</w:t>
            </w:r>
          </w:p>
        </w:tc>
        <w:tc>
          <w:tcPr>
            <w:tcW w:type="dxa" w:w="1728"/>
          </w:tcPr>
          <w:p>
            <w:r>
              <w:t>67.8706</w:t>
            </w:r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万启超</w:t>
            </w:r>
          </w:p>
        </w:tc>
        <w:tc>
          <w:tcPr>
            <w:tcW w:type="dxa" w:w="1728"/>
          </w:tcPr>
          <w:p>
            <w:r>
              <w:t>金融学</w:t>
            </w:r>
          </w:p>
        </w:tc>
        <w:tc>
          <w:tcPr>
            <w:tcW w:type="dxa" w:w="1728"/>
          </w:tcPr>
          <w:p>
            <w:r>
              <w:t>3.84</w:t>
            </w:r>
          </w:p>
        </w:tc>
        <w:tc>
          <w:tcPr>
            <w:tcW w:type="dxa" w:w="1728"/>
          </w:tcPr>
          <w:p>
            <w:r>
              <w:t>67.7933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GPA</w:t>
            </w:r>
          </w:p>
        </w:tc>
        <w:tc>
          <w:tcPr>
            <w:tcW w:type="dxa" w:w="1728"/>
          </w:tcPr>
          <w:p>
            <w:r>
              <w:t>综合得分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吴佳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4.05</w:t>
            </w:r>
          </w:p>
        </w:tc>
        <w:tc>
          <w:tcPr>
            <w:tcW w:type="dxa" w:w="1728"/>
          </w:tcPr>
          <w:p>
            <w:r>
              <w:t>79.4853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王艾婧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3.91</w:t>
            </w:r>
          </w:p>
        </w:tc>
        <w:tc>
          <w:tcPr>
            <w:tcW w:type="dxa" w:w="1728"/>
          </w:tcPr>
          <w:p>
            <w:r>
              <w:t>78.5233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周睿思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4.05</w:t>
            </w:r>
          </w:p>
        </w:tc>
        <w:tc>
          <w:tcPr>
            <w:tcW w:type="dxa" w:w="1728"/>
          </w:tcPr>
          <w:p>
            <w:r>
              <w:t>78.4069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许书凝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3.95</w:t>
            </w:r>
          </w:p>
        </w:tc>
        <w:tc>
          <w:tcPr>
            <w:tcW w:type="dxa" w:w="1728"/>
          </w:tcPr>
          <w:p>
            <w:r>
              <w:t>75.9628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汪雅致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4.06</w:t>
            </w:r>
          </w:p>
        </w:tc>
        <w:tc>
          <w:tcPr>
            <w:tcW w:type="dxa" w:w="1728"/>
          </w:tcPr>
          <w:p>
            <w:r>
              <w:t>75.6569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周绮颖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3.97</w:t>
            </w:r>
          </w:p>
        </w:tc>
        <w:tc>
          <w:tcPr>
            <w:tcW w:type="dxa" w:w="1728"/>
          </w:tcPr>
          <w:p>
            <w:r>
              <w:t>74.8487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陈梦涵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4.08</w:t>
            </w:r>
          </w:p>
        </w:tc>
        <w:tc>
          <w:tcPr>
            <w:tcW w:type="dxa" w:w="1728"/>
          </w:tcPr>
          <w:p>
            <w:r>
              <w:t>74.8000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武丽洁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3.99</w:t>
            </w:r>
          </w:p>
        </w:tc>
        <w:tc>
          <w:tcPr>
            <w:tcW w:type="dxa" w:w="1728"/>
          </w:tcPr>
          <w:p>
            <w:r>
              <w:t>73.9119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陈丽红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4.00</w:t>
            </w:r>
          </w:p>
        </w:tc>
        <w:tc>
          <w:tcPr>
            <w:tcW w:type="dxa" w:w="1728"/>
          </w:tcPr>
          <w:p>
            <w:r>
              <w:t>73.2105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缪纯绎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3.90</w:t>
            </w:r>
          </w:p>
        </w:tc>
        <w:tc>
          <w:tcPr>
            <w:tcW w:type="dxa" w:w="1728"/>
          </w:tcPr>
          <w:p>
            <w:r>
              <w:t>72.5502</w:t>
            </w:r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施雨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3.94</w:t>
            </w:r>
          </w:p>
        </w:tc>
        <w:tc>
          <w:tcPr>
            <w:tcW w:type="dxa" w:w="1728"/>
          </w:tcPr>
          <w:p>
            <w:r>
              <w:t>72.3980</w:t>
            </w:r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陈雯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4.03</w:t>
            </w:r>
          </w:p>
        </w:tc>
        <w:tc>
          <w:tcPr>
            <w:tcW w:type="dxa" w:w="1728"/>
          </w:tcPr>
          <w:p>
            <w:r>
              <w:t>71.5422</w:t>
            </w:r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丁怡婷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3.96</w:t>
            </w:r>
          </w:p>
        </w:tc>
        <w:tc>
          <w:tcPr>
            <w:tcW w:type="dxa" w:w="1728"/>
          </w:tcPr>
          <w:p>
            <w:r>
              <w:t>71.5412</w:t>
            </w:r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杨柳</w:t>
            </w:r>
          </w:p>
        </w:tc>
        <w:tc>
          <w:tcPr>
            <w:tcW w:type="dxa" w:w="1728"/>
          </w:tcPr>
          <w:p>
            <w:r>
              <w:t>会计学</w:t>
            </w:r>
          </w:p>
        </w:tc>
        <w:tc>
          <w:tcPr>
            <w:tcW w:type="dxa" w:w="1728"/>
          </w:tcPr>
          <w:p>
            <w:r>
              <w:t>3.84</w:t>
            </w:r>
          </w:p>
        </w:tc>
        <w:tc>
          <w:tcPr>
            <w:tcW w:type="dxa" w:w="1728"/>
          </w:tcPr>
          <w:p>
            <w:r>
              <w:t>68.6824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GPA</w:t>
            </w:r>
          </w:p>
        </w:tc>
        <w:tc>
          <w:tcPr>
            <w:tcW w:type="dxa" w:w="1728"/>
          </w:tcPr>
          <w:p>
            <w:r>
              <w:t>综合得分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徐子杰</w:t>
            </w:r>
          </w:p>
        </w:tc>
        <w:tc>
          <w:tcPr>
            <w:tcW w:type="dxa" w:w="1728"/>
          </w:tcPr>
          <w:p>
            <w:r>
              <w:t>投资学</w:t>
            </w:r>
          </w:p>
        </w:tc>
        <w:tc>
          <w:tcPr>
            <w:tcW w:type="dxa" w:w="1728"/>
          </w:tcPr>
          <w:p>
            <w:r>
              <w:t>3.99</w:t>
            </w:r>
          </w:p>
        </w:tc>
        <w:tc>
          <w:tcPr>
            <w:tcW w:type="dxa" w:w="1728"/>
          </w:tcPr>
          <w:p>
            <w:r>
              <w:t>76.1952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邵小蔚</w:t>
            </w:r>
          </w:p>
        </w:tc>
        <w:tc>
          <w:tcPr>
            <w:tcW w:type="dxa" w:w="1728"/>
          </w:tcPr>
          <w:p>
            <w:r>
              <w:t>投资学</w:t>
            </w:r>
          </w:p>
        </w:tc>
        <w:tc>
          <w:tcPr>
            <w:tcW w:type="dxa" w:w="1728"/>
          </w:tcPr>
          <w:p>
            <w:r>
              <w:t>3.91</w:t>
            </w:r>
          </w:p>
        </w:tc>
        <w:tc>
          <w:tcPr>
            <w:tcW w:type="dxa" w:w="1728"/>
          </w:tcPr>
          <w:p>
            <w:r>
              <w:t>76.0365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蔡金洋</w:t>
            </w:r>
          </w:p>
        </w:tc>
        <w:tc>
          <w:tcPr>
            <w:tcW w:type="dxa" w:w="1728"/>
          </w:tcPr>
          <w:p>
            <w:r>
              <w:t>投资学</w:t>
            </w:r>
          </w:p>
        </w:tc>
        <w:tc>
          <w:tcPr>
            <w:tcW w:type="dxa" w:w="1728"/>
          </w:tcPr>
          <w:p>
            <w:r>
              <w:t>3.89</w:t>
            </w:r>
          </w:p>
        </w:tc>
        <w:tc>
          <w:tcPr>
            <w:tcW w:type="dxa" w:w="1728"/>
          </w:tcPr>
          <w:p>
            <w:r>
              <w:t>73.6383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伍珂沁</w:t>
            </w:r>
          </w:p>
        </w:tc>
        <w:tc>
          <w:tcPr>
            <w:tcW w:type="dxa" w:w="1728"/>
          </w:tcPr>
          <w:p>
            <w:r>
              <w:t>投资学</w:t>
            </w:r>
          </w:p>
        </w:tc>
        <w:tc>
          <w:tcPr>
            <w:tcW w:type="dxa" w:w="1728"/>
          </w:tcPr>
          <w:p>
            <w:r>
              <w:t>3.92</w:t>
            </w:r>
          </w:p>
        </w:tc>
        <w:tc>
          <w:tcPr>
            <w:tcW w:type="dxa" w:w="1728"/>
          </w:tcPr>
          <w:p>
            <w:r>
              <w:t>70.7719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董羽</w:t>
            </w:r>
          </w:p>
        </w:tc>
        <w:tc>
          <w:tcPr>
            <w:tcW w:type="dxa" w:w="1728"/>
          </w:tcPr>
          <w:p>
            <w:r>
              <w:t>投资学</w:t>
            </w:r>
          </w:p>
        </w:tc>
        <w:tc>
          <w:tcPr>
            <w:tcW w:type="dxa" w:w="1728"/>
          </w:tcPr>
          <w:p>
            <w:r>
              <w:t>3.75</w:t>
            </w:r>
          </w:p>
        </w:tc>
        <w:tc>
          <w:tcPr>
            <w:tcW w:type="dxa" w:w="1728"/>
          </w:tcPr>
          <w:p>
            <w:r>
              <w:t>70.5895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施宇航</w:t>
            </w:r>
          </w:p>
        </w:tc>
        <w:tc>
          <w:tcPr>
            <w:tcW w:type="dxa" w:w="1728"/>
          </w:tcPr>
          <w:p>
            <w:r>
              <w:t>投资学</w:t>
            </w:r>
          </w:p>
        </w:tc>
        <w:tc>
          <w:tcPr>
            <w:tcW w:type="dxa" w:w="1728"/>
          </w:tcPr>
          <w:p>
            <w:r>
              <w:t>3.72</w:t>
            </w:r>
          </w:p>
        </w:tc>
        <w:tc>
          <w:tcPr>
            <w:tcW w:type="dxa" w:w="1728"/>
          </w:tcPr>
          <w:p>
            <w:r>
              <w:t>68.2680</w:t>
            </w:r>
          </w:p>
        </w:tc>
      </w:tr>
    </w:tbl>
    <w:p>
      <w:r>
        <w:t>如有疑义，请于9月19日下午5点前反馈，逾期不再受理。</w:t>
      </w:r>
    </w:p>
    <w:p>
      <w:r>
        <w:t>联系人：陆老师联系电话：025-84396882。</w:t>
      </w:r>
    </w:p>
    <w:p>
      <w:r>
        <w:t>金融学院</w:t>
      </w:r>
    </w:p>
    <w:p>
      <w:r>
        <w:t>2021年9月17日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