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金融学院推荐优秀应届本科毕业生免试攻读研究生工作实施方案</w:t>
      </w:r>
    </w:p>
    <w:p>
      <w:r>
        <w:t>为做好2027年推荐优秀应届本科毕业生免试攻读研究生工作，进一步完善拔尖创新人才发现及培养机制，根据《关于开展2027年推荐优秀应届本科毕业生免试攻读研究生学院工作方案修订工作的通知》及相关会议精神，现将金融学院本科生推荐免试研究生工作方案公布如下：</w:t>
      </w:r>
    </w:p>
    <w:p>
      <w:r>
        <w:t>一、推荐基本条件</w:t>
      </w:r>
    </w:p>
    <w:p>
      <w:r>
        <w:t>1.拥护中国共产党的领导，愿为中国式现代化建设服务，政治立场坚定，思想品德良好，遵纪守法，诚实守信，勤奋好学，具有较强的学习、研究和独立工作能力，各学年综合测评优良。</w:t>
      </w:r>
    </w:p>
    <w:p>
      <w:r>
        <w:t>2.学习成绩GPA不低于3.4，必修课不及格记录不超过一门，且参加推免时经补考或一次重修（仅限该课程无补考仅可重修）已通过课程考核。</w:t>
      </w:r>
    </w:p>
    <w:p>
      <w:r>
        <w:t>3.英语CET-4级460分及以上，或CET-6级426分及以上，或托福80分及以上，或GRE310分及以上，或雅思（A类）6分及以上。</w:t>
      </w:r>
    </w:p>
    <w:p>
      <w:r>
        <w:t>4.必须在学术研究类选修课程组内修满全部学分。课程名称：研究方法与论文写作、中级微观经济学、大学生创新训练计划（SRT）、中级宏观经济学。</w:t>
      </w:r>
    </w:p>
    <w:p>
      <w:r>
        <w:t>5.达到大学生体育锻炼标准，身体健康。</w:t>
      </w:r>
    </w:p>
    <w:p>
      <w:r>
        <w:t>6.未有任何尚在期限内的处分，无任何考试违规违纪和学术不端记录。</w:t>
      </w:r>
    </w:p>
    <w:p>
      <w:r>
        <w:t>二、推荐办法</w:t>
      </w:r>
    </w:p>
    <w:p>
      <w:r>
        <w:t>推免名额不区分学术学位和专业学位，所有推免生均享有依据招生政策自主选择报考招生单位和专业的权利，所有推荐名额（除有特殊政策要求的专项计划外）均可向其他招生单位推荐。</w:t>
      </w:r>
    </w:p>
    <w:p>
      <w:r>
        <w:t>学院按照提交申请学生的综合成绩进行排名，综合成绩包括学习成绩（在校GPA折算分，以课程首次成绩计算）和其它综合素质得分两部分。学习成绩在校GPA绩点以推荐免试工作进行时教务处数据库中的数据为准。</w:t>
      </w:r>
    </w:p>
    <w:p>
      <w:r>
        <w:t>综合成绩=学习成绩(在校GPA折算分)*70%+其它综合素质折算分*30%</w:t>
      </w:r>
    </w:p>
    <w:p>
      <w:r>
        <w:t>成绩按照如下公式进行折算</w:t>
      </w:r>
    </w:p>
    <w:p>
      <w:r>
        <w:t>GPA折算分=(在校GPA/Z)*100，其中“Z”以各专业本届实际在校GPA最高值计</w:t>
      </w:r>
    </w:p>
    <w:p>
      <w:r>
        <w:t>其他综合素质折算分=（X1/50+X2/75）*100，其中X1以权威课外科技竞赛附加分计，X2以权威课外科技竞赛外的总附加分计</w:t>
      </w:r>
    </w:p>
    <w:p>
      <w:r>
        <w:t>如有综合成绩相同的情况，按学习成绩排序。</w:t>
      </w:r>
    </w:p>
    <w:p>
      <w:r>
        <w:t>三、其他推免计划</w:t>
      </w:r>
    </w:p>
    <w:p>
      <w:r>
        <w:t>1.“研究生支教团”等专项推免计划，由相关单位按照工作要求组织遴选。在推免计划遴选公示期间，学生可放弃计划资格；公示期结束后，学生若放弃，不再给予其他途径的推免资格。</w:t>
      </w:r>
    </w:p>
    <w:p>
      <w:r>
        <w:t>2.对于获得中国国际大学生创新大赛，“挑战杯”全国大学生课外学术科技作品竞赛、中国大学生创业计划竞赛主体赛国家级金、银奖（或对应等级）的学生（金奖团队排名前二位、银奖团队排名第一位），或“挑战杯”全国大学生课外学术科技作品竞赛、中国大学生创业计划竞赛专项赛国家级金奖（或对应等级）的学生（金奖团队排名第一位），或获得全国大学生职业规划大赛金奖的学生，在满足学校推免条件的基础上，可获得推免资格，不占用学院名额。</w:t>
      </w:r>
    </w:p>
    <w:p>
      <w:r>
        <w:t>3．对于在学科专业相关领域取得突出成绩的学生,在满足推荐基本条件第1、第5、第6的情况下，需由学生本人提交申请、科研成果证明材料及三位专业相关教授（与学生本人无亲属关系）联名推荐材料，并通过学院学术委员会审核答辩、学校推免工作领导小组资格审核、学校专家组审核答辩，经公示无异议后方可获得推免资格，不占用学院名额。</w:t>
      </w:r>
    </w:p>
    <w:p>
      <w:r>
        <w:t>四、综合素质与能力加分内容认定细则</w:t>
      </w:r>
    </w:p>
    <w:p>
      <w:r>
        <w:t>见附件1（未列入附件1的奖项由金融学院推荐免试研究生工作领导小组参照考核评价方案评定）</w:t>
      </w:r>
    </w:p>
    <w:p>
      <w:r>
        <w:t>金融学院</w:t>
      </w:r>
    </w:p>
    <w:p>
      <w:r>
        <w:t>2025年1月4日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