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草业学院关于2021年推荐免试硕士研究生（含“直博生”）面试工作的通知</w:t>
      </w:r>
    </w:p>
    <w:p>
      <w:r>
        <w:t>为做好草业学院2021年接收优秀应届本科毕业生免试研究生（以下简称推免生）工作，依照南京农业大学有关文件精神，经草业学院研究，现将有关事项通知如下：</w:t>
      </w:r>
    </w:p>
    <w:p>
      <w:r>
        <w:t>一、接收推免生基本条件</w:t>
      </w:r>
    </w:p>
    <w:p>
      <w:r>
        <w:t>第一条品德良好，遵纪守法，诚实守信，学风端正。</w:t>
      </w:r>
    </w:p>
    <w:p>
      <w:r>
        <w:t>第二条勤奋学习，刻苦钻研，学术兴趣浓厚，有较强的创新意识和创新能力。</w:t>
      </w:r>
    </w:p>
    <w:p>
      <w:r>
        <w:t>第三条取得本科就读学校推荐免试资格。</w:t>
      </w:r>
    </w:p>
    <w:p>
      <w:r>
        <w:t>第四条身体健康状况符合国家和我校规定的体检要求。</w:t>
      </w:r>
    </w:p>
    <w:p>
      <w:r>
        <w:t>第五条未有任何尚在期限内的处分。</w:t>
      </w:r>
    </w:p>
    <w:p>
      <w:r>
        <w:t>二、接收推免生程序</w:t>
      </w:r>
    </w:p>
    <w:p>
      <w:r>
        <w:t>1、即日起至10月9日12:00期间，凡符合上述申请条件且有意愿报考我校的优秀应届本科毕业生，请登录“南京农业大学接收推荐免试研究生网上申请系统”，务必如实填写各项信息并提交。</w:t>
      </w:r>
    </w:p>
    <w:p>
      <w:r>
        <w:t>2、申请者须在报名时上传以下材料扫描件，请将所有材料扫描按编号顺序合并为1个PDF文件后上传（注意：无需提前寄送）：</w:t>
      </w:r>
    </w:p>
    <w:p>
      <w:r>
        <w:t>（1）本人有效身份证件正、反面；</w:t>
      </w:r>
    </w:p>
    <w:p>
      <w:r>
        <w:t>（2）《教育部学籍在线验证报告》（PDF版，请前往学信网认证）；</w:t>
      </w:r>
    </w:p>
    <w:p>
      <w:r>
        <w:t>（3）大学本科阶段成绩单（须加盖学校教务处公章）；</w:t>
      </w:r>
    </w:p>
    <w:p>
      <w:r>
        <w:t>（4）政治思想情况表（须加盖学院党委公章，前期未上传的考生无需重新报名和上传附件，请将本表填写、盖章后扫描为PDF文件后以“报考专业+姓名”命名发送至yh@njau.edu.cn）。</w:t>
      </w:r>
    </w:p>
    <w:p>
      <w:r>
        <w:t>3、通过我院选拔并取得所在学校推免资格的申请人，请于2020年10月12日登录教育部“全国推荐优秀应届本科毕业生免试攻读研究生信息公开暨管理服务系统”（网址：http://yz.chsi.com.cn，以下简称“教育部推免系统”）按照拟选拔的专业和研究方向填报相关志愿，未按前期拟选拔专业和研究方向填报志愿者视作自动放弃。</w:t>
      </w:r>
    </w:p>
    <w:p>
      <w:r>
        <w:t>四、线上面试安排</w:t>
      </w:r>
    </w:p>
    <w:p>
      <w:r>
        <w:t>第一批面试时间：2020年9月28日下午14:00</w:t>
      </w:r>
    </w:p>
    <w:p>
      <w:r>
        <w:t>第一批面试对象：9月27号17:00前报名的推免生</w:t>
      </w:r>
    </w:p>
    <w:p>
      <w:r>
        <w:t>第二批面试时间：2020年10月10日上午9:00</w:t>
      </w:r>
    </w:p>
    <w:p>
      <w:r>
        <w:t>第二批面试对象：9月27号17:00至系统关闭报名的推免生</w:t>
      </w:r>
    </w:p>
    <w:p>
      <w:r>
        <w:t>五、其他事项</w:t>
      </w:r>
    </w:p>
    <w:p>
      <w:r>
        <w:t>未尽事宜依照校研究生院发布的文件执行。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