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草业学院2027年接收推荐免试研究生复试结果公示</w:t>
      </w:r>
    </w:p>
    <w:p>
      <w:r>
        <w:t>各位考生：</w:t>
      </w:r>
    </w:p>
    <w:p>
      <w:r>
        <w:t>现将我院2027年接收推荐免试研究生复试通过名单公示如下：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专业</w:t>
            </w:r>
          </w:p>
        </w:tc>
        <w:tc>
          <w:tcPr>
            <w:tcW w:type="dxa" w:w="2160"/>
          </w:tcPr>
          <w:p>
            <w:r>
              <w:t>备注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孙天一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叶子心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高悦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王以涵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张慧慧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刘纯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杨俊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刘翔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刘欣然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王梓烨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>
              <w:t>直博生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何远娜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李思怡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夏誉函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王昊田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黄玫</w:t>
            </w:r>
          </w:p>
        </w:tc>
        <w:tc>
          <w:tcPr>
            <w:tcW w:type="dxa" w:w="2160"/>
          </w:tcPr>
          <w:p>
            <w:r>
              <w:t>草学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马景然</w:t>
            </w:r>
          </w:p>
        </w:tc>
        <w:tc>
          <w:tcPr>
            <w:tcW w:type="dxa" w:w="2160"/>
          </w:tcPr>
          <w:p>
            <w:r>
              <w:t>农艺与种业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赵丹丹</w:t>
            </w:r>
          </w:p>
        </w:tc>
        <w:tc>
          <w:tcPr>
            <w:tcW w:type="dxa" w:w="2160"/>
          </w:tcPr>
          <w:p>
            <w:r>
              <w:t>农艺与种业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邓玲</w:t>
            </w:r>
          </w:p>
        </w:tc>
        <w:tc>
          <w:tcPr>
            <w:tcW w:type="dxa" w:w="2160"/>
          </w:tcPr>
          <w:p>
            <w:r>
              <w:t>农艺与种业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郝建昊</w:t>
            </w:r>
          </w:p>
        </w:tc>
        <w:tc>
          <w:tcPr>
            <w:tcW w:type="dxa" w:w="2160"/>
          </w:tcPr>
          <w:p>
            <w:r>
              <w:t>农艺与种业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霍桂芳</w:t>
            </w:r>
          </w:p>
        </w:tc>
        <w:tc>
          <w:tcPr>
            <w:tcW w:type="dxa" w:w="2160"/>
          </w:tcPr>
          <w:p>
            <w:r>
              <w:t>农艺与种业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徐从荣</w:t>
            </w:r>
          </w:p>
        </w:tc>
        <w:tc>
          <w:tcPr>
            <w:tcW w:type="dxa" w:w="2160"/>
          </w:tcPr>
          <w:p>
            <w:r>
              <w:t>农艺与种业</w:t>
            </w:r>
          </w:p>
        </w:tc>
        <w:tc>
          <w:tcPr>
            <w:tcW w:type="dxa" w:w="2160"/>
          </w:tcPr>
          <w:p>
            <w:r/>
          </w:p>
        </w:tc>
      </w:tr>
    </w:tbl>
    <w:p>
      <w:r>
        <w:t>公示期为3个工作日。考生若对公示内容有异议，请在公示期内与我院研究生秘书姚老师联系，联系电话：84395017。</w:t>
      </w:r>
    </w:p>
    <w:p>
      <w:r>
        <w:t>草业学院</w:t>
      </w:r>
    </w:p>
    <w:p>
      <w:r>
        <w:t>2026年9月21日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