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草业学院2027年免试攻读研究生拟推荐名单公示</w:t>
      </w:r>
    </w:p>
    <w:p>
      <w:r>
        <w:t>根据《南京农业大学关于做好2027年推荐优秀应届本科毕业生免试攻读研究生工作的通知》和《草业学院2027年推荐优秀应届本科毕业生免试攻读研究生工作办法》相关通知和要求，经个人申请、综合考核、学院推免工作领导小组审议，现将学院拟推荐名单公示如下：</w:t>
      </w:r>
    </w:p>
    <w:p>
      <w:r>
        <w:t>草业科学专业：王英、徐倩云、楼俊豪、魏悦、刘宇轩、张心果、霍桂芳、吴成浩</w:t>
      </w:r>
    </w:p>
    <w:p>
      <w:r>
        <w:t>草坪科学与工程专业：舒婷、牛翊凯、王炜杰、方雨陈、高悦、夏誉函、欧阳睿婷</w:t>
      </w:r>
    </w:p>
    <w:p>
      <w:r>
        <w:t>国家生命学院直博生专项：王梓烨</w:t>
      </w:r>
    </w:p>
    <w:p>
      <w:r>
        <w:t>草业学院</w:t>
      </w:r>
    </w:p>
    <w:p>
      <w:r>
        <w:t>2026年9月7日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