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草业学院2024年免试推荐读研拟推荐名单公示</w:t>
      </w:r>
    </w:p>
    <w:p>
      <w:r>
        <w:t>根据《南京农业大学关于做好2024年推荐优秀应届本科毕业生免试攻读研究生推荐工作的通知》和《草业学院2024年推荐免试攻读研究生工作实施办法》相关通知和要求，学院推荐免试研究生工作领导小组严格执行公正、公开、公平的原则，依照申请学生的学习成绩、综合素质得分进行综合成绩排名，现将草业学院2024年免试推荐读研拟推荐名单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序号</w:t>
            </w:r>
          </w:p>
        </w:tc>
        <w:tc>
          <w:tcPr>
            <w:tcW w:type="dxa" w:w="960"/>
          </w:tcPr>
          <w:p>
            <w:r>
              <w:t>姓名</w:t>
            </w:r>
          </w:p>
        </w:tc>
        <w:tc>
          <w:tcPr>
            <w:tcW w:type="dxa" w:w="960"/>
          </w:tcPr>
          <w:p>
            <w:r>
              <w:t>学号</w:t>
            </w:r>
          </w:p>
        </w:tc>
        <w:tc>
          <w:tcPr>
            <w:tcW w:type="dxa" w:w="960"/>
          </w:tcPr>
          <w:p>
            <w:r>
              <w:t>专业班级</w:t>
            </w:r>
          </w:p>
        </w:tc>
        <w:tc>
          <w:tcPr>
            <w:tcW w:type="dxa" w:w="960"/>
          </w:tcPr>
          <w:p>
            <w:r>
              <w:t>GPA成绩</w:t>
            </w:r>
          </w:p>
        </w:tc>
        <w:tc>
          <w:tcPr>
            <w:tcW w:type="dxa" w:w="960"/>
          </w:tcPr>
          <w:p>
            <w:r>
              <w:t>综合测评等级</w:t>
            </w:r>
          </w:p>
        </w:tc>
        <w:tc>
          <w:tcPr>
            <w:tcW w:type="dxa" w:w="960"/>
          </w:tcPr>
          <w:p>
            <w:r>
              <w:t>加分项目及分数</w:t>
            </w:r>
          </w:p>
        </w:tc>
        <w:tc>
          <w:tcPr>
            <w:tcW w:type="dxa" w:w="960"/>
          </w:tcPr>
          <w:p>
            <w:r>
              <w:t>学术专长</w:t>
            </w:r>
          </w:p>
        </w:tc>
        <w:tc>
          <w:tcPr>
            <w:tcW w:type="dxa" w:w="960"/>
          </w:tcPr>
          <w:p>
            <w:r>
              <w:t>综合排名</w:t>
            </w:r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何燕</w:t>
            </w:r>
          </w:p>
        </w:tc>
        <w:tc>
          <w:tcPr>
            <w:tcW w:type="dxa" w:w="960"/>
          </w:tcPr>
          <w:p>
            <w:r>
              <w:t>9201410914</w:t>
            </w:r>
          </w:p>
        </w:tc>
        <w:tc>
          <w:tcPr>
            <w:tcW w:type="dxa" w:w="960"/>
          </w:tcPr>
          <w:p>
            <w:r>
              <w:t>草业202</w:t>
            </w:r>
          </w:p>
        </w:tc>
        <w:tc>
          <w:tcPr>
            <w:tcW w:type="dxa" w:w="960"/>
          </w:tcPr>
          <w:p>
            <w:r>
              <w:t>3.89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学术成果：25分；学科竞赛：15分；学术能力：31.8分；志愿服务：5分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1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宋文佩</w:t>
            </w:r>
          </w:p>
        </w:tc>
        <w:tc>
          <w:tcPr>
            <w:tcW w:type="dxa" w:w="960"/>
          </w:tcPr>
          <w:p>
            <w:r>
              <w:t>9201410814</w:t>
            </w:r>
          </w:p>
        </w:tc>
        <w:tc>
          <w:tcPr>
            <w:tcW w:type="dxa" w:w="960"/>
          </w:tcPr>
          <w:p>
            <w:r>
              <w:t>草业201</w:t>
            </w:r>
          </w:p>
        </w:tc>
        <w:tc>
          <w:tcPr>
            <w:tcW w:type="dxa" w:w="960"/>
          </w:tcPr>
          <w:p>
            <w:r>
              <w:t>3.57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学科竞赛：10分；学术能力：30.6分；志愿服务：5分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2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康乐乐</w:t>
            </w:r>
          </w:p>
        </w:tc>
        <w:tc>
          <w:tcPr>
            <w:tcW w:type="dxa" w:w="960"/>
          </w:tcPr>
          <w:p>
            <w:r>
              <w:t>9201410225</w:t>
            </w:r>
          </w:p>
        </w:tc>
        <w:tc>
          <w:tcPr>
            <w:tcW w:type="dxa" w:w="960"/>
          </w:tcPr>
          <w:p>
            <w:r>
              <w:t>草业201</w:t>
            </w:r>
          </w:p>
        </w:tc>
        <w:tc>
          <w:tcPr>
            <w:tcW w:type="dxa" w:w="960"/>
          </w:tcPr>
          <w:p>
            <w:r>
              <w:t>3.52</w:t>
            </w:r>
          </w:p>
        </w:tc>
        <w:tc>
          <w:tcPr>
            <w:tcW w:type="dxa" w:w="960"/>
          </w:tcPr>
          <w:p>
            <w:r>
              <w:t>BA</w:t>
            </w:r>
          </w:p>
        </w:tc>
        <w:tc>
          <w:tcPr>
            <w:tcW w:type="dxa" w:w="960"/>
          </w:tcPr>
          <w:p>
            <w:r>
              <w:t>学科竞赛：10分；学术能力：31.4分；志愿服务：3分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3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丁一楠</w:t>
            </w:r>
          </w:p>
        </w:tc>
        <w:tc>
          <w:tcPr>
            <w:tcW w:type="dxa" w:w="960"/>
          </w:tcPr>
          <w:p>
            <w:r>
              <w:t>9201410901</w:t>
            </w:r>
          </w:p>
        </w:tc>
        <w:tc>
          <w:tcPr>
            <w:tcW w:type="dxa" w:w="960"/>
          </w:tcPr>
          <w:p>
            <w:r>
              <w:t>草业202</w:t>
            </w:r>
          </w:p>
        </w:tc>
        <w:tc>
          <w:tcPr>
            <w:tcW w:type="dxa" w:w="960"/>
          </w:tcPr>
          <w:p>
            <w:r>
              <w:t>3.5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学术能力：31.6分；志愿服务：3分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4</w:t>
            </w:r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钱敏</w:t>
            </w:r>
          </w:p>
        </w:tc>
        <w:tc>
          <w:tcPr>
            <w:tcW w:type="dxa" w:w="960"/>
          </w:tcPr>
          <w:p>
            <w:r>
              <w:t>9201410823</w:t>
            </w:r>
          </w:p>
        </w:tc>
        <w:tc>
          <w:tcPr>
            <w:tcW w:type="dxa" w:w="960"/>
          </w:tcPr>
          <w:p>
            <w:r>
              <w:t>草业201</w:t>
            </w:r>
          </w:p>
        </w:tc>
        <w:tc>
          <w:tcPr>
            <w:tcW w:type="dxa" w:w="960"/>
          </w:tcPr>
          <w:p>
            <w:r>
              <w:t>3.25</w:t>
            </w:r>
          </w:p>
        </w:tc>
        <w:tc>
          <w:tcPr>
            <w:tcW w:type="dxa" w:w="960"/>
          </w:tcPr>
          <w:p>
            <w:r>
              <w:t>BA</w:t>
            </w:r>
          </w:p>
        </w:tc>
        <w:tc>
          <w:tcPr>
            <w:tcW w:type="dxa" w:w="960"/>
          </w:tcPr>
          <w:p>
            <w:r>
              <w:t>学术能力：30.2分；志愿服务：2分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5</w:t>
            </w:r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钱马起钰</w:t>
            </w:r>
          </w:p>
        </w:tc>
        <w:tc>
          <w:tcPr>
            <w:tcW w:type="dxa" w:w="960"/>
          </w:tcPr>
          <w:p>
            <w:r>
              <w:t>9201410328</w:t>
            </w:r>
          </w:p>
        </w:tc>
        <w:tc>
          <w:tcPr>
            <w:tcW w:type="dxa" w:w="960"/>
          </w:tcPr>
          <w:p>
            <w:r>
              <w:t>草业202</w:t>
            </w:r>
          </w:p>
        </w:tc>
        <w:tc>
          <w:tcPr>
            <w:tcW w:type="dxa" w:w="960"/>
          </w:tcPr>
          <w:p>
            <w:r>
              <w:t>3.22</w:t>
            </w:r>
          </w:p>
        </w:tc>
        <w:tc>
          <w:tcPr>
            <w:tcW w:type="dxa" w:w="960"/>
          </w:tcPr>
          <w:p>
            <w:r>
              <w:t>BA</w:t>
            </w:r>
          </w:p>
        </w:tc>
        <w:tc>
          <w:tcPr>
            <w:tcW w:type="dxa" w:w="960"/>
          </w:tcPr>
          <w:p>
            <w:r>
              <w:t>学术能力：26分；志愿服务：5分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6</w:t>
            </w:r>
          </w:p>
        </w:tc>
      </w:tr>
      <w:tr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谢思琦</w:t>
            </w:r>
          </w:p>
        </w:tc>
        <w:tc>
          <w:tcPr>
            <w:tcW w:type="dxa" w:w="960"/>
          </w:tcPr>
          <w:p>
            <w:r>
              <w:t>9201410828</w:t>
            </w:r>
          </w:p>
        </w:tc>
        <w:tc>
          <w:tcPr>
            <w:tcW w:type="dxa" w:w="960"/>
          </w:tcPr>
          <w:p>
            <w:r>
              <w:t>草业201</w:t>
            </w:r>
          </w:p>
        </w:tc>
        <w:tc>
          <w:tcPr>
            <w:tcW w:type="dxa" w:w="960"/>
          </w:tcPr>
          <w:p>
            <w:r>
              <w:t>3.13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学术能力：29.4；志愿服务：3分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7</w:t>
            </w:r>
          </w:p>
        </w:tc>
      </w:tr>
    </w:tbl>
    <w:p>
      <w:r>
        <w:t>公示期三天，自2023年9月25日至2023年9月29日止。如对评选结果有异议，请于公示期内向推荐免试攻读研究生工作领导小组反映。联系电话：84395017（姚老师）；邮箱：yh@njau.edu.cn。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