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【公示】草业学院2026年推荐免试攻读研究生综合素质得分公示</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草业学院2026年推荐免试攻读研究生综合素质得分汇总表</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r>
        <w:tc>
          <w:tcPr>
            <w:tcW w:type="dxa" w:w="1080"/>
          </w:tcPr>
          <w:p>
            <w:r>
              <w:t>姓名</w:t>
            </w:r>
          </w:p>
        </w:tc>
        <w:tc>
          <w:tcPr>
            <w:tcW w:type="dxa" w:w="1080"/>
          </w:tcPr>
          <w:p>
            <w:r>
              <w:t>模块名称</w:t>
            </w:r>
          </w:p>
        </w:tc>
        <w:tc>
          <w:tcPr>
            <w:tcW w:type="dxa" w:w="1080"/>
          </w:tcPr>
          <w:p>
            <w:r>
              <w:t>项目名称</w:t>
            </w:r>
          </w:p>
        </w:tc>
        <w:tc>
          <w:tcPr>
            <w:tcW w:type="dxa" w:w="1080"/>
          </w:tcPr>
          <w:p>
            <w:r>
              <w:t>申请内容</w:t>
            </w:r>
          </w:p>
        </w:tc>
        <w:tc>
          <w:tcPr>
            <w:tcW w:type="dxa" w:w="1080"/>
          </w:tcPr>
          <w:p>
            <w:r>
              <w:t>获奖时间</w:t>
            </w:r>
          </w:p>
        </w:tc>
        <w:tc>
          <w:tcPr>
            <w:tcW w:type="dxa" w:w="1080"/>
          </w:tcPr>
          <w:p>
            <w:r>
              <w:t>分值</w:t>
            </w:r>
          </w:p>
        </w:tc>
        <w:tc>
          <w:tcPr>
            <w:tcW w:type="dxa" w:w="1080"/>
          </w:tcPr>
          <w:p>
            <w:r>
              <w:t>备注</w:t>
            </w:r>
          </w:p>
        </w:tc>
        <w:tc>
          <w:tcPr>
            <w:tcW w:type="dxa" w:w="1080"/>
          </w:tcPr>
          <w:p>
            <w:r>
              <w:t>总分</w:t>
            </w:r>
          </w:p>
        </w:tc>
      </w:tr>
      <w:tr>
        <w:tc>
          <w:tcPr>
            <w:tcW w:type="dxa" w:w="1080"/>
          </w:tcPr>
          <w:p>
            <w:r>
              <w:t>15522102王佳艺</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56.67</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t>1、第二届全国大学生草学类本科专业技能大赛-创新创业项目竞赛二等奖2、第二届全国大学生草学类本科专业技能大赛-综合知识竞赛二等奖3、第二届全国大学生草学类本科专业技能大赛团队三等奖</w:t>
            </w:r>
          </w:p>
        </w:tc>
        <w:tc>
          <w:tcPr>
            <w:tcW w:type="dxa" w:w="1080"/>
          </w:tcPr>
          <w:p>
            <w:r>
              <w:t>2024年9月</w:t>
            </w:r>
          </w:p>
        </w:tc>
        <w:tc>
          <w:tcPr>
            <w:tcW w:type="dxa" w:w="1080"/>
          </w:tcPr>
          <w:p>
            <w:r>
              <w:t>15</w:t>
            </w:r>
          </w:p>
        </w:tc>
        <w:tc>
          <w:tcPr>
            <w:tcW w:type="dxa" w:w="1080"/>
          </w:tcPr>
          <w:p>
            <w:r>
              <w:t>省级二等奖15，省级三等奖10，同类型比赛取奖项最高分</w:t>
            </w:r>
          </w:p>
        </w:tc>
        <w:tc>
          <w:tcPr>
            <w:tcW w:type="dxa" w:w="1080"/>
          </w:tcPr>
          <w:p/>
        </w:tc>
        <w:tc>
          <w:tcPr>
            <w:tcW w:type="dxa" w:w="1080"/>
          </w:tcPr>
          <w:p/>
        </w:tc>
        <w:tc>
          <w:tcPr>
            <w:tcW w:type="dxa" w:w="1080"/>
          </w:tcPr>
          <w:p/>
        </w:tc>
      </w:tr>
      <w:tr>
        <w:tc>
          <w:tcPr>
            <w:tcW w:type="dxa" w:w="1080"/>
          </w:tcPr>
          <w:p>
            <w:r>
              <w:t>校市级</w:t>
            </w:r>
          </w:p>
        </w:tc>
        <w:tc>
          <w:tcPr>
            <w:tcW w:type="dxa" w:w="1080"/>
          </w:tcPr>
          <w:p>
            <w:r>
              <w:t>1、南京农业大学“第二届植物生产类本科专业基本技能大赛”二等奖2、2025句容市“福地青年英才”创业大赛三等奖3、“挑战杯”创业计划大赛创意专项赛铜奖</w:t>
            </w:r>
          </w:p>
        </w:tc>
        <w:tc>
          <w:tcPr>
            <w:tcW w:type="dxa" w:w="1080"/>
          </w:tcPr>
          <w:p>
            <w:r>
              <w:t>1、2025年4月2、2025年7月3、2023年10月</w:t>
            </w:r>
          </w:p>
        </w:tc>
        <w:tc>
          <w:tcPr>
            <w:tcW w:type="dxa" w:w="1080"/>
          </w:tcPr>
          <w:p>
            <w:r>
              <w:t>5</w:t>
            </w:r>
          </w:p>
        </w:tc>
        <w:tc>
          <w:tcPr>
            <w:tcW w:type="dxa" w:w="1080"/>
          </w:tcPr>
          <w:p>
            <w:r>
              <w:t>1、校市级二等奖5 2、校市级三等奖不加分3、校市级铜奖不加分</w:t>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紫花苜蓿bHLH3转录因子调控耐寒性的机制研究</w:t>
            </w:r>
          </w:p>
        </w:tc>
        <w:tc>
          <w:tcPr>
            <w:tcW w:type="dxa" w:w="1080"/>
          </w:tcPr>
          <w:p>
            <w:r>
              <w:t>2025年6月</w:t>
            </w:r>
          </w:p>
        </w:tc>
        <w:tc>
          <w:tcPr>
            <w:tcW w:type="dxa" w:w="1080"/>
          </w:tcPr>
          <w:p>
            <w:r>
              <w:t>32.67</w:t>
            </w:r>
          </w:p>
        </w:tc>
        <w:tc>
          <w:tcPr>
            <w:tcW w:type="dxa" w:w="1080"/>
          </w:tcPr>
          <w:p>
            <w:r/>
          </w:p>
        </w:tc>
        <w:tc>
          <w:tcPr>
            <w:tcW w:type="dxa" w:w="1080"/>
          </w:tcPr>
          <w:p/>
        </w:tc>
        <w:tc>
          <w:tcPr>
            <w:tcW w:type="dxa" w:w="1080"/>
          </w:tcPr>
          <w:p/>
        </w:tc>
      </w:tr>
      <w:tr>
        <w:tc>
          <w:tcPr>
            <w:tcW w:type="dxa" w:w="1080"/>
          </w:tcPr>
          <w:p>
            <w:r>
              <w:t>志愿服务（5分）</w:t>
            </w:r>
          </w:p>
        </w:tc>
        <w:tc>
          <w:tcPr>
            <w:tcW w:type="dxa" w:w="1080"/>
          </w:tcPr>
          <w:p>
            <w:r>
              <w:t>任职情况</w:t>
            </w:r>
          </w:p>
        </w:tc>
        <w:tc>
          <w:tcPr>
            <w:tcW w:type="dxa" w:w="1080"/>
          </w:tcPr>
          <w:p>
            <w:r>
              <w:t>1、草业221班级团支书2、南京农业大学草业学院团委副书记</w:t>
            </w:r>
          </w:p>
        </w:tc>
        <w:tc>
          <w:tcPr>
            <w:tcW w:type="dxa" w:w="1080"/>
          </w:tcPr>
          <w:p>
            <w:r>
              <w:t>1、2022年9月-2024年9月2、2024年6月-2025年6月</w:t>
            </w:r>
          </w:p>
        </w:tc>
        <w:tc>
          <w:tcPr>
            <w:tcW w:type="dxa" w:w="1080"/>
          </w:tcPr>
          <w:p>
            <w:r>
              <w:t>4</w:t>
            </w:r>
          </w:p>
        </w:tc>
        <w:tc>
          <w:tcPr>
            <w:tcW w:type="dxa" w:w="1080"/>
          </w:tcPr>
          <w:p>
            <w:r>
              <w:t>1、班级主要负责人2 2、院级团委副书记等同于校级主要负责人4</w:t>
            </w:r>
          </w:p>
        </w:tc>
        <w:tc>
          <w:tcPr>
            <w:tcW w:type="dxa" w:w="1080"/>
          </w:tcPr>
          <w:p/>
        </w:tc>
        <w:tc>
          <w:tcPr>
            <w:tcW w:type="dxa" w:w="1080"/>
          </w:tcPr>
          <w:p/>
        </w:tc>
      </w:tr>
      <w:tr>
        <w:tc>
          <w:tcPr>
            <w:tcW w:type="dxa" w:w="1080"/>
          </w:tcPr>
          <w:p>
            <w:r>
              <w:t>15522106邓棋芳</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39.33</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t>1、南京农业大学“振兴杯”创新创业大赛三等奖2、南京农业大学“第二届植物生产类本科专业基本技能大赛”二等奖</w:t>
            </w:r>
          </w:p>
        </w:tc>
        <w:tc>
          <w:tcPr>
            <w:tcW w:type="dxa" w:w="1080"/>
          </w:tcPr>
          <w:p>
            <w:r>
              <w:t>1、2024年8月2、2025年4月</w:t>
            </w:r>
          </w:p>
        </w:tc>
        <w:tc>
          <w:tcPr>
            <w:tcW w:type="dxa" w:w="1080"/>
          </w:tcPr>
          <w:p>
            <w:r>
              <w:t>5</w:t>
            </w:r>
          </w:p>
        </w:tc>
        <w:tc>
          <w:tcPr>
            <w:tcW w:type="dxa" w:w="1080"/>
          </w:tcPr>
          <w:p>
            <w:r>
              <w:t>1、校市级三等奖不加分2、校市级二等奖5</w:t>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参与院级SRT项目</w:t>
            </w:r>
          </w:p>
        </w:tc>
        <w:tc>
          <w:tcPr>
            <w:tcW w:type="dxa" w:w="1080"/>
          </w:tcPr>
          <w:p>
            <w:r/>
          </w:p>
        </w:tc>
        <w:tc>
          <w:tcPr>
            <w:tcW w:type="dxa" w:w="1080"/>
          </w:tcPr>
          <w:p>
            <w:r>
              <w:t>29.33</w:t>
            </w:r>
          </w:p>
        </w:tc>
        <w:tc>
          <w:tcPr>
            <w:tcW w:type="dxa" w:w="1080"/>
          </w:tcPr>
          <w:p>
            <w:r/>
          </w:p>
        </w:tc>
        <w:tc>
          <w:tcPr>
            <w:tcW w:type="dxa" w:w="1080"/>
          </w:tcPr>
          <w:p/>
        </w:tc>
        <w:tc>
          <w:tcPr>
            <w:tcW w:type="dxa" w:w="1080"/>
          </w:tcPr>
          <w:p/>
        </w:tc>
      </w:tr>
      <w:tr>
        <w:tc>
          <w:tcPr>
            <w:tcW w:type="dxa" w:w="1080"/>
          </w:tcPr>
          <w:p>
            <w:r>
              <w:t>志愿服务（5分）</w:t>
            </w:r>
          </w:p>
        </w:tc>
        <w:tc>
          <w:tcPr>
            <w:tcW w:type="dxa" w:w="1080"/>
          </w:tcPr>
          <w:p>
            <w:r>
              <w:t>志愿服务</w:t>
            </w:r>
          </w:p>
        </w:tc>
        <w:tc>
          <w:tcPr>
            <w:tcW w:type="dxa" w:w="1080"/>
          </w:tcPr>
          <w:p>
            <w:r>
              <w:t>南京农业大学2024年度“优秀志愿者”</w:t>
            </w:r>
          </w:p>
        </w:tc>
        <w:tc>
          <w:tcPr>
            <w:tcW w:type="dxa" w:w="1080"/>
          </w:tcPr>
          <w:p>
            <w:r>
              <w:t>2024年12月</w:t>
            </w:r>
          </w:p>
        </w:tc>
        <w:tc>
          <w:tcPr>
            <w:tcW w:type="dxa" w:w="1080"/>
          </w:tcPr>
          <w:p>
            <w:r>
              <w:t>5</w:t>
            </w:r>
          </w:p>
        </w:tc>
        <w:tc>
          <w:tcPr>
            <w:tcW w:type="dxa" w:w="1080"/>
          </w:tcPr>
          <w:p>
            <w:r>
              <w:t>校级优秀志愿者5</w:t>
            </w:r>
          </w:p>
        </w:tc>
        <w:tc>
          <w:tcPr>
            <w:tcW w:type="dxa" w:w="1080"/>
          </w:tcPr>
          <w:p/>
        </w:tc>
        <w:tc>
          <w:tcPr>
            <w:tcW w:type="dxa" w:w="1080"/>
          </w:tcPr>
          <w:p/>
        </w:tc>
      </w:tr>
      <w:tr>
        <w:tc>
          <w:tcPr>
            <w:tcW w:type="dxa" w:w="1080"/>
          </w:tcPr>
          <w:p>
            <w:r>
              <w:t>15522108占卓雅</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62.00</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t>第二届全国大学生草学类本科专业技能大赛-综合知识竞赛二等奖</w:t>
            </w:r>
          </w:p>
        </w:tc>
        <w:tc>
          <w:tcPr>
            <w:tcW w:type="dxa" w:w="1080"/>
          </w:tcPr>
          <w:p>
            <w:r>
              <w:t>2024年9月</w:t>
            </w:r>
          </w:p>
        </w:tc>
        <w:tc>
          <w:tcPr>
            <w:tcW w:type="dxa" w:w="1080"/>
          </w:tcPr>
          <w:p>
            <w:r>
              <w:t>15</w:t>
            </w:r>
          </w:p>
        </w:tc>
        <w:tc>
          <w:tcPr>
            <w:tcW w:type="dxa" w:w="1080"/>
          </w:tcPr>
          <w:p>
            <w:r>
              <w:t>省级二等奖15</w:t>
            </w:r>
          </w:p>
        </w:tc>
        <w:tc>
          <w:tcPr>
            <w:tcW w:type="dxa" w:w="1080"/>
          </w:tcPr>
          <w:p/>
        </w:tc>
        <w:tc>
          <w:tcPr>
            <w:tcW w:type="dxa" w:w="1080"/>
          </w:tcPr>
          <w:p/>
        </w:tc>
        <w:tc>
          <w:tcPr>
            <w:tcW w:type="dxa" w:w="1080"/>
          </w:tcPr>
          <w:p/>
        </w:tc>
      </w:tr>
      <w:tr>
        <w:tc>
          <w:tcPr>
            <w:tcW w:type="dxa" w:w="1080"/>
          </w:tcPr>
          <w:p>
            <w:r>
              <w:t>校市级</w:t>
            </w:r>
          </w:p>
        </w:tc>
        <w:tc>
          <w:tcPr>
            <w:tcW w:type="dxa" w:w="1080"/>
          </w:tcPr>
          <w:p>
            <w:r>
              <w:t>1、南京农业大学“第二届植物生产类本科专业基本技能大赛”二等奖2、南京农业大学第四届“绿野仙足”足球场规划设计大赛决赛一等奖</w:t>
            </w:r>
          </w:p>
        </w:tc>
        <w:tc>
          <w:tcPr>
            <w:tcW w:type="dxa" w:w="1080"/>
          </w:tcPr>
          <w:p>
            <w:r>
              <w:t>2025年4月2024年6月</w:t>
            </w:r>
          </w:p>
        </w:tc>
        <w:tc>
          <w:tcPr>
            <w:tcW w:type="dxa" w:w="1080"/>
          </w:tcPr>
          <w:p>
            <w:r>
              <w:t>15</w:t>
            </w:r>
          </w:p>
        </w:tc>
        <w:tc>
          <w:tcPr>
            <w:tcW w:type="dxa" w:w="1080"/>
          </w:tcPr>
          <w:p>
            <w:r>
              <w:t>1、校市级二等奖5 2、校市级一等奖10</w:t>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参与2024年校级创新训练项目“酵母提取物对匍匐翦股颖耐热性的影响”</w:t>
            </w:r>
          </w:p>
        </w:tc>
        <w:tc>
          <w:tcPr>
            <w:tcW w:type="dxa" w:w="1080"/>
          </w:tcPr>
          <w:p>
            <w:r/>
          </w:p>
        </w:tc>
        <w:tc>
          <w:tcPr>
            <w:tcW w:type="dxa" w:w="1080"/>
          </w:tcPr>
          <w:p>
            <w:r>
              <w:t>29.00</w:t>
            </w:r>
          </w:p>
        </w:tc>
        <w:tc>
          <w:tcPr>
            <w:tcW w:type="dxa" w:w="1080"/>
          </w:tcPr>
          <w:p>
            <w:r/>
          </w:p>
        </w:tc>
        <w:tc>
          <w:tcPr>
            <w:tcW w:type="dxa" w:w="1080"/>
          </w:tcPr>
          <w:p/>
        </w:tc>
        <w:tc>
          <w:tcPr>
            <w:tcW w:type="dxa" w:w="1080"/>
          </w:tcPr>
          <w:p/>
        </w:tc>
      </w:tr>
      <w:tr>
        <w:tc>
          <w:tcPr>
            <w:tcW w:type="dxa" w:w="1080"/>
          </w:tcPr>
          <w:p>
            <w:r>
              <w:t>志愿服务（5分）</w:t>
            </w:r>
          </w:p>
        </w:tc>
        <w:tc>
          <w:tcPr>
            <w:tcW w:type="dxa" w:w="1080"/>
          </w:tcPr>
          <w:p>
            <w:r>
              <w:t>任职情况</w:t>
            </w:r>
          </w:p>
        </w:tc>
        <w:tc>
          <w:tcPr>
            <w:tcW w:type="dxa" w:w="1080"/>
          </w:tcPr>
          <w:p>
            <w:r>
              <w:t>南京农业大学草业学院学生会办公室部长</w:t>
            </w:r>
          </w:p>
        </w:tc>
        <w:tc>
          <w:tcPr>
            <w:tcW w:type="dxa" w:w="1080"/>
          </w:tcPr>
          <w:p>
            <w:r>
              <w:t>2024年5月-2025年5月</w:t>
            </w:r>
          </w:p>
        </w:tc>
        <w:tc>
          <w:tcPr>
            <w:tcW w:type="dxa" w:w="1080"/>
          </w:tcPr>
          <w:p>
            <w:r>
              <w:t>3</w:t>
            </w:r>
          </w:p>
        </w:tc>
        <w:tc>
          <w:tcPr>
            <w:tcW w:type="dxa" w:w="1080"/>
          </w:tcPr>
          <w:p>
            <w:r>
              <w:t>院级部长3</w:t>
            </w:r>
          </w:p>
        </w:tc>
        <w:tc>
          <w:tcPr>
            <w:tcW w:type="dxa" w:w="1080"/>
          </w:tcPr>
          <w:p/>
        </w:tc>
        <w:tc>
          <w:tcPr>
            <w:tcW w:type="dxa" w:w="1080"/>
          </w:tcPr>
          <w:p/>
        </w:tc>
      </w:tr>
      <w:tr>
        <w:tc>
          <w:tcPr>
            <w:tcW w:type="dxa" w:w="1080"/>
          </w:tcPr>
          <w:p>
            <w:r>
              <w:t>15522111孙怡</w:t>
            </w:r>
          </w:p>
        </w:tc>
        <w:tc>
          <w:tcPr>
            <w:tcW w:type="dxa" w:w="1080"/>
          </w:tcPr>
          <w:p>
            <w:r>
              <w:t>思想品德（合格/不合格）</w:t>
            </w:r>
          </w:p>
        </w:tc>
        <w:tc>
          <w:tcPr>
            <w:tcW w:type="dxa" w:w="1080"/>
          </w:tcPr>
          <w:p>
            <w:r/>
          </w:p>
        </w:tc>
        <w:tc>
          <w:tcPr>
            <w:tcW w:type="dxa" w:w="1080"/>
          </w:tcPr>
          <w:p>
            <w:r>
              <w:t>共青团员</w:t>
            </w:r>
          </w:p>
        </w:tc>
        <w:tc>
          <w:tcPr>
            <w:tcW w:type="dxa" w:w="1080"/>
          </w:tcPr>
          <w:p>
            <w:r/>
          </w:p>
        </w:tc>
        <w:tc>
          <w:tcPr>
            <w:tcW w:type="dxa" w:w="1080"/>
          </w:tcPr>
          <w:p>
            <w:r>
              <w:t>合格</w:t>
            </w:r>
          </w:p>
        </w:tc>
        <w:tc>
          <w:tcPr>
            <w:tcW w:type="dxa" w:w="1080"/>
          </w:tcPr>
          <w:p>
            <w:r/>
          </w:p>
        </w:tc>
        <w:tc>
          <w:tcPr>
            <w:tcW w:type="dxa" w:w="1080"/>
          </w:tcPr>
          <w:p>
            <w:r>
              <w:t>38.67</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t>南京农业大学“第二届植物生产类本科专业基本技能大赛”二等奖</w:t>
            </w:r>
          </w:p>
        </w:tc>
        <w:tc>
          <w:tcPr>
            <w:tcW w:type="dxa" w:w="1080"/>
          </w:tcPr>
          <w:p>
            <w:r>
              <w:t>2025年4月</w:t>
            </w:r>
          </w:p>
        </w:tc>
        <w:tc>
          <w:tcPr>
            <w:tcW w:type="dxa" w:w="1080"/>
          </w:tcPr>
          <w:p>
            <w:r>
              <w:t>5</w:t>
            </w:r>
          </w:p>
        </w:tc>
        <w:tc>
          <w:tcPr>
            <w:tcW w:type="dxa" w:w="1080"/>
          </w:tcPr>
          <w:p>
            <w:r>
              <w:t>校市级二等奖5</w:t>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作为第一项目负责人参与校级大学生创新训练项目《紫花苜蓿bHLH3转录因子调控耐寒性的机制研究》，结题合格</w:t>
            </w:r>
          </w:p>
        </w:tc>
        <w:tc>
          <w:tcPr>
            <w:tcW w:type="dxa" w:w="1080"/>
          </w:tcPr>
          <w:p>
            <w:r>
              <w:t>2025年6月</w:t>
            </w:r>
          </w:p>
        </w:tc>
        <w:tc>
          <w:tcPr>
            <w:tcW w:type="dxa" w:w="1080"/>
          </w:tcPr>
          <w:p>
            <w:r>
              <w:t>31.67</w:t>
            </w:r>
          </w:p>
        </w:tc>
        <w:tc>
          <w:tcPr>
            <w:tcW w:type="dxa" w:w="1080"/>
          </w:tcPr>
          <w:p>
            <w:r/>
          </w:p>
        </w:tc>
        <w:tc>
          <w:tcPr>
            <w:tcW w:type="dxa" w:w="1080"/>
          </w:tcPr>
          <w:p/>
        </w:tc>
        <w:tc>
          <w:tcPr>
            <w:tcW w:type="dxa" w:w="1080"/>
          </w:tcPr>
          <w:p/>
        </w:tc>
      </w:tr>
      <w:tr>
        <w:tc>
          <w:tcPr>
            <w:tcW w:type="dxa" w:w="1080"/>
          </w:tcPr>
          <w:p>
            <w:r>
              <w:t>志愿服务（5分）</w:t>
            </w:r>
          </w:p>
        </w:tc>
        <w:tc>
          <w:tcPr>
            <w:tcW w:type="dxa" w:w="1080"/>
          </w:tcPr>
          <w:p>
            <w:r>
              <w:t>志愿服务</w:t>
            </w:r>
          </w:p>
        </w:tc>
        <w:tc>
          <w:tcPr>
            <w:tcW w:type="dxa" w:w="1080"/>
          </w:tcPr>
          <w:p>
            <w:r>
              <w:t>云南省红河哈尼族彝族自治州开远市朝阳社区“优秀志愿者”、江苏华益社会组织评估中心“云梯筑梦。爱益无疆”蒲公英帮扶计划优秀志愿者、获评南京农业大学校级“优秀学生干部”</w:t>
            </w:r>
          </w:p>
        </w:tc>
        <w:tc>
          <w:tcPr>
            <w:tcW w:type="dxa" w:w="1080"/>
          </w:tcPr>
          <w:p>
            <w:r>
              <w:t>2024年1月、2025年6月、2023年1月</w:t>
            </w:r>
          </w:p>
        </w:tc>
        <w:tc>
          <w:tcPr>
            <w:tcW w:type="dxa" w:w="1080"/>
          </w:tcPr>
          <w:p>
            <w:r>
              <w:t>2</w:t>
            </w:r>
          </w:p>
        </w:tc>
        <w:tc>
          <w:tcPr>
            <w:tcW w:type="dxa" w:w="1080"/>
          </w:tcPr>
          <w:p>
            <w:r>
              <w:t>非校团委认定的校级优秀志愿者不加分</w:t>
            </w:r>
          </w:p>
        </w:tc>
        <w:tc>
          <w:tcPr>
            <w:tcW w:type="dxa" w:w="1080"/>
          </w:tcPr>
          <w:p/>
        </w:tc>
        <w:tc>
          <w:tcPr>
            <w:tcW w:type="dxa" w:w="1080"/>
          </w:tcPr>
          <w:p/>
        </w:tc>
      </w:tr>
      <w:tr>
        <w:tc>
          <w:tcPr>
            <w:tcW w:type="dxa" w:w="1080"/>
          </w:tcPr>
          <w:p>
            <w:r>
              <w:t>任职情况</w:t>
            </w:r>
          </w:p>
        </w:tc>
        <w:tc>
          <w:tcPr>
            <w:tcW w:type="dxa" w:w="1080"/>
          </w:tcPr>
          <w:p>
            <w:r>
              <w:t>1、草业221班班长2、南京农业大学草业学院辩论队队长</w:t>
            </w:r>
          </w:p>
        </w:tc>
        <w:tc>
          <w:tcPr>
            <w:tcW w:type="dxa" w:w="1080"/>
          </w:tcPr>
          <w:p>
            <w:r>
              <w:t>1、2024-2025年2、2023年5月-2024年5月</w:t>
            </w:r>
          </w:p>
        </w:tc>
        <w:tc>
          <w:tcPr>
            <w:tcW w:type="dxa" w:w="1080"/>
          </w:tcPr>
          <w:p>
            <w:r>
              <w:t>1、班级主要负责人2 2、院级协会负责人2</w:t>
            </w:r>
          </w:p>
        </w:tc>
        <w:tc>
          <w:tcPr>
            <w:tcW w:type="dxa" w:w="1080"/>
          </w:tcPr>
          <w:p/>
        </w:tc>
        <w:tc>
          <w:tcPr>
            <w:tcW w:type="dxa" w:w="1080"/>
          </w:tcPr>
          <w:p/>
        </w:tc>
        <w:tc>
          <w:tcPr>
            <w:tcW w:type="dxa" w:w="1080"/>
          </w:tcPr>
          <w:p/>
        </w:tc>
        <w:tc>
          <w:tcPr>
            <w:tcW w:type="dxa" w:w="1080"/>
          </w:tcPr>
          <w:p/>
        </w:tc>
      </w:tr>
      <w:tr>
        <w:tc>
          <w:tcPr>
            <w:tcW w:type="dxa" w:w="1080"/>
          </w:tcPr>
          <w:p>
            <w:r>
              <w:t>15522115陆林德</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29.00</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省级SRT项目负责人：负责兼性厌氧纤维素降解菌系的筛选及青贮验证研究以及兼性厌氧纤维素降解菌系的富集筛选生长特性、产酶特性及酶学性质分析</w:t>
            </w:r>
          </w:p>
        </w:tc>
        <w:tc>
          <w:tcPr>
            <w:tcW w:type="dxa" w:w="1080"/>
          </w:tcPr>
          <w:p>
            <w:r>
              <w:t>2025年5月</w:t>
            </w:r>
          </w:p>
        </w:tc>
        <w:tc>
          <w:tcPr>
            <w:tcW w:type="dxa" w:w="1080"/>
          </w:tcPr>
          <w:p>
            <w:r>
              <w:t>29.00</w:t>
            </w:r>
          </w:p>
        </w:tc>
        <w:tc>
          <w:tcPr>
            <w:tcW w:type="dxa" w:w="1080"/>
          </w:tcPr>
          <w:p>
            <w:r/>
          </w:p>
        </w:tc>
        <w:tc>
          <w:tcPr>
            <w:tcW w:type="dxa" w:w="1080"/>
          </w:tcPr>
          <w:p/>
        </w:tc>
        <w:tc>
          <w:tcPr>
            <w:tcW w:type="dxa" w:w="1080"/>
          </w:tcPr>
          <w:p/>
        </w:tc>
      </w:tr>
      <w:tr>
        <w:tc>
          <w:tcPr>
            <w:tcW w:type="dxa" w:w="1080"/>
          </w:tcPr>
          <w:p>
            <w:r>
              <w:t>志愿服务（5分）</w:t>
            </w:r>
          </w:p>
        </w:tc>
        <w:tc>
          <w:tcPr>
            <w:tcW w:type="dxa" w:w="1080"/>
          </w:tcPr>
          <w:p>
            <w:r>
              <w:t>志愿服务/任职情况</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15522118林欣瑶</w:t>
            </w:r>
          </w:p>
        </w:tc>
        <w:tc>
          <w:tcPr>
            <w:tcW w:type="dxa" w:w="1080"/>
          </w:tcPr>
          <w:p>
            <w:r>
              <w:t>思想品德（合格/不合格）</w:t>
            </w:r>
          </w:p>
        </w:tc>
        <w:tc>
          <w:tcPr>
            <w:tcW w:type="dxa" w:w="1080"/>
          </w:tcPr>
          <w:p>
            <w:r/>
          </w:p>
        </w:tc>
        <w:tc>
          <w:tcPr>
            <w:tcW w:type="dxa" w:w="1080"/>
          </w:tcPr>
          <w:p>
            <w:r>
              <w:t>中共党员</w:t>
            </w:r>
          </w:p>
        </w:tc>
        <w:tc>
          <w:tcPr>
            <w:tcW w:type="dxa" w:w="1080"/>
          </w:tcPr>
          <w:p>
            <w:r/>
          </w:p>
        </w:tc>
        <w:tc>
          <w:tcPr>
            <w:tcW w:type="dxa" w:w="1080"/>
          </w:tcPr>
          <w:p>
            <w:r>
              <w:t>合格</w:t>
            </w:r>
          </w:p>
        </w:tc>
        <w:tc>
          <w:tcPr>
            <w:tcW w:type="dxa" w:w="1080"/>
          </w:tcPr>
          <w:p>
            <w:r/>
          </w:p>
        </w:tc>
        <w:tc>
          <w:tcPr>
            <w:tcW w:type="dxa" w:w="1080"/>
          </w:tcPr>
          <w:p>
            <w:r>
              <w:t>36.33</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t>南京农业大学“第二届植物生产类本科专业基本技能大赛”二等奖</w:t>
            </w:r>
          </w:p>
        </w:tc>
        <w:tc>
          <w:tcPr>
            <w:tcW w:type="dxa" w:w="1080"/>
          </w:tcPr>
          <w:p>
            <w:r>
              <w:t>2025年4月</w:t>
            </w:r>
          </w:p>
        </w:tc>
        <w:tc>
          <w:tcPr>
            <w:tcW w:type="dxa" w:w="1080"/>
          </w:tcPr>
          <w:p>
            <w:r>
              <w:t>5</w:t>
            </w:r>
          </w:p>
        </w:tc>
        <w:tc>
          <w:tcPr>
            <w:tcW w:type="dxa" w:w="1080"/>
          </w:tcPr>
          <w:p>
            <w:r>
              <w:t>校市级二等奖5</w:t>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校级创新训练项目“酵母提取物对匍匐翦股颖耐热性的影响”</w:t>
            </w:r>
          </w:p>
        </w:tc>
        <w:tc>
          <w:tcPr>
            <w:tcW w:type="dxa" w:w="1080"/>
          </w:tcPr>
          <w:p>
            <w:r>
              <w:t>2025年6月</w:t>
            </w:r>
          </w:p>
        </w:tc>
        <w:tc>
          <w:tcPr>
            <w:tcW w:type="dxa" w:w="1080"/>
          </w:tcPr>
          <w:p>
            <w:r>
              <w:t>28.33</w:t>
            </w:r>
          </w:p>
        </w:tc>
        <w:tc>
          <w:tcPr>
            <w:tcW w:type="dxa" w:w="1080"/>
          </w:tcPr>
          <w:p>
            <w:r/>
          </w:p>
        </w:tc>
        <w:tc>
          <w:tcPr>
            <w:tcW w:type="dxa" w:w="1080"/>
          </w:tcPr>
          <w:p/>
        </w:tc>
        <w:tc>
          <w:tcPr>
            <w:tcW w:type="dxa" w:w="1080"/>
          </w:tcPr>
          <w:p/>
        </w:tc>
      </w:tr>
      <w:tr>
        <w:tc>
          <w:tcPr>
            <w:tcW w:type="dxa" w:w="1080"/>
          </w:tcPr>
          <w:p>
            <w:r>
              <w:t>志愿服务（5分）</w:t>
            </w:r>
          </w:p>
        </w:tc>
        <w:tc>
          <w:tcPr>
            <w:tcW w:type="dxa" w:w="1080"/>
          </w:tcPr>
          <w:p>
            <w:r>
              <w:t>任职情况</w:t>
            </w:r>
          </w:p>
        </w:tc>
        <w:tc>
          <w:tcPr>
            <w:tcW w:type="dxa" w:w="1080"/>
          </w:tcPr>
          <w:p>
            <w:r>
              <w:t>南京农业大学草业学院文娱部部长</w:t>
            </w:r>
          </w:p>
        </w:tc>
        <w:tc>
          <w:tcPr>
            <w:tcW w:type="dxa" w:w="1080"/>
          </w:tcPr>
          <w:p>
            <w:r>
              <w:t>2025年5月</w:t>
            </w:r>
          </w:p>
        </w:tc>
        <w:tc>
          <w:tcPr>
            <w:tcW w:type="dxa" w:w="1080"/>
          </w:tcPr>
          <w:p>
            <w:r>
              <w:t>3</w:t>
            </w:r>
          </w:p>
        </w:tc>
        <w:tc>
          <w:tcPr>
            <w:tcW w:type="dxa" w:w="1080"/>
          </w:tcPr>
          <w:p>
            <w:r>
              <w:t>院级部长3</w:t>
            </w:r>
          </w:p>
        </w:tc>
        <w:tc>
          <w:tcPr>
            <w:tcW w:type="dxa" w:w="1080"/>
          </w:tcPr>
          <w:p/>
        </w:tc>
        <w:tc>
          <w:tcPr>
            <w:tcW w:type="dxa" w:w="1080"/>
          </w:tcPr>
          <w:p/>
        </w:tc>
      </w:tr>
      <w:tr>
        <w:tc>
          <w:tcPr>
            <w:tcW w:type="dxa" w:w="1080"/>
          </w:tcPr>
          <w:p>
            <w:r>
              <w:t>15522120易天行</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28.00</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t>南京农业大学“挑战杯”铜奖</w:t>
            </w:r>
          </w:p>
        </w:tc>
        <w:tc>
          <w:tcPr>
            <w:tcW w:type="dxa" w:w="1080"/>
          </w:tcPr>
          <w:p>
            <w:r>
              <w:t>2023年10月</w:t>
            </w:r>
          </w:p>
        </w:tc>
        <w:tc>
          <w:tcPr>
            <w:tcW w:type="dxa" w:w="1080"/>
          </w:tcPr>
          <w:p>
            <w:r>
              <w:t>0</w:t>
            </w:r>
          </w:p>
        </w:tc>
        <w:tc>
          <w:tcPr>
            <w:tcW w:type="dxa" w:w="1080"/>
          </w:tcPr>
          <w:p>
            <w:r>
              <w:t>校市级铜奖不加分</w:t>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省级SRT“芳草无忧”草坪健康管理</w:t>
            </w:r>
          </w:p>
        </w:tc>
        <w:tc>
          <w:tcPr>
            <w:tcW w:type="dxa" w:w="1080"/>
          </w:tcPr>
          <w:p>
            <w:r>
              <w:t>2025年5月</w:t>
            </w:r>
          </w:p>
        </w:tc>
        <w:tc>
          <w:tcPr>
            <w:tcW w:type="dxa" w:w="1080"/>
          </w:tcPr>
          <w:p>
            <w:r>
              <w:t>28.00</w:t>
            </w:r>
          </w:p>
        </w:tc>
        <w:tc>
          <w:tcPr>
            <w:tcW w:type="dxa" w:w="1080"/>
          </w:tcPr>
          <w:p>
            <w:r/>
          </w:p>
        </w:tc>
        <w:tc>
          <w:tcPr>
            <w:tcW w:type="dxa" w:w="1080"/>
          </w:tcPr>
          <w:p/>
        </w:tc>
        <w:tc>
          <w:tcPr>
            <w:tcW w:type="dxa" w:w="1080"/>
          </w:tcPr>
          <w:p/>
        </w:tc>
      </w:tr>
      <w:tr>
        <w:tc>
          <w:tcPr>
            <w:tcW w:type="dxa" w:w="1080"/>
          </w:tcPr>
          <w:p>
            <w:r>
              <w:t>志愿服务（5分）</w:t>
            </w:r>
          </w:p>
        </w:tc>
        <w:tc>
          <w:tcPr>
            <w:tcW w:type="dxa" w:w="1080"/>
          </w:tcPr>
          <w:p>
            <w:r>
              <w:t>志愿服务/任职情况</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15522122周宣池</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56.00</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t>第二届全国大学生草学类本科专业技能大赛三等奖</w:t>
            </w:r>
          </w:p>
        </w:tc>
        <w:tc>
          <w:tcPr>
            <w:tcW w:type="dxa" w:w="1080"/>
          </w:tcPr>
          <w:p>
            <w:r>
              <w:t>2024年9月</w:t>
            </w:r>
          </w:p>
        </w:tc>
        <w:tc>
          <w:tcPr>
            <w:tcW w:type="dxa" w:w="1080"/>
          </w:tcPr>
          <w:p>
            <w:r>
              <w:t>10</w:t>
            </w:r>
          </w:p>
        </w:tc>
        <w:tc>
          <w:tcPr>
            <w:tcW w:type="dxa" w:w="1080"/>
          </w:tcPr>
          <w:p>
            <w:r>
              <w:t>省级三等奖10</w:t>
            </w:r>
          </w:p>
        </w:tc>
        <w:tc>
          <w:tcPr>
            <w:tcW w:type="dxa" w:w="1080"/>
          </w:tcPr>
          <w:p/>
        </w:tc>
        <w:tc>
          <w:tcPr>
            <w:tcW w:type="dxa" w:w="1080"/>
          </w:tcPr>
          <w:p/>
        </w:tc>
        <w:tc>
          <w:tcPr>
            <w:tcW w:type="dxa" w:w="1080"/>
          </w:tcPr>
          <w:p/>
        </w:tc>
      </w:tr>
      <w:tr>
        <w:tc>
          <w:tcPr>
            <w:tcW w:type="dxa" w:w="1080"/>
          </w:tcPr>
          <w:p>
            <w:r>
              <w:t>校市级</w:t>
            </w:r>
          </w:p>
        </w:tc>
        <w:tc>
          <w:tcPr>
            <w:tcW w:type="dxa" w:w="1080"/>
          </w:tcPr>
          <w:p>
            <w:r>
              <w:t>南京农业大学第十届“ADM”杯智慧畜牧场规划设计大赛一等奖</w:t>
            </w:r>
          </w:p>
        </w:tc>
        <w:tc>
          <w:tcPr>
            <w:tcW w:type="dxa" w:w="1080"/>
          </w:tcPr>
          <w:p>
            <w:r>
              <w:t>2025年5月</w:t>
            </w:r>
          </w:p>
        </w:tc>
        <w:tc>
          <w:tcPr>
            <w:tcW w:type="dxa" w:w="1080"/>
          </w:tcPr>
          <w:p>
            <w:r>
              <w:t>10</w:t>
            </w:r>
          </w:p>
        </w:tc>
        <w:tc>
          <w:tcPr>
            <w:tcW w:type="dxa" w:w="1080"/>
          </w:tcPr>
          <w:p>
            <w:r>
              <w:t>校市级一等奖10</w:t>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“芳草无忧”草坪健康管理</w:t>
            </w:r>
          </w:p>
        </w:tc>
        <w:tc>
          <w:tcPr>
            <w:tcW w:type="dxa" w:w="1080"/>
          </w:tcPr>
          <w:p>
            <w:r/>
          </w:p>
        </w:tc>
        <w:tc>
          <w:tcPr>
            <w:tcW w:type="dxa" w:w="1080"/>
          </w:tcPr>
          <w:p>
            <w:r>
              <w:t>31.00</w:t>
            </w:r>
          </w:p>
        </w:tc>
        <w:tc>
          <w:tcPr>
            <w:tcW w:type="dxa" w:w="1080"/>
          </w:tcPr>
          <w:p>
            <w:r/>
          </w:p>
        </w:tc>
        <w:tc>
          <w:tcPr>
            <w:tcW w:type="dxa" w:w="1080"/>
          </w:tcPr>
          <w:p/>
        </w:tc>
        <w:tc>
          <w:tcPr>
            <w:tcW w:type="dxa" w:w="1080"/>
          </w:tcPr>
          <w:p/>
        </w:tc>
      </w:tr>
      <w:tr>
        <w:tc>
          <w:tcPr>
            <w:tcW w:type="dxa" w:w="1080"/>
          </w:tcPr>
          <w:p>
            <w:r>
              <w:t>志愿服务（5分）</w:t>
            </w:r>
          </w:p>
        </w:tc>
        <w:tc>
          <w:tcPr>
            <w:tcW w:type="dxa" w:w="1080"/>
          </w:tcPr>
          <w:p>
            <w:r>
              <w:t>志愿服务</w:t>
            </w:r>
          </w:p>
        </w:tc>
        <w:tc>
          <w:tcPr>
            <w:tcW w:type="dxa" w:w="1080"/>
          </w:tcPr>
          <w:p>
            <w:r>
              <w:t>1、美丽中国梦想导师志愿服务活动、五一中山陵志愿活动、天台县暑期大学生义教活动2、2024年度校优秀志愿者</w:t>
            </w:r>
          </w:p>
        </w:tc>
        <w:tc>
          <w:tcPr>
            <w:tcW w:type="dxa" w:w="1080"/>
          </w:tcPr>
          <w:p>
            <w:r>
              <w:t>1、2024年4月-2024年6月、2024年5月、2024年7月-2024年8月2、2024年12月</w:t>
            </w:r>
          </w:p>
        </w:tc>
        <w:tc>
          <w:tcPr>
            <w:tcW w:type="dxa" w:w="1080"/>
          </w:tcPr>
          <w:p>
            <w:r>
              <w:t>5</w:t>
            </w:r>
          </w:p>
        </w:tc>
        <w:tc>
          <w:tcPr>
            <w:tcW w:type="dxa" w:w="1080"/>
          </w:tcPr>
          <w:p>
            <w:r>
              <w:t>1、非校团委认定的校级优秀志愿者不加分2、校级优秀志愿者5</w:t>
            </w:r>
          </w:p>
        </w:tc>
        <w:tc>
          <w:tcPr>
            <w:tcW w:type="dxa" w:w="1080"/>
          </w:tcPr>
          <w:p/>
        </w:tc>
        <w:tc>
          <w:tcPr>
            <w:tcW w:type="dxa" w:w="1080"/>
          </w:tcPr>
          <w:p/>
        </w:tc>
      </w:tr>
      <w:tr>
        <w:tc>
          <w:tcPr>
            <w:tcW w:type="dxa" w:w="1080"/>
          </w:tcPr>
          <w:p>
            <w:r>
              <w:t>任职情况</w:t>
            </w:r>
          </w:p>
        </w:tc>
        <w:tc>
          <w:tcPr>
            <w:tcW w:type="dxa" w:w="1080"/>
          </w:tcPr>
          <w:p>
            <w:r>
              <w:t>南京农业大学草业学院学生会体育部部长</w:t>
            </w:r>
          </w:p>
        </w:tc>
        <w:tc>
          <w:tcPr>
            <w:tcW w:type="dxa" w:w="1080"/>
          </w:tcPr>
          <w:p>
            <w:r>
              <w:t>2024年5月-2025年5月</w:t>
            </w:r>
          </w:p>
        </w:tc>
        <w:tc>
          <w:tcPr>
            <w:tcW w:type="dxa" w:w="1080"/>
          </w:tcPr>
          <w:p>
            <w:r>
              <w:t>院级部长3</w:t>
            </w:r>
          </w:p>
        </w:tc>
        <w:tc>
          <w:tcPr>
            <w:tcW w:type="dxa" w:w="1080"/>
          </w:tcPr>
          <w:p/>
        </w:tc>
        <w:tc>
          <w:tcPr>
            <w:tcW w:type="dxa" w:w="1080"/>
          </w:tcPr>
          <w:p/>
        </w:tc>
        <w:tc>
          <w:tcPr>
            <w:tcW w:type="dxa" w:w="1080"/>
          </w:tcPr>
          <w:p/>
        </w:tc>
        <w:tc>
          <w:tcPr>
            <w:tcW w:type="dxa" w:w="1080"/>
          </w:tcPr>
          <w:p/>
        </w:tc>
      </w:tr>
      <w:tr>
        <w:tc>
          <w:tcPr>
            <w:tcW w:type="dxa" w:w="1080"/>
          </w:tcPr>
          <w:p>
            <w:r>
              <w:t>15522125钱翠微</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37.67</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t>南京农业大学“第二届植物生产类本科专业基本技能大赛”二等奖</w:t>
            </w:r>
          </w:p>
        </w:tc>
        <w:tc>
          <w:tcPr>
            <w:tcW w:type="dxa" w:w="1080"/>
          </w:tcPr>
          <w:p>
            <w:r>
              <w:t>2025年4月</w:t>
            </w:r>
          </w:p>
        </w:tc>
        <w:tc>
          <w:tcPr>
            <w:tcW w:type="dxa" w:w="1080"/>
          </w:tcPr>
          <w:p>
            <w:r>
              <w:t>5</w:t>
            </w:r>
          </w:p>
        </w:tc>
        <w:tc>
          <w:tcPr>
            <w:tcW w:type="dxa" w:w="1080"/>
          </w:tcPr>
          <w:p>
            <w:r>
              <w:t>校市级二等奖5</w:t>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已结项，组员</w:t>
            </w:r>
          </w:p>
        </w:tc>
        <w:tc>
          <w:tcPr>
            <w:tcW w:type="dxa" w:w="1080"/>
          </w:tcPr>
          <w:p>
            <w:r>
              <w:t>2025年7月</w:t>
            </w:r>
          </w:p>
        </w:tc>
        <w:tc>
          <w:tcPr>
            <w:tcW w:type="dxa" w:w="1080"/>
          </w:tcPr>
          <w:p>
            <w:r>
              <w:t>29.67</w:t>
            </w:r>
          </w:p>
        </w:tc>
        <w:tc>
          <w:tcPr>
            <w:tcW w:type="dxa" w:w="1080"/>
          </w:tcPr>
          <w:p>
            <w:r/>
          </w:p>
        </w:tc>
        <w:tc>
          <w:tcPr>
            <w:tcW w:type="dxa" w:w="1080"/>
          </w:tcPr>
          <w:p/>
        </w:tc>
        <w:tc>
          <w:tcPr>
            <w:tcW w:type="dxa" w:w="1080"/>
          </w:tcPr>
          <w:p/>
        </w:tc>
      </w:tr>
      <w:tr>
        <w:tc>
          <w:tcPr>
            <w:tcW w:type="dxa" w:w="1080"/>
          </w:tcPr>
          <w:p>
            <w:r>
              <w:t>志愿服务（5分）</w:t>
            </w:r>
          </w:p>
        </w:tc>
        <w:tc>
          <w:tcPr>
            <w:tcW w:type="dxa" w:w="1080"/>
          </w:tcPr>
          <w:p>
            <w:r>
              <w:t>任职情况</w:t>
            </w:r>
          </w:p>
        </w:tc>
        <w:tc>
          <w:tcPr>
            <w:tcW w:type="dxa" w:w="1080"/>
          </w:tcPr>
          <w:p>
            <w:r>
              <w:t>南京农业大学草业学院本科生团委组织部部长</w:t>
            </w:r>
          </w:p>
        </w:tc>
        <w:tc>
          <w:tcPr>
            <w:tcW w:type="dxa" w:w="1080"/>
          </w:tcPr>
          <w:p>
            <w:r>
              <w:t>2025年5月</w:t>
            </w:r>
          </w:p>
        </w:tc>
        <w:tc>
          <w:tcPr>
            <w:tcW w:type="dxa" w:w="1080"/>
          </w:tcPr>
          <w:p>
            <w:r>
              <w:t>3</w:t>
            </w:r>
          </w:p>
        </w:tc>
        <w:tc>
          <w:tcPr>
            <w:tcW w:type="dxa" w:w="1080"/>
          </w:tcPr>
          <w:p>
            <w:r>
              <w:t>院级部长3</w:t>
            </w:r>
          </w:p>
        </w:tc>
        <w:tc>
          <w:tcPr>
            <w:tcW w:type="dxa" w:w="1080"/>
          </w:tcPr>
          <w:p/>
        </w:tc>
        <w:tc>
          <w:tcPr>
            <w:tcW w:type="dxa" w:w="1080"/>
          </w:tcPr>
          <w:p/>
        </w:tc>
      </w:tr>
      <w:tr>
        <w:tc>
          <w:tcPr>
            <w:tcW w:type="dxa" w:w="1080"/>
          </w:tcPr>
          <w:p>
            <w:r>
              <w:t>15522129韩诗琪</w:t>
            </w:r>
          </w:p>
        </w:tc>
        <w:tc>
          <w:tcPr>
            <w:tcW w:type="dxa" w:w="1080"/>
          </w:tcPr>
          <w:p>
            <w:r>
              <w:t>思想品德（合格/不合格）</w:t>
            </w:r>
          </w:p>
        </w:tc>
        <w:tc>
          <w:tcPr>
            <w:tcW w:type="dxa" w:w="1080"/>
          </w:tcPr>
          <w:p>
            <w:r/>
          </w:p>
        </w:tc>
        <w:tc>
          <w:tcPr>
            <w:tcW w:type="dxa" w:w="1080"/>
          </w:tcPr>
          <w:p>
            <w:r>
              <w:t>中共党员</w:t>
            </w:r>
          </w:p>
        </w:tc>
        <w:tc>
          <w:tcPr>
            <w:tcW w:type="dxa" w:w="1080"/>
          </w:tcPr>
          <w:p>
            <w:r/>
          </w:p>
        </w:tc>
        <w:tc>
          <w:tcPr>
            <w:tcW w:type="dxa" w:w="1080"/>
          </w:tcPr>
          <w:p>
            <w:r>
              <w:t>合格</w:t>
            </w:r>
          </w:p>
        </w:tc>
        <w:tc>
          <w:tcPr>
            <w:tcW w:type="dxa" w:w="1080"/>
          </w:tcPr>
          <w:p>
            <w:r/>
          </w:p>
        </w:tc>
        <w:tc>
          <w:tcPr>
            <w:tcW w:type="dxa" w:w="1080"/>
          </w:tcPr>
          <w:p>
            <w:r>
              <w:t>39.00</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t>1、南京农业大学“第二届植物生产类本科专业基本技能大赛”二等奖2、南京农业大学第三届科普作品制作大赛三等奖</w:t>
            </w:r>
          </w:p>
        </w:tc>
        <w:tc>
          <w:tcPr>
            <w:tcW w:type="dxa" w:w="1080"/>
          </w:tcPr>
          <w:p>
            <w:r>
              <w:t>1、2025年4月2、2025年4月</w:t>
            </w:r>
          </w:p>
        </w:tc>
        <w:tc>
          <w:tcPr>
            <w:tcW w:type="dxa" w:w="1080"/>
          </w:tcPr>
          <w:p>
            <w:r>
              <w:t>5</w:t>
            </w:r>
          </w:p>
        </w:tc>
        <w:tc>
          <w:tcPr>
            <w:tcW w:type="dxa" w:w="1080"/>
          </w:tcPr>
          <w:p>
            <w:r>
              <w:t>1、校市级二等奖5 2、校市级三等奖不加分</w:t>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组员，校级SRT结项</w:t>
            </w:r>
          </w:p>
        </w:tc>
        <w:tc>
          <w:tcPr>
            <w:tcW w:type="dxa" w:w="1080"/>
          </w:tcPr>
          <w:p>
            <w:r/>
          </w:p>
        </w:tc>
        <w:tc>
          <w:tcPr>
            <w:tcW w:type="dxa" w:w="1080"/>
          </w:tcPr>
          <w:p>
            <w:r>
              <w:t>31.00</w:t>
            </w:r>
          </w:p>
        </w:tc>
        <w:tc>
          <w:tcPr>
            <w:tcW w:type="dxa" w:w="1080"/>
          </w:tcPr>
          <w:p>
            <w:r/>
          </w:p>
        </w:tc>
        <w:tc>
          <w:tcPr>
            <w:tcW w:type="dxa" w:w="1080"/>
          </w:tcPr>
          <w:p/>
        </w:tc>
        <w:tc>
          <w:tcPr>
            <w:tcW w:type="dxa" w:w="1080"/>
          </w:tcPr>
          <w:p/>
        </w:tc>
      </w:tr>
      <w:tr>
        <w:tc>
          <w:tcPr>
            <w:tcW w:type="dxa" w:w="1080"/>
          </w:tcPr>
          <w:p>
            <w:r>
              <w:t>志愿服务（5分）</w:t>
            </w:r>
          </w:p>
        </w:tc>
        <w:tc>
          <w:tcPr>
            <w:tcW w:type="dxa" w:w="1080"/>
          </w:tcPr>
          <w:p>
            <w:r>
              <w:t>任职情况</w:t>
            </w:r>
          </w:p>
        </w:tc>
        <w:tc>
          <w:tcPr>
            <w:tcW w:type="dxa" w:w="1080"/>
          </w:tcPr>
          <w:p>
            <w:r>
              <w:t>南京农业大学草业学院宣传部部长</w:t>
            </w:r>
          </w:p>
        </w:tc>
        <w:tc>
          <w:tcPr>
            <w:tcW w:type="dxa" w:w="1080"/>
          </w:tcPr>
          <w:p>
            <w:r>
              <w:t>2025年5月</w:t>
            </w:r>
          </w:p>
        </w:tc>
        <w:tc>
          <w:tcPr>
            <w:tcW w:type="dxa" w:w="1080"/>
          </w:tcPr>
          <w:p>
            <w:r>
              <w:t>3</w:t>
            </w:r>
          </w:p>
        </w:tc>
        <w:tc>
          <w:tcPr>
            <w:tcW w:type="dxa" w:w="1080"/>
          </w:tcPr>
          <w:p>
            <w:r>
              <w:t>院级部长3</w:t>
            </w:r>
          </w:p>
        </w:tc>
        <w:tc>
          <w:tcPr>
            <w:tcW w:type="dxa" w:w="1080"/>
          </w:tcPr>
          <w:p/>
        </w:tc>
        <w:tc>
          <w:tcPr>
            <w:tcW w:type="dxa" w:w="1080"/>
          </w:tcPr>
          <w:p/>
        </w:tc>
      </w:tr>
      <w:tr>
        <w:tc>
          <w:tcPr>
            <w:tcW w:type="dxa" w:w="1080"/>
          </w:tcPr>
          <w:p>
            <w:r>
              <w:t>15522201王旭</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46.33</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t>1、南京农业大学“第二届植物生产类本科专业基本技能大赛”一等奖2、南京农业大学第十九届校园版今日说法大赛三等奖3、南京农业大学学风主题短视频创作大赛优秀作品奖</w:t>
            </w:r>
          </w:p>
        </w:tc>
        <w:tc>
          <w:tcPr>
            <w:tcW w:type="dxa" w:w="1080"/>
          </w:tcPr>
          <w:p>
            <w:r>
              <w:t>1、2025年4月2、2023年11月3、2024年12月</w:t>
            </w:r>
          </w:p>
        </w:tc>
        <w:tc>
          <w:tcPr>
            <w:tcW w:type="dxa" w:w="1080"/>
          </w:tcPr>
          <w:p>
            <w:r>
              <w:t>10</w:t>
            </w:r>
          </w:p>
        </w:tc>
        <w:tc>
          <w:tcPr>
            <w:tcW w:type="dxa" w:w="1080"/>
          </w:tcPr>
          <w:p>
            <w:r>
              <w:t>1、校市级一等奖10 2、非专业内比赛不加分3、非专业内比赛不加分</w:t>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校级SRT项目“高效促生木霉菌群构建及对人工草地固碳机制研究”核心成员，顺利结题</w:t>
            </w:r>
          </w:p>
        </w:tc>
        <w:tc>
          <w:tcPr>
            <w:tcW w:type="dxa" w:w="1080"/>
          </w:tcPr>
          <w:p>
            <w:r>
              <w:t>2023年10月-2025年6月</w:t>
            </w:r>
          </w:p>
        </w:tc>
        <w:tc>
          <w:tcPr>
            <w:tcW w:type="dxa" w:w="1080"/>
          </w:tcPr>
          <w:p>
            <w:r>
              <w:t>31.33</w:t>
            </w:r>
          </w:p>
        </w:tc>
        <w:tc>
          <w:tcPr>
            <w:tcW w:type="dxa" w:w="1080"/>
          </w:tcPr>
          <w:p>
            <w:r/>
          </w:p>
        </w:tc>
        <w:tc>
          <w:tcPr>
            <w:tcW w:type="dxa" w:w="1080"/>
          </w:tcPr>
          <w:p/>
        </w:tc>
        <w:tc>
          <w:tcPr>
            <w:tcW w:type="dxa" w:w="1080"/>
          </w:tcPr>
          <w:p/>
        </w:tc>
      </w:tr>
      <w:tr>
        <w:tc>
          <w:tcPr>
            <w:tcW w:type="dxa" w:w="1080"/>
          </w:tcPr>
          <w:p>
            <w:r>
              <w:t>志愿服务（5分）</w:t>
            </w:r>
          </w:p>
        </w:tc>
        <w:tc>
          <w:tcPr>
            <w:tcW w:type="dxa" w:w="1080"/>
          </w:tcPr>
          <w:p>
            <w:r>
              <w:t>志愿服务</w:t>
            </w:r>
          </w:p>
        </w:tc>
        <w:tc>
          <w:tcPr>
            <w:tcW w:type="dxa" w:w="1080"/>
          </w:tcPr>
          <w:p>
            <w:r>
              <w:t>1、校级2022年度“优秀志愿者” 2、2024年南京马拉松优秀志愿者</w:t>
            </w:r>
          </w:p>
        </w:tc>
        <w:tc>
          <w:tcPr>
            <w:tcW w:type="dxa" w:w="1080"/>
          </w:tcPr>
          <w:p>
            <w:r>
              <w:t>1、2022年12月2、2024年12月</w:t>
            </w:r>
          </w:p>
        </w:tc>
        <w:tc>
          <w:tcPr>
            <w:tcW w:type="dxa" w:w="1080"/>
          </w:tcPr>
          <w:p>
            <w:r>
              <w:t>5</w:t>
            </w:r>
          </w:p>
        </w:tc>
        <w:tc>
          <w:tcPr>
            <w:tcW w:type="dxa" w:w="1080"/>
          </w:tcPr>
          <w:p>
            <w:r>
              <w:t>1、校级优秀志愿者5 2、非校团委认定的校级优秀志愿者不加分</w:t>
            </w:r>
          </w:p>
        </w:tc>
        <w:tc>
          <w:tcPr>
            <w:tcW w:type="dxa" w:w="1080"/>
          </w:tcPr>
          <w:p/>
        </w:tc>
        <w:tc>
          <w:tcPr>
            <w:tcW w:type="dxa" w:w="1080"/>
          </w:tcPr>
          <w:p/>
        </w:tc>
      </w:tr>
      <w:tr>
        <w:tc>
          <w:tcPr>
            <w:tcW w:type="dxa" w:w="1080"/>
          </w:tcPr>
          <w:p>
            <w:r>
              <w:t>任职情况</w:t>
            </w:r>
          </w:p>
        </w:tc>
        <w:tc>
          <w:tcPr>
            <w:tcW w:type="dxa" w:w="1080"/>
          </w:tcPr>
          <w:p>
            <w:r>
              <w:t>草业222班团支书、草业222班宣传委员</w:t>
            </w:r>
          </w:p>
        </w:tc>
        <w:tc>
          <w:tcPr>
            <w:tcW w:type="dxa" w:w="1080"/>
          </w:tcPr>
          <w:p>
            <w:r>
              <w:t>2024年9月-至今、2022年9月-2023年10月</w:t>
            </w:r>
          </w:p>
        </w:tc>
        <w:tc>
          <w:tcPr>
            <w:tcW w:type="dxa" w:w="1080"/>
          </w:tcPr>
          <w:p>
            <w:r>
              <w:t>班级主要负责人2</w:t>
            </w:r>
          </w:p>
        </w:tc>
        <w:tc>
          <w:tcPr>
            <w:tcW w:type="dxa" w:w="1080"/>
          </w:tcPr>
          <w:p/>
        </w:tc>
        <w:tc>
          <w:tcPr>
            <w:tcW w:type="dxa" w:w="1080"/>
          </w:tcPr>
          <w:p/>
        </w:tc>
        <w:tc>
          <w:tcPr>
            <w:tcW w:type="dxa" w:w="1080"/>
          </w:tcPr>
          <w:p/>
        </w:tc>
        <w:tc>
          <w:tcPr>
            <w:tcW w:type="dxa" w:w="1080"/>
          </w:tcPr>
          <w:p/>
        </w:tc>
      </w:tr>
      <w:tr>
        <w:tc>
          <w:tcPr>
            <w:tcW w:type="dxa" w:w="1080"/>
          </w:tcPr>
          <w:p>
            <w:r>
              <w:t>15522203王馨姿</w:t>
            </w:r>
          </w:p>
        </w:tc>
        <w:tc>
          <w:tcPr>
            <w:tcW w:type="dxa" w:w="1080"/>
          </w:tcPr>
          <w:p>
            <w:r>
              <w:t>思想品德（合格/不合格）</w:t>
            </w:r>
          </w:p>
        </w:tc>
        <w:tc>
          <w:tcPr>
            <w:tcW w:type="dxa" w:w="1080"/>
          </w:tcPr>
          <w:p>
            <w:r/>
          </w:p>
        </w:tc>
        <w:tc>
          <w:tcPr>
            <w:tcW w:type="dxa" w:w="1080"/>
          </w:tcPr>
          <w:p>
            <w:r>
              <w:t>共青团员</w:t>
            </w:r>
          </w:p>
        </w:tc>
        <w:tc>
          <w:tcPr>
            <w:tcW w:type="dxa" w:w="1080"/>
          </w:tcPr>
          <w:p>
            <w:r/>
          </w:p>
        </w:tc>
        <w:tc>
          <w:tcPr>
            <w:tcW w:type="dxa" w:w="1080"/>
          </w:tcPr>
          <w:p>
            <w:r>
              <w:t>合格</w:t>
            </w:r>
          </w:p>
        </w:tc>
        <w:tc>
          <w:tcPr>
            <w:tcW w:type="dxa" w:w="1080"/>
          </w:tcPr>
          <w:p>
            <w:r/>
          </w:p>
        </w:tc>
        <w:tc>
          <w:tcPr>
            <w:tcW w:type="dxa" w:w="1080"/>
          </w:tcPr>
          <w:p>
            <w:r>
              <w:t>34.00</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t>1、南京农业大学第十届“ADM”杯智慧畜牧场规划设计大赛二等奖2、南京农业大学“第二届植物生产类本科专业基本技能大赛”三等奖</w:t>
            </w:r>
          </w:p>
        </w:tc>
        <w:tc>
          <w:tcPr>
            <w:tcW w:type="dxa" w:w="1080"/>
          </w:tcPr>
          <w:p>
            <w:r>
              <w:t>1、2025年5月2、2025年4月</w:t>
            </w:r>
          </w:p>
        </w:tc>
        <w:tc>
          <w:tcPr>
            <w:tcW w:type="dxa" w:w="1080"/>
          </w:tcPr>
          <w:p>
            <w:r>
              <w:t>5</w:t>
            </w:r>
          </w:p>
        </w:tc>
        <w:tc>
          <w:tcPr>
            <w:tcW w:type="dxa" w:w="1080"/>
          </w:tcPr>
          <w:p>
            <w:r>
              <w:t>1、校市级二等奖5 2、校市级三等奖不加分</w:t>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在SRT项目中，我作为项目组成员之一，主要承担以下职责：①参与抗旱型和干旱敏感型结缕草植株的培养工作；②协助团队成员对培养好的植株进行干旱处理，严格按照实验设计的时间节点和处理条件进行操作；③对转录组分析结果进行初步解读④详细记录实验过程中的各项操作和数据，整理实验记录本。</w:t>
            </w:r>
          </w:p>
        </w:tc>
        <w:tc>
          <w:tcPr>
            <w:tcW w:type="dxa" w:w="1080"/>
          </w:tcPr>
          <w:p>
            <w:r/>
          </w:p>
        </w:tc>
        <w:tc>
          <w:tcPr>
            <w:tcW w:type="dxa" w:w="1080"/>
          </w:tcPr>
          <w:p>
            <w:r>
              <w:t>29.00</w:t>
            </w:r>
          </w:p>
        </w:tc>
        <w:tc>
          <w:tcPr>
            <w:tcW w:type="dxa" w:w="1080"/>
          </w:tcPr>
          <w:p>
            <w:r/>
          </w:p>
        </w:tc>
        <w:tc>
          <w:tcPr>
            <w:tcW w:type="dxa" w:w="1080"/>
          </w:tcPr>
          <w:p/>
        </w:tc>
        <w:tc>
          <w:tcPr>
            <w:tcW w:type="dxa" w:w="1080"/>
          </w:tcPr>
          <w:p/>
        </w:tc>
      </w:tr>
      <w:tr>
        <w:tc>
          <w:tcPr>
            <w:tcW w:type="dxa" w:w="1080"/>
          </w:tcPr>
          <w:p>
            <w:r>
              <w:t>志愿服务（5分）</w:t>
            </w:r>
          </w:p>
        </w:tc>
        <w:tc>
          <w:tcPr>
            <w:tcW w:type="dxa" w:w="1080"/>
          </w:tcPr>
          <w:p>
            <w:r>
              <w:t>任职情况</w:t>
            </w:r>
          </w:p>
        </w:tc>
        <w:tc>
          <w:tcPr>
            <w:tcW w:type="dxa" w:w="1080"/>
          </w:tcPr>
          <w:p>
            <w:r>
              <w:t>草业222班心理委员、草业222班生活委员、南京农业大学合唱团声部长</w:t>
            </w:r>
          </w:p>
        </w:tc>
        <w:tc>
          <w:tcPr>
            <w:tcW w:type="dxa" w:w="1080"/>
          </w:tcPr>
          <w:p>
            <w:r>
              <w:t>2022-2024两学年、2024-2025学年、2023-2024学年</w:t>
            </w:r>
          </w:p>
        </w:tc>
        <w:tc>
          <w:tcPr>
            <w:tcW w:type="dxa" w:w="1080"/>
          </w:tcPr>
          <w:p>
            <w:r>
              <w:t>0</w:t>
            </w:r>
          </w:p>
        </w:tc>
        <w:tc>
          <w:tcPr>
            <w:tcW w:type="dxa" w:w="1080"/>
          </w:tcPr>
          <w:p>
            <w:r>
              <w:t>非班级或学院学生会（协会）主要负责人不加分</w:t>
            </w:r>
          </w:p>
        </w:tc>
        <w:tc>
          <w:tcPr>
            <w:tcW w:type="dxa" w:w="1080"/>
          </w:tcPr>
          <w:p/>
        </w:tc>
        <w:tc>
          <w:tcPr>
            <w:tcW w:type="dxa" w:w="1080"/>
          </w:tcPr>
          <w:p/>
        </w:tc>
      </w:tr>
      <w:tr>
        <w:tc>
          <w:tcPr>
            <w:tcW w:type="dxa" w:w="1080"/>
          </w:tcPr>
          <w:p>
            <w:r>
              <w:t>15522210杨婕</w:t>
            </w:r>
          </w:p>
        </w:tc>
        <w:tc>
          <w:tcPr>
            <w:tcW w:type="dxa" w:w="1080"/>
          </w:tcPr>
          <w:p>
            <w:r>
              <w:t>思想品德（合格/不合格）</w:t>
            </w:r>
          </w:p>
        </w:tc>
        <w:tc>
          <w:tcPr>
            <w:tcW w:type="dxa" w:w="1080"/>
          </w:tcPr>
          <w:p>
            <w:r/>
          </w:p>
        </w:tc>
        <w:tc>
          <w:tcPr>
            <w:tcW w:type="dxa" w:w="1080"/>
          </w:tcPr>
          <w:p>
            <w:r>
              <w:t>优秀团员、中共预备党员</w:t>
            </w:r>
          </w:p>
        </w:tc>
        <w:tc>
          <w:tcPr>
            <w:tcW w:type="dxa" w:w="1080"/>
          </w:tcPr>
          <w:p>
            <w:r/>
          </w:p>
        </w:tc>
        <w:tc>
          <w:tcPr>
            <w:tcW w:type="dxa" w:w="1080"/>
          </w:tcPr>
          <w:p>
            <w:r>
              <w:t>合格</w:t>
            </w:r>
          </w:p>
        </w:tc>
        <w:tc>
          <w:tcPr>
            <w:tcW w:type="dxa" w:w="1080"/>
          </w:tcPr>
          <w:p>
            <w:r/>
          </w:p>
        </w:tc>
        <w:tc>
          <w:tcPr>
            <w:tcW w:type="dxa" w:w="1080"/>
          </w:tcPr>
          <w:p>
            <w:r>
              <w:t>44.67</w:t>
            </w:r>
          </w:p>
        </w:tc>
      </w:tr>
      <w:tr>
        <w:tc>
          <w:tcPr>
            <w:tcW w:type="dxa" w:w="1080"/>
          </w:tcPr>
          <w:p>
            <w:r>
              <w:t>学术成果（25分）</w:t>
            </w:r>
          </w:p>
        </w:tc>
        <w:tc>
          <w:tcPr>
            <w:tcW w:type="dxa" w:w="1080"/>
          </w:tcPr>
          <w:p>
            <w:r>
              <w:t>SCI</w:t>
            </w:r>
          </w:p>
        </w:tc>
        <w:tc>
          <w:tcPr>
            <w:tcW w:type="dxa" w:w="1080"/>
          </w:tcPr>
          <w:p>
            <w:r>
              <w:t>ASSEHR-Advances in Social Science, Education and Humanities Research (ISSN: 2352-5398)</w:t>
            </w:r>
          </w:p>
        </w:tc>
        <w:tc>
          <w:tcPr>
            <w:tcW w:type="dxa" w:w="1080"/>
          </w:tcPr>
          <w:p>
            <w:r>
              <w:t>2024年12月</w:t>
            </w:r>
          </w:p>
        </w:tc>
        <w:tc>
          <w:tcPr>
            <w:tcW w:type="dxa" w:w="1080"/>
          </w:tcPr>
          <w:p>
            <w:r>
              <w:t>0</w:t>
            </w:r>
          </w:p>
        </w:tc>
        <w:tc>
          <w:tcPr>
            <w:tcW w:type="dxa" w:w="1080"/>
          </w:tcPr>
          <w:p>
            <w:r>
              <w:t>不属于校高质量论文期刊目录不加分</w:t>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t>一种基于牛至纯露有效成分的蚊虫叮咬止痒产品</w:t>
            </w:r>
          </w:p>
        </w:tc>
        <w:tc>
          <w:tcPr>
            <w:tcW w:type="dxa" w:w="1080"/>
          </w:tcPr>
          <w:p>
            <w:r>
              <w:t>2025年3月</w:t>
            </w:r>
          </w:p>
        </w:tc>
        <w:tc>
          <w:tcPr>
            <w:tcW w:type="dxa" w:w="1080"/>
          </w:tcPr>
          <w:p>
            <w:r>
              <w:t>0</w:t>
            </w:r>
          </w:p>
        </w:tc>
        <w:tc>
          <w:tcPr>
            <w:tcW w:type="dxa" w:w="1080"/>
          </w:tcPr>
          <w:p>
            <w:r>
              <w:t>排第7位不加分</w:t>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t>“建行杯”江苏大学生创新大赛（2024）二等奖</w:t>
            </w:r>
          </w:p>
        </w:tc>
        <w:tc>
          <w:tcPr>
            <w:tcW w:type="dxa" w:w="1080"/>
          </w:tcPr>
          <w:p>
            <w:r>
              <w:t>2024年10月</w:t>
            </w:r>
          </w:p>
        </w:tc>
        <w:tc>
          <w:tcPr>
            <w:tcW w:type="dxa" w:w="1080"/>
          </w:tcPr>
          <w:p>
            <w:r>
              <w:t>15</w:t>
            </w:r>
          </w:p>
        </w:tc>
        <w:tc>
          <w:tcPr>
            <w:tcW w:type="dxa" w:w="1080"/>
          </w:tcPr>
          <w:p>
            <w:r>
              <w:t>省级二等奖15</w:t>
            </w:r>
          </w:p>
        </w:tc>
        <w:tc>
          <w:tcPr>
            <w:tcW w:type="dxa" w:w="1080"/>
          </w:tcPr>
          <w:p/>
        </w:tc>
        <w:tc>
          <w:tcPr>
            <w:tcW w:type="dxa" w:w="1080"/>
          </w:tcPr>
          <w:p/>
        </w:tc>
        <w:tc>
          <w:tcPr>
            <w:tcW w:type="dxa" w:w="1080"/>
          </w:tcPr>
          <w:p/>
        </w:tc>
      </w:tr>
      <w:tr>
        <w:tc>
          <w:tcPr>
            <w:tcW w:type="dxa" w:w="1080"/>
          </w:tcPr>
          <w:p>
            <w:r>
              <w:t>校市级</w:t>
            </w:r>
          </w:p>
        </w:tc>
        <w:tc>
          <w:tcPr>
            <w:tcW w:type="dxa" w:w="1080"/>
          </w:tcPr>
          <w:p>
            <w:r>
              <w:t>1、南京农业大学第四届“振兴杯”创新创业大赛暨第九届中国国际大学生创新大赛二等奖2、南京农业大学“第二届植物生产类本科专业基本技能大赛”三等奖3、南京农业大学第十四届“挑战杯”中国大学生创业计划竞赛铜奖</w:t>
            </w:r>
          </w:p>
        </w:tc>
        <w:tc>
          <w:tcPr>
            <w:tcW w:type="dxa" w:w="1080"/>
          </w:tcPr>
          <w:p>
            <w:r>
              <w:t>1、2024年8月2、2025年4月3、2024年4月</w:t>
            </w:r>
          </w:p>
        </w:tc>
        <w:tc>
          <w:tcPr>
            <w:tcW w:type="dxa" w:w="1080"/>
          </w:tcPr>
          <w:p>
            <w:r/>
          </w:p>
        </w:tc>
        <w:tc>
          <w:tcPr>
            <w:tcW w:type="dxa" w:w="1080"/>
          </w:tcPr>
          <w:p>
            <w:r>
              <w:t>1、校市级二等奖5，同类型比赛取奖项最高分2、校市级三等奖不加分3、校市级铜奖不加分</w:t>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担任校级SRT组长，统筹实验进度、参与牛至抑菌实验与抗氧化性实验、撰写实验记录本、问卷调查，完成结项并申请专利</w:t>
            </w:r>
          </w:p>
        </w:tc>
        <w:tc>
          <w:tcPr>
            <w:tcW w:type="dxa" w:w="1080"/>
          </w:tcPr>
          <w:p>
            <w:r>
              <w:t>2025年5月</w:t>
            </w:r>
          </w:p>
        </w:tc>
        <w:tc>
          <w:tcPr>
            <w:tcW w:type="dxa" w:w="1080"/>
          </w:tcPr>
          <w:p>
            <w:r>
              <w:t>29.67</w:t>
            </w:r>
          </w:p>
        </w:tc>
        <w:tc>
          <w:tcPr>
            <w:tcW w:type="dxa" w:w="1080"/>
          </w:tcPr>
          <w:p>
            <w:r/>
          </w:p>
        </w:tc>
        <w:tc>
          <w:tcPr>
            <w:tcW w:type="dxa" w:w="1080"/>
          </w:tcPr>
          <w:p/>
        </w:tc>
        <w:tc>
          <w:tcPr>
            <w:tcW w:type="dxa" w:w="1080"/>
          </w:tcPr>
          <w:p/>
        </w:tc>
      </w:tr>
      <w:tr>
        <w:tc>
          <w:tcPr>
            <w:tcW w:type="dxa" w:w="1080"/>
          </w:tcPr>
          <w:p>
            <w:r>
              <w:t>志愿服务（5分）</w:t>
            </w:r>
          </w:p>
        </w:tc>
        <w:tc>
          <w:tcPr>
            <w:tcW w:type="dxa" w:w="1080"/>
          </w:tcPr>
          <w:p>
            <w:r>
              <w:t>志愿服务</w:t>
            </w:r>
          </w:p>
        </w:tc>
        <w:tc>
          <w:tcPr>
            <w:tcW w:type="dxa" w:w="1080"/>
          </w:tcPr>
          <w:p>
            <w:r>
              <w:t>南京农业大学校庆优秀志愿者</w:t>
            </w:r>
          </w:p>
        </w:tc>
        <w:tc>
          <w:tcPr>
            <w:tcW w:type="dxa" w:w="1080"/>
          </w:tcPr>
          <w:p>
            <w:r>
              <w:t>2022年12月</w:t>
            </w:r>
          </w:p>
        </w:tc>
        <w:tc>
          <w:tcPr>
            <w:tcW w:type="dxa" w:w="1080"/>
          </w:tcPr>
          <w:p>
            <w:r>
              <w:t>0</w:t>
            </w:r>
          </w:p>
        </w:tc>
        <w:tc>
          <w:tcPr>
            <w:tcW w:type="dxa" w:w="1080"/>
          </w:tcPr>
          <w:p>
            <w:r>
              <w:t>非校团委认定的校级优秀志愿者不加分</w:t>
            </w:r>
          </w:p>
        </w:tc>
        <w:tc>
          <w:tcPr>
            <w:tcW w:type="dxa" w:w="1080"/>
          </w:tcPr>
          <w:p/>
        </w:tc>
        <w:tc>
          <w:tcPr>
            <w:tcW w:type="dxa" w:w="1080"/>
          </w:tcPr>
          <w:p/>
        </w:tc>
      </w:tr>
      <w:tr>
        <w:tc>
          <w:tcPr>
            <w:tcW w:type="dxa" w:w="1080"/>
          </w:tcPr>
          <w:p>
            <w:r>
              <w:t>任职情况</w:t>
            </w:r>
          </w:p>
        </w:tc>
        <w:tc>
          <w:tcPr>
            <w:tcW w:type="dxa" w:w="1080"/>
          </w:tcPr>
          <w:p>
            <w:r>
              <w:t>1、南京农业大学草业学院党建班副班长2、院女篮队队长</w:t>
            </w:r>
          </w:p>
        </w:tc>
        <w:tc>
          <w:tcPr>
            <w:tcW w:type="dxa" w:w="1080"/>
          </w:tcPr>
          <w:p>
            <w:r>
              <w:t>1、2023年9月2、2022年12月</w:t>
            </w:r>
          </w:p>
        </w:tc>
        <w:tc>
          <w:tcPr>
            <w:tcW w:type="dxa" w:w="1080"/>
          </w:tcPr>
          <w:p>
            <w:r>
              <w:t>0</w:t>
            </w:r>
          </w:p>
        </w:tc>
        <w:tc>
          <w:tcPr>
            <w:tcW w:type="dxa" w:w="1080"/>
          </w:tcPr>
          <w:p>
            <w:r>
              <w:t>1、非学院学生会（协会）主要负责人不加分2、无证明材料</w:t>
            </w:r>
          </w:p>
        </w:tc>
        <w:tc>
          <w:tcPr>
            <w:tcW w:type="dxa" w:w="1080"/>
          </w:tcPr>
          <w:p/>
        </w:tc>
        <w:tc>
          <w:tcPr>
            <w:tcW w:type="dxa" w:w="1080"/>
          </w:tcPr>
          <w:p/>
        </w:tc>
        <w:tc>
          <w:tcPr>
            <w:tcW w:type="dxa" w:w="1080"/>
          </w:tcPr>
          <w:p/>
        </w:tc>
      </w:tr>
      <w:tr>
        <w:tc>
          <w:tcPr>
            <w:tcW w:type="dxa" w:w="1080"/>
          </w:tcPr>
          <w:p>
            <w:r>
              <w:t>15522221赵芮嘉</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54.33</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t>1、第二届全国大学生草学类本科专业技能大赛-标本制作三等奖2、第二届全国大学生草学类本科专业技能大赛-综合知识竞赛三等奖</w:t>
            </w:r>
          </w:p>
        </w:tc>
        <w:tc>
          <w:tcPr>
            <w:tcW w:type="dxa" w:w="1080"/>
          </w:tcPr>
          <w:p>
            <w:r>
              <w:t>1、2024年9月2、2024年9月</w:t>
            </w:r>
          </w:p>
        </w:tc>
        <w:tc>
          <w:tcPr>
            <w:tcW w:type="dxa" w:w="1080"/>
          </w:tcPr>
          <w:p>
            <w:r>
              <w:t>10</w:t>
            </w:r>
          </w:p>
        </w:tc>
        <w:tc>
          <w:tcPr>
            <w:tcW w:type="dxa" w:w="1080"/>
          </w:tcPr>
          <w:p>
            <w:r>
              <w:t>省级三等奖10，同类型比赛取奖项最高分</w:t>
            </w:r>
          </w:p>
        </w:tc>
        <w:tc>
          <w:tcPr>
            <w:tcW w:type="dxa" w:w="1080"/>
          </w:tcPr>
          <w:p/>
        </w:tc>
        <w:tc>
          <w:tcPr>
            <w:tcW w:type="dxa" w:w="1080"/>
          </w:tcPr>
          <w:p/>
        </w:tc>
        <w:tc>
          <w:tcPr>
            <w:tcW w:type="dxa" w:w="1080"/>
          </w:tcPr>
          <w:p/>
        </w:tc>
      </w:tr>
      <w:tr>
        <w:tc>
          <w:tcPr>
            <w:tcW w:type="dxa" w:w="1080"/>
          </w:tcPr>
          <w:p>
            <w:r>
              <w:t>校市级</w:t>
            </w:r>
          </w:p>
        </w:tc>
        <w:tc>
          <w:tcPr>
            <w:tcW w:type="dxa" w:w="1080"/>
          </w:tcPr>
          <w:p>
            <w:r>
              <w:t>南京农业大学“第二届植物生产类本科专业基本技能大赛”一等奖</w:t>
            </w:r>
          </w:p>
        </w:tc>
        <w:tc>
          <w:tcPr>
            <w:tcW w:type="dxa" w:w="1080"/>
          </w:tcPr>
          <w:p>
            <w:r>
              <w:t>2025年4月</w:t>
            </w:r>
          </w:p>
        </w:tc>
        <w:tc>
          <w:tcPr>
            <w:tcW w:type="dxa" w:w="1080"/>
          </w:tcPr>
          <w:p>
            <w:r>
              <w:t>10</w:t>
            </w:r>
          </w:p>
        </w:tc>
        <w:tc>
          <w:tcPr>
            <w:tcW w:type="dxa" w:w="1080"/>
          </w:tcPr>
          <w:p>
            <w:r>
              <w:t>校市级一等奖10</w:t>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担任国家级SRT项目《日本结缕草抗旱转录组分析》第一负责人，积极推动整体实验进度，进行前期材料培养，对草种进行干旱处理，进行基因表达定量分析，进行数据处理和分析，并撰写论文。项目已顺利结题。</w:t>
            </w:r>
          </w:p>
        </w:tc>
        <w:tc>
          <w:tcPr>
            <w:tcW w:type="dxa" w:w="1080"/>
          </w:tcPr>
          <w:p>
            <w:r>
              <w:t>2025年6月</w:t>
            </w:r>
          </w:p>
        </w:tc>
        <w:tc>
          <w:tcPr>
            <w:tcW w:type="dxa" w:w="1080"/>
          </w:tcPr>
          <w:p>
            <w:r>
              <w:t>29.33</w:t>
            </w:r>
          </w:p>
        </w:tc>
        <w:tc>
          <w:tcPr>
            <w:tcW w:type="dxa" w:w="1080"/>
          </w:tcPr>
          <w:p>
            <w:r/>
          </w:p>
        </w:tc>
        <w:tc>
          <w:tcPr>
            <w:tcW w:type="dxa" w:w="1080"/>
          </w:tcPr>
          <w:p/>
        </w:tc>
        <w:tc>
          <w:tcPr>
            <w:tcW w:type="dxa" w:w="1080"/>
          </w:tcPr>
          <w:p/>
        </w:tc>
      </w:tr>
      <w:tr>
        <w:tc>
          <w:tcPr>
            <w:tcW w:type="dxa" w:w="1080"/>
          </w:tcPr>
          <w:p>
            <w:r>
              <w:t>志愿服务（5分）</w:t>
            </w:r>
          </w:p>
        </w:tc>
        <w:tc>
          <w:tcPr>
            <w:tcW w:type="dxa" w:w="1080"/>
          </w:tcPr>
          <w:p>
            <w:r>
              <w:t>志愿服务</w:t>
            </w:r>
          </w:p>
        </w:tc>
        <w:tc>
          <w:tcPr>
            <w:tcW w:type="dxa" w:w="1080"/>
          </w:tcPr>
          <w:p>
            <w:r>
              <w:t>2023年度南京农业大学优秀志愿者</w:t>
            </w:r>
          </w:p>
        </w:tc>
        <w:tc>
          <w:tcPr>
            <w:tcW w:type="dxa" w:w="1080"/>
          </w:tcPr>
          <w:p>
            <w:r>
              <w:t>2024年1月</w:t>
            </w:r>
          </w:p>
        </w:tc>
        <w:tc>
          <w:tcPr>
            <w:tcW w:type="dxa" w:w="1080"/>
          </w:tcPr>
          <w:p>
            <w:r>
              <w:t>5</w:t>
            </w:r>
          </w:p>
        </w:tc>
        <w:tc>
          <w:tcPr>
            <w:tcW w:type="dxa" w:w="1080"/>
          </w:tcPr>
          <w:p>
            <w:r>
              <w:t>校级优秀志愿者5</w:t>
            </w:r>
          </w:p>
        </w:tc>
        <w:tc>
          <w:tcPr>
            <w:tcW w:type="dxa" w:w="1080"/>
          </w:tcPr>
          <w:p/>
        </w:tc>
        <w:tc>
          <w:tcPr>
            <w:tcW w:type="dxa" w:w="1080"/>
          </w:tcPr>
          <w:p/>
        </w:tc>
      </w:tr>
      <w:tr>
        <w:tc>
          <w:tcPr>
            <w:tcW w:type="dxa" w:w="1080"/>
          </w:tcPr>
          <w:p>
            <w:r>
              <w:t>任职情况</w:t>
            </w:r>
          </w:p>
        </w:tc>
        <w:tc>
          <w:tcPr>
            <w:tcW w:type="dxa" w:w="1080"/>
          </w:tcPr>
          <w:p>
            <w:r>
              <w:t>1、南京农业大学草业学院学生会主席团成员和团委志愿心理部部长2、南京农业大学红十字会学生分会博爱实践部副部长</w:t>
            </w:r>
          </w:p>
        </w:tc>
        <w:tc>
          <w:tcPr>
            <w:tcW w:type="dxa" w:w="1080"/>
          </w:tcPr>
          <w:p>
            <w:r>
              <w:t>1、2025年5月2、2024年9月</w:t>
            </w:r>
          </w:p>
        </w:tc>
        <w:tc>
          <w:tcPr>
            <w:tcW w:type="dxa" w:w="1080"/>
          </w:tcPr>
          <w:p>
            <w:r>
              <w:t>1、院级部长3 2、非学院学生会（协会）主要负责人不加分</w:t>
            </w:r>
          </w:p>
        </w:tc>
        <w:tc>
          <w:tcPr>
            <w:tcW w:type="dxa" w:w="1080"/>
          </w:tcPr>
          <w:p/>
        </w:tc>
        <w:tc>
          <w:tcPr>
            <w:tcW w:type="dxa" w:w="1080"/>
          </w:tcPr>
          <w:p/>
        </w:tc>
        <w:tc>
          <w:tcPr>
            <w:tcW w:type="dxa" w:w="1080"/>
          </w:tcPr>
          <w:p/>
        </w:tc>
        <w:tc>
          <w:tcPr>
            <w:tcW w:type="dxa" w:w="1080"/>
          </w:tcPr>
          <w:p/>
        </w:tc>
      </w:tr>
      <w:tr>
        <w:tc>
          <w:tcPr>
            <w:tcW w:type="dxa" w:w="1080"/>
          </w:tcPr>
          <w:p>
            <w:r>
              <w:t>15522222胡永豪</w:t>
            </w:r>
          </w:p>
        </w:tc>
        <w:tc>
          <w:tcPr>
            <w:tcW w:type="dxa" w:w="1080"/>
          </w:tcPr>
          <w:p>
            <w:r>
              <w:t>思想品德（合格/不合格）</w:t>
            </w:r>
          </w:p>
        </w:tc>
        <w:tc>
          <w:tcPr>
            <w:tcW w:type="dxa" w:w="1080"/>
          </w:tcPr>
          <w:p>
            <w:r/>
          </w:p>
        </w:tc>
        <w:tc>
          <w:tcPr>
            <w:tcW w:type="dxa" w:w="1080"/>
          </w:tcPr>
          <w:p>
            <w:r/>
          </w:p>
        </w:tc>
        <w:tc>
          <w:tcPr>
            <w:tcW w:type="dxa" w:w="1080"/>
          </w:tcPr>
          <w:p>
            <w:r/>
          </w:p>
        </w:tc>
        <w:tc>
          <w:tcPr>
            <w:tcW w:type="dxa" w:w="1080"/>
          </w:tcPr>
          <w:p>
            <w:r>
              <w:t>合格</w:t>
            </w:r>
          </w:p>
        </w:tc>
        <w:tc>
          <w:tcPr>
            <w:tcW w:type="dxa" w:w="1080"/>
          </w:tcPr>
          <w:p>
            <w:r/>
          </w:p>
        </w:tc>
        <w:tc>
          <w:tcPr>
            <w:tcW w:type="dxa" w:w="1080"/>
          </w:tcPr>
          <w:p>
            <w:r>
              <w:t>45.67</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t>“2023年第七届大学生环保知识竞赛”决赛三等奖</w:t>
            </w:r>
          </w:p>
        </w:tc>
        <w:tc>
          <w:tcPr>
            <w:tcW w:type="dxa" w:w="1080"/>
          </w:tcPr>
          <w:p>
            <w:r>
              <w:t>2023年6月</w:t>
            </w:r>
          </w:p>
        </w:tc>
        <w:tc>
          <w:tcPr>
            <w:tcW w:type="dxa" w:w="1080"/>
          </w:tcPr>
          <w:p>
            <w:r>
              <w:t>0</w:t>
            </w:r>
          </w:p>
        </w:tc>
        <w:tc>
          <w:tcPr>
            <w:tcW w:type="dxa" w:w="1080"/>
          </w:tcPr>
          <w:p>
            <w:r>
              <w:t>该年份该项目未列为学科专业竞赛项目</w:t>
            </w:r>
          </w:p>
        </w:tc>
        <w:tc>
          <w:tcPr>
            <w:tcW w:type="dxa" w:w="1080"/>
          </w:tcPr>
          <w:p/>
        </w:tc>
        <w:tc>
          <w:tcPr>
            <w:tcW w:type="dxa" w:w="1080"/>
          </w:tcPr>
          <w:p/>
        </w:tc>
        <w:tc>
          <w:tcPr>
            <w:tcW w:type="dxa" w:w="1080"/>
          </w:tcPr>
          <w:p/>
        </w:tc>
      </w:tr>
      <w:tr>
        <w:tc>
          <w:tcPr>
            <w:tcW w:type="dxa" w:w="1080"/>
          </w:tcPr>
          <w:p>
            <w:r>
              <w:t>校市级</w:t>
            </w:r>
          </w:p>
        </w:tc>
        <w:tc>
          <w:tcPr>
            <w:tcW w:type="dxa" w:w="1080"/>
          </w:tcPr>
          <w:p>
            <w:r>
              <w:t>1、南京农业大学“第二届植物生产类本科专业基本技能大赛”一等奖2、南京农业大学“三行情书献给NJAU”120周年校庆日征文活动三等奖</w:t>
            </w:r>
          </w:p>
        </w:tc>
        <w:tc>
          <w:tcPr>
            <w:tcW w:type="dxa" w:w="1080"/>
          </w:tcPr>
          <w:p>
            <w:r>
              <w:t>1、2025年4月2、2022年11月</w:t>
            </w:r>
          </w:p>
        </w:tc>
        <w:tc>
          <w:tcPr>
            <w:tcW w:type="dxa" w:w="1080"/>
          </w:tcPr>
          <w:p>
            <w:r>
              <w:t>10</w:t>
            </w:r>
          </w:p>
        </w:tc>
        <w:tc>
          <w:tcPr>
            <w:tcW w:type="dxa" w:w="1080"/>
          </w:tcPr>
          <w:p>
            <w:r>
              <w:t>1、校市级一等奖10 2、该年份该项目未列为学科专业竞赛项目</w:t>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主持一项校级SRT，题为《高效促生木霉菌群构建及对人工草地固碳机制研究》，顺利结项</w:t>
            </w:r>
          </w:p>
        </w:tc>
        <w:tc>
          <w:tcPr>
            <w:tcW w:type="dxa" w:w="1080"/>
          </w:tcPr>
          <w:p>
            <w:r/>
          </w:p>
        </w:tc>
        <w:tc>
          <w:tcPr>
            <w:tcW w:type="dxa" w:w="1080"/>
          </w:tcPr>
          <w:p>
            <w:r>
              <w:t>30.67</w:t>
            </w:r>
          </w:p>
        </w:tc>
        <w:tc>
          <w:tcPr>
            <w:tcW w:type="dxa" w:w="1080"/>
          </w:tcPr>
          <w:p>
            <w:r/>
          </w:p>
        </w:tc>
        <w:tc>
          <w:tcPr>
            <w:tcW w:type="dxa" w:w="1080"/>
          </w:tcPr>
          <w:p/>
        </w:tc>
        <w:tc>
          <w:tcPr>
            <w:tcW w:type="dxa" w:w="1080"/>
          </w:tcPr>
          <w:p/>
        </w:tc>
      </w:tr>
      <w:tr>
        <w:tc>
          <w:tcPr>
            <w:tcW w:type="dxa" w:w="1080"/>
          </w:tcPr>
          <w:p>
            <w:r>
              <w:t>志愿服务（5分）</w:t>
            </w:r>
          </w:p>
        </w:tc>
        <w:tc>
          <w:tcPr>
            <w:tcW w:type="dxa" w:w="1080"/>
          </w:tcPr>
          <w:p>
            <w:r>
              <w:t>志愿服务</w:t>
            </w:r>
          </w:p>
        </w:tc>
        <w:tc>
          <w:tcPr>
            <w:tcW w:type="dxa" w:w="1080"/>
          </w:tcPr>
          <w:p>
            <w:r>
              <w:t>南京农业大学2024年度优秀志愿者</w:t>
            </w:r>
          </w:p>
        </w:tc>
        <w:tc>
          <w:tcPr>
            <w:tcW w:type="dxa" w:w="1080"/>
          </w:tcPr>
          <w:p>
            <w:r>
              <w:t>2024年12月</w:t>
            </w:r>
          </w:p>
        </w:tc>
        <w:tc>
          <w:tcPr>
            <w:tcW w:type="dxa" w:w="1080"/>
          </w:tcPr>
          <w:p>
            <w:r>
              <w:t>5</w:t>
            </w:r>
          </w:p>
        </w:tc>
        <w:tc>
          <w:tcPr>
            <w:tcW w:type="dxa" w:w="1080"/>
          </w:tcPr>
          <w:p>
            <w:r>
              <w:t>校级优秀志愿者5</w:t>
            </w:r>
          </w:p>
        </w:tc>
        <w:tc>
          <w:tcPr>
            <w:tcW w:type="dxa" w:w="1080"/>
          </w:tcPr>
          <w:p/>
        </w:tc>
        <w:tc>
          <w:tcPr>
            <w:tcW w:type="dxa" w:w="1080"/>
          </w:tcPr>
          <w:p/>
        </w:tc>
      </w:tr>
      <w:tr>
        <w:tc>
          <w:tcPr>
            <w:tcW w:type="dxa" w:w="1080"/>
          </w:tcPr>
          <w:p>
            <w:r>
              <w:t>任职情况</w:t>
            </w:r>
          </w:p>
        </w:tc>
        <w:tc>
          <w:tcPr>
            <w:tcW w:type="dxa" w:w="1080"/>
          </w:tcPr>
          <w:p>
            <w:r>
              <w:t>南京农业大学草业学院2024-2025学年学生会执行主席</w:t>
            </w:r>
          </w:p>
        </w:tc>
        <w:tc>
          <w:tcPr>
            <w:tcW w:type="dxa" w:w="1080"/>
          </w:tcPr>
          <w:p>
            <w:r>
              <w:t>2024年5月-2025年5月</w:t>
            </w:r>
          </w:p>
        </w:tc>
        <w:tc>
          <w:tcPr>
            <w:tcW w:type="dxa" w:w="1080"/>
          </w:tcPr>
          <w:p>
            <w:r>
              <w:t>院级学生会执行主席等同于校级主要负责人4</w:t>
            </w:r>
          </w:p>
        </w:tc>
        <w:tc>
          <w:tcPr>
            <w:tcW w:type="dxa" w:w="1080"/>
          </w:tcPr>
          <w:p/>
        </w:tc>
        <w:tc>
          <w:tcPr>
            <w:tcW w:type="dxa" w:w="1080"/>
          </w:tcPr>
          <w:p/>
        </w:tc>
        <w:tc>
          <w:tcPr>
            <w:tcW w:type="dxa" w:w="1080"/>
          </w:tcPr>
          <w:p/>
        </w:tc>
        <w:tc>
          <w:tcPr>
            <w:tcW w:type="dxa" w:w="1080"/>
          </w:tcPr>
          <w:p/>
        </w:tc>
      </w:tr>
      <w:tr>
        <w:tc>
          <w:tcPr>
            <w:tcW w:type="dxa" w:w="1080"/>
          </w:tcPr>
          <w:p>
            <w:r>
              <w:t>15522230谢彩羿</w:t>
            </w:r>
          </w:p>
        </w:tc>
        <w:tc>
          <w:tcPr>
            <w:tcW w:type="dxa" w:w="1080"/>
          </w:tcPr>
          <w:p>
            <w:r>
              <w:t>思想品德（合格/不合格）</w:t>
            </w:r>
          </w:p>
        </w:tc>
        <w:tc>
          <w:tcPr>
            <w:tcW w:type="dxa" w:w="1080"/>
          </w:tcPr>
          <w:p>
            <w:r/>
          </w:p>
        </w:tc>
        <w:tc>
          <w:tcPr>
            <w:tcW w:type="dxa" w:w="1080"/>
          </w:tcPr>
          <w:p>
            <w:r>
              <w:t>入党积极分子</w:t>
            </w:r>
          </w:p>
        </w:tc>
        <w:tc>
          <w:tcPr>
            <w:tcW w:type="dxa" w:w="1080"/>
          </w:tcPr>
          <w:p>
            <w:r/>
          </w:p>
        </w:tc>
        <w:tc>
          <w:tcPr>
            <w:tcW w:type="dxa" w:w="1080"/>
          </w:tcPr>
          <w:p>
            <w:r>
              <w:t>合格</w:t>
            </w:r>
          </w:p>
        </w:tc>
        <w:tc>
          <w:tcPr>
            <w:tcW w:type="dxa" w:w="1080"/>
          </w:tcPr>
          <w:p>
            <w:r/>
          </w:p>
        </w:tc>
        <w:tc>
          <w:tcPr>
            <w:tcW w:type="dxa" w:w="1080"/>
          </w:tcPr>
          <w:p>
            <w:r>
              <w:t>29.00</w:t>
            </w:r>
          </w:p>
        </w:tc>
      </w:tr>
      <w:tr>
        <w:tc>
          <w:tcPr>
            <w:tcW w:type="dxa" w:w="1080"/>
          </w:tcPr>
          <w:p>
            <w:r>
              <w:t>学术成果（25分）</w:t>
            </w:r>
          </w:p>
        </w:tc>
        <w:tc>
          <w:tcPr>
            <w:tcW w:type="dxa" w:w="1080"/>
          </w:tcPr>
          <w:p>
            <w:r>
              <w:t>SCI</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核心期刊</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专业相关的发明专利</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学科竞赛（35分）</w:t>
            </w:r>
          </w:p>
        </w:tc>
        <w:tc>
          <w:tcPr>
            <w:tcW w:type="dxa" w:w="1080"/>
          </w:tcPr>
          <w:p>
            <w:r>
              <w:t>国家级及国际级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r>
      <w:tr>
        <w:tc>
          <w:tcPr>
            <w:tcW w:type="dxa" w:w="1080"/>
          </w:tcPr>
          <w:p>
            <w:r>
              <w:t>省级</w:t>
            </w:r>
          </w:p>
        </w:tc>
        <w:tc>
          <w:tcPr>
            <w:tcW w:type="dxa" w:w="1080"/>
          </w:tcPr>
          <w:p>
            <w:r/>
          </w:p>
        </w:tc>
        <w:tc>
          <w:tcPr>
            <w:tcW w:type="dxa" w:w="1080"/>
          </w:tcPr>
          <w:p>
            <w:r/>
          </w:p>
        </w:tc>
        <w:tc>
          <w:tcPr>
            <w:tcW w:type="dxa" w:w="1080"/>
          </w:tcPr>
          <w:p>
            <w:r/>
          </w:p>
        </w:tc>
        <w:tc>
          <w:tcPr>
            <w:tcW w:type="dxa" w:w="1080"/>
          </w:tcPr>
          <w:p>
            <w:r/>
          </w:p>
        </w:tc>
        <w:tc>
          <w:tcPr>
            <w:tcW w:type="dxa" w:w="1080"/>
          </w:tcPr>
          <w:p/>
        </w:tc>
        <w:tc>
          <w:tcPr>
            <w:tcW w:type="dxa" w:w="1080"/>
          </w:tcPr>
          <w:p/>
        </w:tc>
        <w:tc>
          <w:tcPr>
            <w:tcW w:type="dxa" w:w="1080"/>
          </w:tcPr>
          <w:p/>
        </w:tc>
      </w:tr>
      <w:tr>
        <w:tc>
          <w:tcPr>
            <w:tcW w:type="dxa" w:w="1080"/>
          </w:tcPr>
          <w:p>
            <w:r>
              <w:t>校市级</w:t>
            </w:r>
          </w:p>
        </w:tc>
        <w:tc>
          <w:tcPr>
            <w:tcW w:type="dxa" w:w="1080"/>
          </w:tcPr>
          <w:p>
            <w:r>
              <w:t>1、南京农业大学第四届“绿野仙足”足球场规划设计大赛决赛三等奖2、南京农业大学“第二届植物生产类本科专业基本技能大赛”三等奖</w:t>
            </w:r>
          </w:p>
        </w:tc>
        <w:tc>
          <w:tcPr>
            <w:tcW w:type="dxa" w:w="1080"/>
          </w:tcPr>
          <w:p>
            <w:r>
              <w:t>1、2024年6月2、2025年4月</w:t>
            </w:r>
          </w:p>
        </w:tc>
        <w:tc>
          <w:tcPr>
            <w:tcW w:type="dxa" w:w="1080"/>
          </w:tcPr>
          <w:p>
            <w:r>
              <w:t>0</w:t>
            </w:r>
          </w:p>
        </w:tc>
        <w:tc>
          <w:tcPr>
            <w:tcW w:type="dxa" w:w="1080"/>
          </w:tcPr>
          <w:p>
            <w:r>
              <w:t>1、校市级三等奖不加分2、校市级三等奖不加分</w:t>
            </w:r>
          </w:p>
        </w:tc>
        <w:tc>
          <w:tcPr>
            <w:tcW w:type="dxa" w:w="1080"/>
          </w:tcPr>
          <w:p/>
        </w:tc>
        <w:tc>
          <w:tcPr>
            <w:tcW w:type="dxa" w:w="1080"/>
          </w:tcPr>
          <w:p/>
        </w:tc>
        <w:tc>
          <w:tcPr>
            <w:tcW w:type="dxa" w:w="1080"/>
          </w:tcPr>
          <w:p/>
        </w:tc>
      </w:tr>
      <w:tr>
        <w:tc>
          <w:tcPr>
            <w:tcW w:type="dxa" w:w="1080"/>
          </w:tcPr>
          <w:p>
            <w:r>
              <w:t>学术能力（35分）</w:t>
            </w:r>
          </w:p>
        </w:tc>
        <w:tc>
          <w:tcPr>
            <w:tcW w:type="dxa" w:w="1080"/>
          </w:tcPr>
          <w:p>
            <w:r>
              <w:t>承担SRT项目情况</w:t>
            </w:r>
          </w:p>
        </w:tc>
        <w:tc>
          <w:tcPr>
            <w:tcW w:type="dxa" w:w="1080"/>
          </w:tcPr>
          <w:p>
            <w:r>
              <w:t>SRT个人小结；实验记录本；学术能力总结</w:t>
            </w:r>
          </w:p>
        </w:tc>
        <w:tc>
          <w:tcPr>
            <w:tcW w:type="dxa" w:w="1080"/>
          </w:tcPr>
          <w:p>
            <w:r/>
          </w:p>
        </w:tc>
        <w:tc>
          <w:tcPr>
            <w:tcW w:type="dxa" w:w="1080"/>
          </w:tcPr>
          <w:p>
            <w:r>
              <w:t>29.00</w:t>
            </w:r>
          </w:p>
        </w:tc>
        <w:tc>
          <w:tcPr>
            <w:tcW w:type="dxa" w:w="1080"/>
          </w:tcPr>
          <w:p>
            <w:r/>
          </w:p>
        </w:tc>
        <w:tc>
          <w:tcPr>
            <w:tcW w:type="dxa" w:w="1080"/>
          </w:tcPr>
          <w:p/>
        </w:tc>
        <w:tc>
          <w:tcPr>
            <w:tcW w:type="dxa" w:w="1080"/>
          </w:tcPr>
          <w:p/>
        </w:tc>
      </w:tr>
      <w:tr>
        <w:tc>
          <w:tcPr>
            <w:tcW w:type="dxa" w:w="1080"/>
          </w:tcPr>
          <w:p>
            <w:r>
              <w:t>志愿服务（5分）</w:t>
            </w:r>
          </w:p>
        </w:tc>
        <w:tc>
          <w:tcPr>
            <w:tcW w:type="dxa" w:w="1080"/>
          </w:tcPr>
          <w:p>
            <w:r>
              <w:t>志愿服务</w:t>
            </w:r>
          </w:p>
        </w:tc>
        <w:tc>
          <w:tcPr>
            <w:tcW w:type="dxa" w:w="1080"/>
          </w:tcPr>
          <w:p>
            <w:r>
              <w:t>2024年“就业暖心·桂在行动”优秀志愿者</w:t>
            </w:r>
          </w:p>
        </w:tc>
        <w:tc>
          <w:tcPr>
            <w:tcW w:type="dxa" w:w="1080"/>
          </w:tcPr>
          <w:p>
            <w:r>
              <w:t>2024年2月</w:t>
            </w:r>
          </w:p>
        </w:tc>
        <w:tc>
          <w:tcPr>
            <w:tcW w:type="dxa" w:w="1080"/>
          </w:tcPr>
          <w:p>
            <w:r>
              <w:t>0</w:t>
            </w:r>
          </w:p>
        </w:tc>
        <w:tc>
          <w:tcPr>
            <w:tcW w:type="dxa" w:w="1080"/>
          </w:tcPr>
          <w:p>
            <w:r>
              <w:t>非校团委认定的校级优秀志愿者不加分</w:t>
            </w:r>
          </w:p>
        </w:tc>
        <w:tc>
          <w:tcPr>
            <w:tcW w:type="dxa" w:w="1080"/>
          </w:tcPr>
          <w:p/>
        </w:tc>
        <w:tc>
          <w:tcPr>
            <w:tcW w:type="dxa" w:w="1080"/>
          </w:tcPr>
          <w:p/>
        </w:tc>
      </w:tr>
    </w:tbl>
    <w:p>
      <w:r>
        <w:t>公示期三天，自2025年9月5日至2025年9月7日止。如对综合素质得分有异议，请于公示期内向推荐免试攻读研究生工作领导小组反映。联系人：杨元奇，邮箱：yq180402@163.com。</w:t>
      </w:r>
    </w:p>
    <w:p>
      <w:r>
        <w:t>草业学院</w:t>
      </w:r>
    </w:p>
    <w:p>
      <w:r>
        <w:t>2025年9月5日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