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【公示】草业学院2025年推荐免试攻读研究生综合素质得分公示</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草业学院2025年推荐免试攻读研究生综合素质得分汇总表</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姓名</w:t>
            </w:r>
          </w:p>
        </w:tc>
        <w:tc>
          <w:tcPr>
            <w:tcW w:type="dxa" w:w="1080"/>
          </w:tcPr>
          <w:p>
            <w:r>
              <w:t>模块名称</w:t>
            </w:r>
          </w:p>
        </w:tc>
        <w:tc>
          <w:tcPr>
            <w:tcW w:type="dxa" w:w="1080"/>
          </w:tcPr>
          <w:p>
            <w:r>
              <w:t>项目名称</w:t>
            </w:r>
          </w:p>
        </w:tc>
        <w:tc>
          <w:tcPr>
            <w:tcW w:type="dxa" w:w="1080"/>
          </w:tcPr>
          <w:p>
            <w:r>
              <w:t>申请内容</w:t>
            </w:r>
          </w:p>
        </w:tc>
        <w:tc>
          <w:tcPr>
            <w:tcW w:type="dxa" w:w="1080"/>
          </w:tcPr>
          <w:p>
            <w:r>
              <w:t>获奖时间</w:t>
            </w:r>
          </w:p>
        </w:tc>
        <w:tc>
          <w:tcPr>
            <w:tcW w:type="dxa" w:w="1080"/>
          </w:tcPr>
          <w:p>
            <w:r>
              <w:t>分值</w:t>
            </w:r>
          </w:p>
        </w:tc>
        <w:tc>
          <w:tcPr>
            <w:tcW w:type="dxa" w:w="1080"/>
          </w:tcPr>
          <w:p>
            <w:r>
              <w:t>备注</w:t>
            </w:r>
          </w:p>
        </w:tc>
        <w:tc>
          <w:tcPr>
            <w:tcW w:type="dxa" w:w="1080"/>
          </w:tcPr>
          <w:p>
            <w:r>
              <w:t>总分</w:t>
            </w:r>
          </w:p>
        </w:tc>
      </w:tr>
      <w:tr>
        <w:tc>
          <w:tcPr>
            <w:tcW w:type="dxa" w:w="1080"/>
          </w:tcPr>
          <w:p>
            <w:r>
              <w:t>15521101王玥瑶</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34</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南京农业大学第三届“振兴杯”创新创业大赛三等奖</w:t>
            </w:r>
          </w:p>
        </w:tc>
        <w:tc>
          <w:tcPr>
            <w:tcW w:type="dxa" w:w="1080"/>
          </w:tcPr>
          <w:p>
            <w:r>
              <w:t>2023年7月</w:t>
            </w:r>
          </w:p>
        </w:tc>
        <w:tc>
          <w:tcPr>
            <w:tcW w:type="dxa" w:w="1080"/>
          </w:tcPr>
          <w:p>
            <w:r>
              <w:t>0</w:t>
            </w:r>
          </w:p>
        </w:tc>
        <w:tc>
          <w:tcPr>
            <w:tcW w:type="dxa" w:w="1080"/>
          </w:tcPr>
          <w:p>
            <w:r>
              <w:t>校市级三等奖不加分</w:t>
            </w:r>
          </w:p>
        </w:tc>
        <w:tc>
          <w:tcPr>
            <w:tcW w:type="dxa" w:w="1080"/>
          </w:tcPr>
          <w:p/>
        </w:tc>
        <w:tc>
          <w:tcPr>
            <w:tcW w:type="dxa" w:w="1080"/>
          </w:tcPr>
          <w:p/>
        </w:tc>
        <w:tc>
          <w:tcPr>
            <w:tcW w:type="dxa" w:w="1080"/>
          </w:tcPr>
          <w:p/>
        </w:tc>
      </w:tr>
      <w:tr>
        <w:tc>
          <w:tcPr>
            <w:tcW w:type="dxa" w:w="1080"/>
          </w:tcPr>
          <w:p>
            <w:r>
              <w:t>南京农业大学第一届植物生产类本科专业基本技能大赛三等奖</w:t>
            </w:r>
          </w:p>
        </w:tc>
        <w:tc>
          <w:tcPr>
            <w:tcW w:type="dxa" w:w="1080"/>
          </w:tcPr>
          <w:p>
            <w:r>
              <w:t>2023年12月14日</w:t>
            </w:r>
          </w:p>
        </w:tc>
        <w:tc>
          <w:tcPr>
            <w:tcW w:type="dxa" w:w="1080"/>
          </w:tcPr>
          <w:p>
            <w:r>
              <w:t>校市级三等奖不加分</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参与校级SRT“添加有机肥和不同原生草地土壤对南山草原秃斑土地植被建植的影响”，结项优秀。</w:t>
            </w:r>
          </w:p>
        </w:tc>
        <w:tc>
          <w:tcPr>
            <w:tcW w:type="dxa" w:w="1080"/>
          </w:tcPr>
          <w:p>
            <w:r/>
          </w:p>
        </w:tc>
        <w:tc>
          <w:tcPr>
            <w:tcW w:type="dxa" w:w="1080"/>
          </w:tcPr>
          <w:p>
            <w:r>
              <w:t>31</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草业学院十周年院庆活动“优秀志愿者南京农业大学地五十一届运动会优秀志愿者</w:t>
            </w:r>
          </w:p>
        </w:tc>
        <w:tc>
          <w:tcPr>
            <w:tcW w:type="dxa" w:w="1080"/>
          </w:tcPr>
          <w:p>
            <w:r>
              <w:t>2022年12月2023年7月</w:t>
            </w:r>
          </w:p>
        </w:tc>
        <w:tc>
          <w:tcPr>
            <w:tcW w:type="dxa" w:w="1080"/>
          </w:tcPr>
          <w:p>
            <w:r>
              <w:t>3</w:t>
            </w:r>
          </w:p>
        </w:tc>
        <w:tc>
          <w:tcPr>
            <w:tcW w:type="dxa" w:w="1080"/>
          </w:tcPr>
          <w:p>
            <w:r>
              <w:t>非校团委认定的校级优秀志愿者不计分</w:t>
            </w:r>
          </w:p>
        </w:tc>
        <w:tc>
          <w:tcPr>
            <w:tcW w:type="dxa" w:w="1080"/>
          </w:tcPr>
          <w:p/>
        </w:tc>
        <w:tc>
          <w:tcPr>
            <w:tcW w:type="dxa" w:w="1080"/>
          </w:tcPr>
          <w:p/>
        </w:tc>
      </w:tr>
      <w:tr>
        <w:tc>
          <w:tcPr>
            <w:tcW w:type="dxa" w:w="1080"/>
          </w:tcPr>
          <w:p>
            <w:r>
              <w:t>任职情况</w:t>
            </w:r>
          </w:p>
        </w:tc>
        <w:tc>
          <w:tcPr>
            <w:tcW w:type="dxa" w:w="1080"/>
          </w:tcPr>
          <w:p>
            <w:r>
              <w:t>担任南京农业大学草业学院学生会体育部部长；担任羽毛球协会副会长一职</w:t>
            </w:r>
          </w:p>
        </w:tc>
        <w:tc>
          <w:tcPr>
            <w:tcW w:type="dxa" w:w="1080"/>
          </w:tcPr>
          <w:p>
            <w:r>
              <w:t>2023年5月-2024年5月2022年6月-2023年6月</w:t>
            </w:r>
          </w:p>
        </w:tc>
        <w:tc>
          <w:tcPr>
            <w:tcW w:type="dxa" w:w="1080"/>
          </w:tcPr>
          <w:p>
            <w:r>
              <w:t>院级部长3</w:t>
            </w:r>
          </w:p>
        </w:tc>
        <w:tc>
          <w:tcPr>
            <w:tcW w:type="dxa" w:w="1080"/>
          </w:tcPr>
          <w:p/>
        </w:tc>
        <w:tc>
          <w:tcPr>
            <w:tcW w:type="dxa" w:w="1080"/>
          </w:tcPr>
          <w:p/>
        </w:tc>
        <w:tc>
          <w:tcPr>
            <w:tcW w:type="dxa" w:w="1080"/>
          </w:tcPr>
          <w:p/>
        </w:tc>
        <w:tc>
          <w:tcPr>
            <w:tcW w:type="dxa" w:w="1080"/>
          </w:tcPr>
          <w:p/>
        </w:tc>
      </w:tr>
      <w:tr>
        <w:tc>
          <w:tcPr>
            <w:tcW w:type="dxa" w:w="1080"/>
          </w:tcPr>
          <w:p>
            <w:r>
              <w:t>15521107李佳蕾</w:t>
            </w:r>
          </w:p>
        </w:tc>
        <w:tc>
          <w:tcPr>
            <w:tcW w:type="dxa" w:w="1080"/>
          </w:tcPr>
          <w:p>
            <w:r>
              <w:t>思想品德（合格/不合格）</w:t>
            </w:r>
          </w:p>
        </w:tc>
        <w:tc>
          <w:tcPr>
            <w:tcW w:type="dxa" w:w="1080"/>
          </w:tcPr>
          <w:p>
            <w:r/>
          </w:p>
        </w:tc>
        <w:tc>
          <w:tcPr>
            <w:tcW w:type="dxa" w:w="1080"/>
          </w:tcPr>
          <w:p>
            <w:r>
              <w:t>思想政治：“江苏共青团-青年大学习”已完成获2021年度草业学院“教育评议优秀团员”</w:t>
            </w:r>
          </w:p>
        </w:tc>
        <w:tc>
          <w:tcPr>
            <w:tcW w:type="dxa" w:w="1080"/>
          </w:tcPr>
          <w:p>
            <w:r/>
          </w:p>
        </w:tc>
        <w:tc>
          <w:tcPr>
            <w:tcW w:type="dxa" w:w="1080"/>
          </w:tcPr>
          <w:p>
            <w:r>
              <w:t>合格</w:t>
            </w:r>
          </w:p>
        </w:tc>
        <w:tc>
          <w:tcPr>
            <w:tcW w:type="dxa" w:w="1080"/>
          </w:tcPr>
          <w:p>
            <w:r/>
          </w:p>
        </w:tc>
        <w:tc>
          <w:tcPr>
            <w:tcW w:type="dxa" w:w="1080"/>
          </w:tcPr>
          <w:p>
            <w:r>
              <w:t>46.83</w:t>
            </w:r>
          </w:p>
        </w:tc>
      </w:tr>
      <w:tr>
        <w:tc>
          <w:tcPr>
            <w:tcW w:type="dxa" w:w="1080"/>
          </w:tcPr>
          <w:p>
            <w:r>
              <w:t>学术成果（25分）</w:t>
            </w:r>
          </w:p>
        </w:tc>
        <w:tc>
          <w:tcPr>
            <w:tcW w:type="dxa" w:w="1080"/>
          </w:tcPr>
          <w:p>
            <w:r>
              <w:t>SCI</w:t>
            </w:r>
          </w:p>
        </w:tc>
        <w:tc>
          <w:tcPr>
            <w:tcW w:type="dxa" w:w="1080"/>
          </w:tcPr>
          <w:p>
            <w:r>
              <w:t>以第三作者身份在plants发表论文《Transcriptome-Based Weighted Gene Co-Expression Network Analysis Reveals the Photosynthesis Pathway and Hub Genes Involved in Promoting Tiller Growth under Repeated Drought–Rewatering Cycles in Perennial Ryegrass》</w:t>
            </w:r>
          </w:p>
        </w:tc>
        <w:tc>
          <w:tcPr>
            <w:tcW w:type="dxa" w:w="1080"/>
          </w:tcPr>
          <w:p>
            <w:r>
              <w:t>2024年3月</w:t>
            </w:r>
          </w:p>
        </w:tc>
        <w:tc>
          <w:tcPr>
            <w:tcW w:type="dxa" w:w="1080"/>
          </w:tcPr>
          <w:p>
            <w:r>
              <w:t>5</w:t>
            </w:r>
          </w:p>
        </w:tc>
        <w:tc>
          <w:tcPr>
            <w:tcW w:type="dxa" w:w="1080"/>
          </w:tcPr>
          <w:p>
            <w:r>
              <w:t>排名第三5</w:t>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南京农业大学第一届植物生产类本科专业基本技能大赛二等奖</w:t>
            </w:r>
          </w:p>
        </w:tc>
        <w:tc>
          <w:tcPr>
            <w:tcW w:type="dxa" w:w="1080"/>
          </w:tcPr>
          <w:p>
            <w:r>
              <w:t>2023年12月24日</w:t>
            </w:r>
          </w:p>
        </w:tc>
        <w:tc>
          <w:tcPr>
            <w:tcW w:type="dxa" w:w="1080"/>
          </w:tcPr>
          <w:p>
            <w:r>
              <w:t>5</w:t>
            </w:r>
          </w:p>
        </w:tc>
        <w:tc>
          <w:tcPr>
            <w:tcW w:type="dxa" w:w="1080"/>
          </w:tcPr>
          <w:p>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1.作为项目第一主持人主持2022年度南京农业大学植物生产国家级实验教学中心开放性创新创业训练项目“不同‘千旱-复水’处理对多年生黑麦草根系形态影响及其激素学机制研究”，顺利结题；2.作为项目第一主持人主持2023年度南京农业大学大学生创新训练项目计划“不同“干旱-复水”处理对多年生黑麦草根系形态影响及其生理响应研究”，顺利结题。</w:t>
            </w:r>
          </w:p>
        </w:tc>
        <w:tc>
          <w:tcPr>
            <w:tcW w:type="dxa" w:w="1080"/>
          </w:tcPr>
          <w:p>
            <w:r>
              <w:t>2023年9月15日；2024年9月12日</w:t>
            </w:r>
          </w:p>
        </w:tc>
        <w:tc>
          <w:tcPr>
            <w:tcW w:type="dxa" w:w="1080"/>
          </w:tcPr>
          <w:p>
            <w:r>
              <w:t>31.83</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荣获2023年度南京农业大学“优秀志愿者”</w:t>
            </w:r>
          </w:p>
        </w:tc>
        <w:tc>
          <w:tcPr>
            <w:tcW w:type="dxa" w:w="1080"/>
          </w:tcPr>
          <w:p>
            <w:r/>
          </w:p>
        </w:tc>
        <w:tc>
          <w:tcPr>
            <w:tcW w:type="dxa" w:w="1080"/>
          </w:tcPr>
          <w:p>
            <w:r>
              <w:t>5</w:t>
            </w:r>
          </w:p>
        </w:tc>
        <w:tc>
          <w:tcPr>
            <w:tcW w:type="dxa" w:w="1080"/>
          </w:tcPr>
          <w:p>
            <w:r>
              <w:t>校级优秀志愿者5</w:t>
            </w:r>
          </w:p>
        </w:tc>
        <w:tc>
          <w:tcPr>
            <w:tcW w:type="dxa" w:w="1080"/>
          </w:tcPr>
          <w:p/>
        </w:tc>
        <w:tc>
          <w:tcPr>
            <w:tcW w:type="dxa" w:w="1080"/>
          </w:tcPr>
          <w:p/>
        </w:tc>
      </w:tr>
      <w:tr>
        <w:tc>
          <w:tcPr>
            <w:tcW w:type="dxa" w:w="1080"/>
          </w:tcPr>
          <w:p>
            <w:r>
              <w:t>任职情况</w:t>
            </w:r>
          </w:p>
        </w:tc>
        <w:tc>
          <w:tcPr>
            <w:tcW w:type="dxa" w:w="1080"/>
          </w:tcPr>
          <w:p>
            <w:r>
              <w:t>1.任职情况：2023.05-2024.05担任草业学院团委副书记2.作为团队负责人代表学院参加南京农业大学第八届志愿服务项目大赛（实施项目）获三等奖</w:t>
            </w:r>
          </w:p>
        </w:tc>
        <w:tc>
          <w:tcPr>
            <w:tcW w:type="dxa" w:w="1080"/>
          </w:tcPr>
          <w:p>
            <w:r/>
          </w:p>
        </w:tc>
        <w:tc>
          <w:tcPr>
            <w:tcW w:type="dxa" w:w="1080"/>
          </w:tcPr>
          <w:p>
            <w:r>
              <w:t>院级团委副书记等同于校级主要负责人4</w:t>
            </w:r>
          </w:p>
        </w:tc>
        <w:tc>
          <w:tcPr>
            <w:tcW w:type="dxa" w:w="1080"/>
          </w:tcPr>
          <w:p/>
        </w:tc>
        <w:tc>
          <w:tcPr>
            <w:tcW w:type="dxa" w:w="1080"/>
          </w:tcPr>
          <w:p/>
        </w:tc>
        <w:tc>
          <w:tcPr>
            <w:tcW w:type="dxa" w:w="1080"/>
          </w:tcPr>
          <w:p/>
        </w:tc>
        <w:tc>
          <w:tcPr>
            <w:tcW w:type="dxa" w:w="1080"/>
          </w:tcPr>
          <w:p/>
        </w:tc>
      </w:tr>
      <w:tr>
        <w:tc>
          <w:tcPr>
            <w:tcW w:type="dxa" w:w="1080"/>
          </w:tcPr>
          <w:p>
            <w:r>
              <w:t>15521109李婧</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54.67</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第一届全国大学生草学类本科专业技能大赛团体二等奖第一届全国大学生草学类本科专业技能大赛草学综合知识竞赛二等奖第一届全国大学生草学类本科专业技能大赛牧草和草坪草植物标本制作大赛三等奖</w:t>
            </w:r>
          </w:p>
        </w:tc>
        <w:tc>
          <w:tcPr>
            <w:tcW w:type="dxa" w:w="1080"/>
          </w:tcPr>
          <w:p>
            <w:r>
              <w:t>2023年10月</w:t>
            </w:r>
          </w:p>
        </w:tc>
        <w:tc>
          <w:tcPr>
            <w:tcW w:type="dxa" w:w="1080"/>
          </w:tcPr>
          <w:p>
            <w:r>
              <w:t>15</w:t>
            </w:r>
          </w:p>
        </w:tc>
        <w:tc>
          <w:tcPr>
            <w:tcW w:type="dxa" w:w="1080"/>
          </w:tcPr>
          <w:p>
            <w:r>
              <w:t>同一类型比赛取奖项最高分</w:t>
            </w:r>
          </w:p>
        </w:tc>
        <w:tc>
          <w:tcPr>
            <w:tcW w:type="dxa" w:w="1080"/>
          </w:tcPr>
          <w:p/>
        </w:tc>
        <w:tc>
          <w:tcPr>
            <w:tcW w:type="dxa" w:w="1080"/>
          </w:tcPr>
          <w:p/>
        </w:tc>
        <w:tc>
          <w:tcPr>
            <w:tcW w:type="dxa" w:w="1080"/>
          </w:tcPr>
          <w:p/>
        </w:tc>
      </w:tr>
      <w:tr>
        <w:tc>
          <w:tcPr>
            <w:tcW w:type="dxa" w:w="1080"/>
          </w:tcPr>
          <w:p>
            <w:r>
              <w:t>校市级</w:t>
            </w:r>
          </w:p>
        </w:tc>
        <w:tc>
          <w:tcPr>
            <w:tcW w:type="dxa" w:w="1080"/>
          </w:tcPr>
          <w:p>
            <w:r>
              <w:t>第一届南京农业大学植物生产类大赛二等奖</w:t>
            </w:r>
          </w:p>
        </w:tc>
        <w:tc>
          <w:tcPr>
            <w:tcW w:type="dxa" w:w="1080"/>
          </w:tcPr>
          <w:p>
            <w:r>
              <w:t>2023年12月</w:t>
            </w:r>
          </w:p>
        </w:tc>
        <w:tc>
          <w:tcPr>
            <w:tcW w:type="dxa" w:w="1080"/>
          </w:tcPr>
          <w:p>
            <w:r>
              <w:t>5</w:t>
            </w:r>
          </w:p>
        </w:tc>
        <w:tc>
          <w:tcPr>
            <w:tcW w:type="dxa" w:w="1080"/>
          </w:tcPr>
          <w:p>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p>
        </w:tc>
        <w:tc>
          <w:tcPr>
            <w:tcW w:type="dxa" w:w="1080"/>
          </w:tcPr>
          <w:p>
            <w:r/>
          </w:p>
        </w:tc>
        <w:tc>
          <w:tcPr>
            <w:tcW w:type="dxa" w:w="1080"/>
          </w:tcPr>
          <w:p>
            <w:r>
              <w:t>31.67</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草业学院团委宣传部部长、草业学院学生会文娱部副部长、草业211班学委（开学至今）</w:t>
            </w:r>
          </w:p>
        </w:tc>
        <w:tc>
          <w:tcPr>
            <w:tcW w:type="dxa" w:w="1080"/>
          </w:tcPr>
          <w:p>
            <w:r/>
          </w:p>
        </w:tc>
        <w:tc>
          <w:tcPr>
            <w:tcW w:type="dxa" w:w="1080"/>
          </w:tcPr>
          <w:p>
            <w:r>
              <w:t>3</w:t>
            </w:r>
          </w:p>
        </w:tc>
        <w:tc>
          <w:tcPr>
            <w:tcW w:type="dxa" w:w="1080"/>
          </w:tcPr>
          <w:p>
            <w:r>
              <w:t>院级部长3</w:t>
            </w:r>
          </w:p>
        </w:tc>
        <w:tc>
          <w:tcPr>
            <w:tcW w:type="dxa" w:w="1080"/>
          </w:tcPr>
          <w:p/>
        </w:tc>
        <w:tc>
          <w:tcPr>
            <w:tcW w:type="dxa" w:w="1080"/>
          </w:tcPr>
          <w:p/>
        </w:tc>
      </w:tr>
      <w:tr>
        <w:tc>
          <w:tcPr>
            <w:tcW w:type="dxa" w:w="1080"/>
          </w:tcPr>
          <w:p>
            <w:r>
              <w:t>15521111杨子琛</w:t>
            </w:r>
          </w:p>
        </w:tc>
        <w:tc>
          <w:tcPr>
            <w:tcW w:type="dxa" w:w="1080"/>
          </w:tcPr>
          <w:p>
            <w:r>
              <w:t>思想品德（合格/不合格）</w:t>
            </w:r>
          </w:p>
        </w:tc>
        <w:tc>
          <w:tcPr>
            <w:tcW w:type="dxa" w:w="1080"/>
          </w:tcPr>
          <w:p>
            <w:r>
              <w:t>学习强国</w:t>
            </w:r>
          </w:p>
        </w:tc>
        <w:tc>
          <w:tcPr>
            <w:tcW w:type="dxa" w:w="1080"/>
          </w:tcPr>
          <w:p>
            <w:r/>
          </w:p>
        </w:tc>
        <w:tc>
          <w:tcPr>
            <w:tcW w:type="dxa" w:w="1080"/>
          </w:tcPr>
          <w:p>
            <w:r/>
          </w:p>
        </w:tc>
        <w:tc>
          <w:tcPr>
            <w:tcW w:type="dxa" w:w="1080"/>
          </w:tcPr>
          <w:p>
            <w:r>
              <w:t>合格</w:t>
            </w:r>
          </w:p>
        </w:tc>
        <w:tc>
          <w:tcPr>
            <w:tcW w:type="dxa" w:w="1080"/>
          </w:tcPr>
          <w:p>
            <w:r/>
          </w:p>
        </w:tc>
        <w:tc>
          <w:tcPr>
            <w:tcW w:type="dxa" w:w="1080"/>
          </w:tcPr>
          <w:p>
            <w:r>
              <w:t>31.83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参加2022年度南京农业大学植物生产国家级实验教学中心开放性创新创业训练计划项目“紫花首蓿青贮饲料对草鱼生长性能的影响研究”，结题合格。</w:t>
            </w:r>
          </w:p>
        </w:tc>
        <w:tc>
          <w:tcPr>
            <w:tcW w:type="dxa" w:w="1080"/>
          </w:tcPr>
          <w:p>
            <w:r>
              <w:t>2023年9月15日</w:t>
            </w:r>
          </w:p>
        </w:tc>
        <w:tc>
          <w:tcPr>
            <w:tcW w:type="dxa" w:w="1080"/>
          </w:tcPr>
          <w:p>
            <w:r>
              <w:t>31.83</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15521112吴茂盛</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40.83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南京农业大学第一届植物生产类本科专业技能大赛一等奖</w:t>
            </w:r>
          </w:p>
        </w:tc>
        <w:tc>
          <w:tcPr>
            <w:tcW w:type="dxa" w:w="1080"/>
          </w:tcPr>
          <w:p>
            <w:r>
              <w:t>2023年12月14日</w:t>
            </w:r>
          </w:p>
        </w:tc>
        <w:tc>
          <w:tcPr>
            <w:tcW w:type="dxa" w:w="1080"/>
          </w:tcPr>
          <w:p>
            <w:r>
              <w:t>10</w:t>
            </w:r>
          </w:p>
        </w:tc>
        <w:tc>
          <w:tcPr>
            <w:tcW w:type="dxa" w:w="1080"/>
          </w:tcPr>
          <w:p>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参与省级SRT，主要进行实验操作学习、记录实验过程和结果并指导其它组员进行实验操作。</w:t>
            </w:r>
          </w:p>
        </w:tc>
        <w:tc>
          <w:tcPr>
            <w:tcW w:type="dxa" w:w="1080"/>
          </w:tcPr>
          <w:p>
            <w:r/>
          </w:p>
        </w:tc>
        <w:tc>
          <w:tcPr>
            <w:tcW w:type="dxa" w:w="1080"/>
          </w:tcPr>
          <w:p>
            <w:r>
              <w:t>30.83</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担任南京农业大学图书馆阅读推荐官</w:t>
            </w:r>
          </w:p>
        </w:tc>
        <w:tc>
          <w:tcPr>
            <w:tcW w:type="dxa" w:w="1080"/>
          </w:tcPr>
          <w:p>
            <w:r/>
          </w:p>
        </w:tc>
        <w:tc>
          <w:tcPr>
            <w:tcW w:type="dxa" w:w="1080"/>
          </w:tcPr>
          <w:p>
            <w:r>
              <w:t>0</w:t>
            </w:r>
          </w:p>
        </w:tc>
        <w:tc>
          <w:tcPr>
            <w:tcW w:type="dxa" w:w="1080"/>
          </w:tcPr>
          <w:p>
            <w:r/>
          </w:p>
        </w:tc>
        <w:tc>
          <w:tcPr>
            <w:tcW w:type="dxa" w:w="1080"/>
          </w:tcPr>
          <w:p/>
        </w:tc>
        <w:tc>
          <w:tcPr>
            <w:tcW w:type="dxa" w:w="1080"/>
          </w:tcPr>
          <w:p/>
        </w:tc>
      </w:tr>
      <w:tr>
        <w:tc>
          <w:tcPr>
            <w:tcW w:type="dxa" w:w="1080"/>
          </w:tcPr>
          <w:p>
            <w:r>
              <w:t>15521113汪阳</w:t>
            </w:r>
          </w:p>
        </w:tc>
        <w:tc>
          <w:tcPr>
            <w:tcW w:type="dxa" w:w="1080"/>
          </w:tcPr>
          <w:p>
            <w:r>
              <w:t>思想品德（合格/不合格）</w:t>
            </w:r>
          </w:p>
        </w:tc>
        <w:tc>
          <w:tcPr>
            <w:tcW w:type="dxa" w:w="1080"/>
          </w:tcPr>
          <w:p>
            <w:r/>
          </w:p>
        </w:tc>
        <w:tc>
          <w:tcPr>
            <w:tcW w:type="dxa" w:w="1080"/>
          </w:tcPr>
          <w:p>
            <w:r>
              <w:t>学院教育评议优秀团员</w:t>
            </w:r>
          </w:p>
        </w:tc>
        <w:tc>
          <w:tcPr>
            <w:tcW w:type="dxa" w:w="1080"/>
          </w:tcPr>
          <w:p>
            <w:r/>
          </w:p>
        </w:tc>
        <w:tc>
          <w:tcPr>
            <w:tcW w:type="dxa" w:w="1080"/>
          </w:tcPr>
          <w:p>
            <w:r>
              <w:t>合格</w:t>
            </w:r>
          </w:p>
        </w:tc>
        <w:tc>
          <w:tcPr>
            <w:tcW w:type="dxa" w:w="1080"/>
          </w:tcPr>
          <w:p>
            <w:r/>
          </w:p>
        </w:tc>
        <w:tc>
          <w:tcPr>
            <w:tcW w:type="dxa" w:w="1080"/>
          </w:tcPr>
          <w:p>
            <w:r>
              <w:t>44.5</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t>于《植物生态学报》第三作者发表文章</w:t>
            </w:r>
          </w:p>
        </w:tc>
        <w:tc>
          <w:tcPr>
            <w:tcW w:type="dxa" w:w="1080"/>
          </w:tcPr>
          <w:p>
            <w:r>
              <w:t>2024年8月</w:t>
            </w:r>
          </w:p>
        </w:tc>
        <w:tc>
          <w:tcPr>
            <w:tcW w:type="dxa" w:w="1080"/>
          </w:tcPr>
          <w:p>
            <w:r>
              <w:t>0</w:t>
            </w:r>
          </w:p>
        </w:tc>
        <w:tc>
          <w:tcPr>
            <w:tcW w:type="dxa" w:w="1080"/>
          </w:tcPr>
          <w:p>
            <w:r>
              <w:t>第三作者不加分</w:t>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南京农业大学第一届植物生产类本科专业基本技能大赛二等奖</w:t>
            </w:r>
          </w:p>
        </w:tc>
        <w:tc>
          <w:tcPr>
            <w:tcW w:type="dxa" w:w="1080"/>
          </w:tcPr>
          <w:p>
            <w:r>
              <w:t>2024年3月</w:t>
            </w:r>
          </w:p>
        </w:tc>
        <w:tc>
          <w:tcPr>
            <w:tcW w:type="dxa" w:w="1080"/>
          </w:tcPr>
          <w:p>
            <w:r>
              <w:t>5</w:t>
            </w:r>
          </w:p>
        </w:tc>
        <w:tc>
          <w:tcPr>
            <w:tcW w:type="dxa" w:w="1080"/>
          </w:tcPr>
          <w:p>
            <w:r/>
          </w:p>
        </w:tc>
        <w:tc>
          <w:tcPr>
            <w:tcW w:type="dxa" w:w="1080"/>
          </w:tcPr>
          <w:p/>
        </w:tc>
        <w:tc>
          <w:tcPr>
            <w:tcW w:type="dxa" w:w="1080"/>
          </w:tcPr>
          <w:p/>
        </w:tc>
        <w:tc>
          <w:tcPr>
            <w:tcW w:type="dxa" w:w="1080"/>
          </w:tcPr>
          <w:p/>
        </w:tc>
      </w:tr>
      <w:tr>
        <w:tc>
          <w:tcPr>
            <w:tcW w:type="dxa" w:w="1080"/>
          </w:tcPr>
          <w:p>
            <w:r>
              <w:t>南京农业大学第四届“绿野仙足”足球场规划设计大赛二等奖</w:t>
            </w:r>
          </w:p>
        </w:tc>
        <w:tc>
          <w:tcPr>
            <w:tcW w:type="dxa" w:w="1080"/>
          </w:tcPr>
          <w:p>
            <w:r>
              <w:t>2024年6月</w:t>
            </w:r>
          </w:p>
        </w:tc>
        <w:tc>
          <w:tcPr>
            <w:tcW w:type="dxa" w:w="1080"/>
          </w:tcPr>
          <w:p>
            <w:r>
              <w:t>5</w:t>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担任主持人，2023年校级大学生创新创业训练计划项目“紫花苜蓿花期两个糖转运相关基因的克隆及其在弱光下的表达模式分析”，结题合格。</w:t>
            </w:r>
          </w:p>
        </w:tc>
        <w:tc>
          <w:tcPr>
            <w:tcW w:type="dxa" w:w="1080"/>
          </w:tcPr>
          <w:p>
            <w:r>
              <w:t>2024年9月13日</w:t>
            </w:r>
          </w:p>
        </w:tc>
        <w:tc>
          <w:tcPr>
            <w:tcW w:type="dxa" w:w="1080"/>
          </w:tcPr>
          <w:p>
            <w:r>
              <w:t>32.5</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2022年草业学院十周年院庆志愿服务活动“优秀志愿者”</w:t>
            </w:r>
          </w:p>
        </w:tc>
        <w:tc>
          <w:tcPr>
            <w:tcW w:type="dxa" w:w="1080"/>
          </w:tcPr>
          <w:p>
            <w:r/>
          </w:p>
        </w:tc>
        <w:tc>
          <w:tcPr>
            <w:tcW w:type="dxa" w:w="1080"/>
          </w:tcPr>
          <w:p>
            <w:r>
              <w:t>2</w:t>
            </w:r>
          </w:p>
        </w:tc>
        <w:tc>
          <w:tcPr>
            <w:tcW w:type="dxa" w:w="1080"/>
          </w:tcPr>
          <w:p>
            <w:r>
              <w:t>院级优秀志愿者不加分</w:t>
            </w:r>
          </w:p>
        </w:tc>
        <w:tc>
          <w:tcPr>
            <w:tcW w:type="dxa" w:w="1080"/>
          </w:tcPr>
          <w:p/>
        </w:tc>
        <w:tc>
          <w:tcPr>
            <w:tcW w:type="dxa" w:w="1080"/>
          </w:tcPr>
          <w:p/>
        </w:tc>
      </w:tr>
      <w:tr>
        <w:tc>
          <w:tcPr>
            <w:tcW w:type="dxa" w:w="1080"/>
          </w:tcPr>
          <w:p>
            <w:r>
              <w:t>任职情况</w:t>
            </w:r>
          </w:p>
        </w:tc>
        <w:tc>
          <w:tcPr>
            <w:tcW w:type="dxa" w:w="1080"/>
          </w:tcPr>
          <w:p>
            <w:r>
              <w:t>草业211班团支书，草业学院篮球队队长，草业学院宣传部干事。</w:t>
            </w:r>
          </w:p>
        </w:tc>
        <w:tc>
          <w:tcPr>
            <w:tcW w:type="dxa" w:w="1080"/>
          </w:tcPr>
          <w:p>
            <w:r/>
          </w:p>
        </w:tc>
        <w:tc>
          <w:tcPr>
            <w:tcW w:type="dxa" w:w="1080"/>
          </w:tcPr>
          <w:p>
            <w:r>
              <w:t>班级主要负责人2院级协会负责人2</w:t>
            </w:r>
          </w:p>
        </w:tc>
        <w:tc>
          <w:tcPr>
            <w:tcW w:type="dxa" w:w="1080"/>
          </w:tcPr>
          <w:p/>
        </w:tc>
        <w:tc>
          <w:tcPr>
            <w:tcW w:type="dxa" w:w="1080"/>
          </w:tcPr>
          <w:p/>
        </w:tc>
        <w:tc>
          <w:tcPr>
            <w:tcW w:type="dxa" w:w="1080"/>
          </w:tcPr>
          <w:p/>
        </w:tc>
        <w:tc>
          <w:tcPr>
            <w:tcW w:type="dxa" w:w="1080"/>
          </w:tcPr>
          <w:p/>
        </w:tc>
      </w:tr>
      <w:tr>
        <w:tc>
          <w:tcPr>
            <w:tcW w:type="dxa" w:w="1080"/>
          </w:tcPr>
          <w:p>
            <w:r>
              <w:t>15521114张羽</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31.83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江苏省第十四届知识竞赛（理工科）优秀奖</w:t>
            </w:r>
          </w:p>
        </w:tc>
        <w:tc>
          <w:tcPr>
            <w:tcW w:type="dxa" w:w="1080"/>
          </w:tcPr>
          <w:p>
            <w:r>
              <w:t>2024年5月</w:t>
            </w:r>
          </w:p>
        </w:tc>
        <w:tc>
          <w:tcPr>
            <w:tcW w:type="dxa" w:w="1080"/>
          </w:tcPr>
          <w:p>
            <w:r>
              <w:t>0</w:t>
            </w:r>
          </w:p>
        </w:tc>
        <w:tc>
          <w:tcPr>
            <w:tcW w:type="dxa" w:w="1080"/>
          </w:tcPr>
          <w:p>
            <w:r>
              <w:t>该年份该项目未列为学科专业竞赛项目</w:t>
            </w:r>
          </w:p>
        </w:tc>
        <w:tc>
          <w:tcPr>
            <w:tcW w:type="dxa" w:w="1080"/>
          </w:tcPr>
          <w:p/>
        </w:tc>
        <w:tc>
          <w:tcPr>
            <w:tcW w:type="dxa" w:w="1080"/>
          </w:tcPr>
          <w:p/>
        </w:tc>
        <w:tc>
          <w:tcPr>
            <w:tcW w:type="dxa" w:w="1080"/>
          </w:tcPr>
          <w:p/>
        </w:tc>
      </w:tr>
      <w:tr>
        <w:tc>
          <w:tcPr>
            <w:tcW w:type="dxa" w:w="1080"/>
          </w:tcPr>
          <w:p>
            <w:r>
              <w:t>普译奖全国大学生英语写作大赛决赛三等奖</w:t>
            </w:r>
          </w:p>
        </w:tc>
        <w:tc>
          <w:tcPr>
            <w:tcW w:type="dxa" w:w="1080"/>
          </w:tcPr>
          <w:p>
            <w:r>
              <w:t>2022年12月</w:t>
            </w:r>
          </w:p>
        </w:tc>
        <w:tc>
          <w:tcPr>
            <w:tcW w:type="dxa" w:w="1080"/>
          </w:tcPr>
          <w:p>
            <w:r>
              <w:t>该年份该项目未列为学科专业竞赛项目</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校市级</w:t>
            </w:r>
          </w:p>
        </w:tc>
        <w:tc>
          <w:tcPr>
            <w:tcW w:type="dxa" w:w="1080"/>
          </w:tcPr>
          <w:p>
            <w:r>
              <w:t>普译奖全国大学生英语写作大赛初赛二等奖</w:t>
            </w:r>
          </w:p>
        </w:tc>
        <w:tc>
          <w:tcPr>
            <w:tcW w:type="dxa" w:w="1080"/>
          </w:tcPr>
          <w:p>
            <w:r>
              <w:t>2022年11月</w:t>
            </w:r>
          </w:p>
        </w:tc>
        <w:tc>
          <w:tcPr>
            <w:tcW w:type="dxa" w:w="1080"/>
          </w:tcPr>
          <w:p>
            <w:r>
              <w:t>该年份该项目未列为学科专业竞赛项目</w:t>
            </w:r>
          </w:p>
        </w:tc>
        <w:tc>
          <w:tcPr>
            <w:tcW w:type="dxa" w:w="1080"/>
          </w:tcP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参与校级SRT项目《⾼效纤维素降解菌群构建及其在盐碱地绿肥翻压还⽥中的应⽤》并顺利结题</w:t>
            </w:r>
          </w:p>
        </w:tc>
        <w:tc>
          <w:tcPr>
            <w:tcW w:type="dxa" w:w="1080"/>
          </w:tcPr>
          <w:p>
            <w:r>
              <w:t>2022.10-2024.6</w:t>
            </w:r>
          </w:p>
        </w:tc>
        <w:tc>
          <w:tcPr>
            <w:tcW w:type="dxa" w:w="1080"/>
          </w:tcPr>
          <w:p>
            <w:r>
              <w:t>31.83</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担任草业学院宣传部干事</w:t>
            </w:r>
          </w:p>
        </w:tc>
        <w:tc>
          <w:tcPr>
            <w:tcW w:type="dxa" w:w="1080"/>
          </w:tcPr>
          <w:p>
            <w:r>
              <w:t>2022-2023</w:t>
            </w:r>
          </w:p>
        </w:tc>
        <w:tc>
          <w:tcPr>
            <w:tcW w:type="dxa" w:w="1080"/>
          </w:tcPr>
          <w:p>
            <w:r>
              <w:t>0</w:t>
            </w:r>
          </w:p>
        </w:tc>
        <w:tc>
          <w:tcPr>
            <w:tcW w:type="dxa" w:w="1080"/>
          </w:tcPr>
          <w:p>
            <w:r/>
          </w:p>
        </w:tc>
        <w:tc>
          <w:tcPr>
            <w:tcW w:type="dxa" w:w="1080"/>
          </w:tcPr>
          <w:p/>
        </w:tc>
        <w:tc>
          <w:tcPr>
            <w:tcW w:type="dxa" w:w="1080"/>
          </w:tcPr>
          <w:p/>
        </w:tc>
      </w:tr>
      <w:tr>
        <w:tc>
          <w:tcPr>
            <w:tcW w:type="dxa" w:w="1080"/>
          </w:tcPr>
          <w:p>
            <w:r>
              <w:t>15521115张程</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59.33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第一届全国大学生草学类本科专业技能大赛团体二等奖第一届全国大学生草学类本科专业技能大赛草学综合知识竞赛二等奖</w:t>
            </w:r>
          </w:p>
        </w:tc>
        <w:tc>
          <w:tcPr>
            <w:tcW w:type="dxa" w:w="1080"/>
          </w:tcPr>
          <w:p>
            <w:r>
              <w:t>2023年10月</w:t>
            </w:r>
          </w:p>
        </w:tc>
        <w:tc>
          <w:tcPr>
            <w:tcW w:type="dxa" w:w="1080"/>
          </w:tcPr>
          <w:p>
            <w:r>
              <w:t>15</w:t>
            </w:r>
          </w:p>
        </w:tc>
        <w:tc>
          <w:tcPr>
            <w:tcW w:type="dxa" w:w="1080"/>
          </w:tcPr>
          <w:p>
            <w:r>
              <w:t>同一类型比赛取奖项最高分</w:t>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南京农业大学第一届植物生产类本科生专业基本技能大赛一等奖</w:t>
            </w:r>
          </w:p>
        </w:tc>
        <w:tc>
          <w:tcPr>
            <w:tcW w:type="dxa" w:w="1080"/>
          </w:tcPr>
          <w:p>
            <w:r>
              <w:t>2023年12月</w:t>
            </w:r>
          </w:p>
        </w:tc>
        <w:tc>
          <w:tcPr>
            <w:tcW w:type="dxa" w:w="1080"/>
          </w:tcPr>
          <w:p>
            <w:r>
              <w:t>10</w:t>
            </w:r>
          </w:p>
        </w:tc>
        <w:tc>
          <w:tcPr>
            <w:tcW w:type="dxa" w:w="1080"/>
          </w:tcPr>
          <w:p>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校级大学生创新训练项目成员（添加不同枯落物和有机肥对南山草原秃斑植被建植以及生长的影响），结项合格</w:t>
            </w:r>
          </w:p>
        </w:tc>
        <w:tc>
          <w:tcPr>
            <w:tcW w:type="dxa" w:w="1080"/>
          </w:tcPr>
          <w:p>
            <w:r/>
          </w:p>
        </w:tc>
        <w:tc>
          <w:tcPr>
            <w:tcW w:type="dxa" w:w="1080"/>
          </w:tcPr>
          <w:p>
            <w:r>
              <w:t>31.33</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草业学院创新部部长、草业211团支部书记</w:t>
            </w:r>
          </w:p>
        </w:tc>
        <w:tc>
          <w:tcPr>
            <w:tcW w:type="dxa" w:w="1080"/>
          </w:tcPr>
          <w:p>
            <w:r/>
          </w:p>
        </w:tc>
        <w:tc>
          <w:tcPr>
            <w:tcW w:type="dxa" w:w="1080"/>
          </w:tcPr>
          <w:p>
            <w:r>
              <w:t>3</w:t>
            </w:r>
          </w:p>
        </w:tc>
        <w:tc>
          <w:tcPr>
            <w:tcW w:type="dxa" w:w="1080"/>
          </w:tcPr>
          <w:p>
            <w:r>
              <w:t>院级部长3班级主要负责人2</w:t>
            </w:r>
          </w:p>
        </w:tc>
        <w:tc>
          <w:tcPr>
            <w:tcW w:type="dxa" w:w="1080"/>
          </w:tcPr>
          <w:p/>
        </w:tc>
        <w:tc>
          <w:tcPr>
            <w:tcW w:type="dxa" w:w="1080"/>
          </w:tcPr>
          <w:p/>
        </w:tc>
      </w:tr>
      <w:tr>
        <w:tc>
          <w:tcPr>
            <w:tcW w:type="dxa" w:w="1080"/>
          </w:tcPr>
          <w:p>
            <w:r>
              <w:t>15521118孟欣</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48.5</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1.全国草学类技能本科生专业技能大赛知识竞赛二等奖2.第一届全国大学生草学类本科专业技能大赛团体二等奖</w:t>
            </w:r>
          </w:p>
        </w:tc>
        <w:tc>
          <w:tcPr>
            <w:tcW w:type="dxa" w:w="1080"/>
          </w:tcPr>
          <w:p>
            <w:r>
              <w:t>2023年10月</w:t>
            </w:r>
          </w:p>
        </w:tc>
        <w:tc>
          <w:tcPr>
            <w:tcW w:type="dxa" w:w="1080"/>
          </w:tcPr>
          <w:p>
            <w:r>
              <w:t>15</w:t>
            </w:r>
          </w:p>
        </w:tc>
        <w:tc>
          <w:tcPr>
            <w:tcW w:type="dxa" w:w="1080"/>
          </w:tcPr>
          <w:p>
            <w:r>
              <w:t>同一类型比赛取奖项最高分</w:t>
            </w:r>
          </w:p>
        </w:tc>
        <w:tc>
          <w:tcPr>
            <w:tcW w:type="dxa" w:w="1080"/>
          </w:tcPr>
          <w:p/>
        </w:tc>
        <w:tc>
          <w:tcPr>
            <w:tcW w:type="dxa" w:w="1080"/>
          </w:tcPr>
          <w:p/>
        </w:tc>
        <w:tc>
          <w:tcPr>
            <w:tcW w:type="dxa" w:w="1080"/>
          </w:tcPr>
          <w:p/>
        </w:tc>
      </w:tr>
      <w:tr>
        <w:tc>
          <w:tcPr>
            <w:tcW w:type="dxa" w:w="1080"/>
          </w:tcPr>
          <w:p>
            <w:r>
              <w:t>校市级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p>
        </w:tc>
        <w:tc>
          <w:tcPr>
            <w:tcW w:type="dxa" w:w="1080"/>
          </w:tcPr>
          <w:p>
            <w:r/>
          </w:p>
        </w:tc>
        <w:tc>
          <w:tcPr>
            <w:tcW w:type="dxa" w:w="1080"/>
          </w:tcPr>
          <w:p>
            <w:r>
              <w:t>31.5</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第三届江苏发展大会志愿者互联网+创新创业大赛优秀志愿者</w:t>
            </w:r>
          </w:p>
        </w:tc>
        <w:tc>
          <w:tcPr>
            <w:tcW w:type="dxa" w:w="1080"/>
          </w:tcPr>
          <w:p>
            <w:r>
              <w:t>2023年4月2022年7月</w:t>
            </w:r>
          </w:p>
        </w:tc>
        <w:tc>
          <w:tcPr>
            <w:tcW w:type="dxa" w:w="1080"/>
          </w:tcPr>
          <w:p>
            <w:r>
              <w:t>2</w:t>
            </w:r>
          </w:p>
        </w:tc>
        <w:tc>
          <w:tcPr>
            <w:tcW w:type="dxa" w:w="1080"/>
          </w:tcPr>
          <w:p>
            <w:r/>
          </w:p>
        </w:tc>
        <w:tc>
          <w:tcPr>
            <w:tcW w:type="dxa" w:w="1080"/>
          </w:tcPr>
          <w:p/>
        </w:tc>
        <w:tc>
          <w:tcPr>
            <w:tcW w:type="dxa" w:w="1080"/>
          </w:tcPr>
          <w:p/>
        </w:tc>
      </w:tr>
      <w:tr>
        <w:tc>
          <w:tcPr>
            <w:tcW w:type="dxa" w:w="1080"/>
          </w:tcPr>
          <w:p>
            <w:r>
              <w:t>任职情况</w:t>
            </w:r>
          </w:p>
        </w:tc>
        <w:tc>
          <w:tcPr>
            <w:tcW w:type="dxa" w:w="1080"/>
          </w:tcPr>
          <w:p>
            <w:r>
              <w:t>1.担任草业211班班长2年2.科协创新发展中心副主任1年</w:t>
            </w:r>
          </w:p>
        </w:tc>
        <w:tc>
          <w:tcPr>
            <w:tcW w:type="dxa" w:w="1080"/>
          </w:tcPr>
          <w:p>
            <w:r>
              <w:t>1. 2021.9-2023.9 2. 2022.9-2023.9</w:t>
            </w:r>
          </w:p>
        </w:tc>
        <w:tc>
          <w:tcPr>
            <w:tcW w:type="dxa" w:w="1080"/>
          </w:tcPr>
          <w:p>
            <w:r>
              <w:t>班级主要负责人2</w:t>
            </w:r>
          </w:p>
        </w:tc>
        <w:tc>
          <w:tcPr>
            <w:tcW w:type="dxa" w:w="1080"/>
          </w:tcPr>
          <w:p/>
        </w:tc>
        <w:tc>
          <w:tcPr>
            <w:tcW w:type="dxa" w:w="1080"/>
          </w:tcPr>
          <w:p/>
        </w:tc>
        <w:tc>
          <w:tcPr>
            <w:tcW w:type="dxa" w:w="1080"/>
          </w:tcPr>
          <w:p/>
        </w:tc>
        <w:tc>
          <w:tcPr>
            <w:tcW w:type="dxa" w:w="1080"/>
          </w:tcPr>
          <w:p/>
        </w:tc>
      </w:tr>
      <w:tr>
        <w:tc>
          <w:tcPr>
            <w:tcW w:type="dxa" w:w="1080"/>
          </w:tcPr>
          <w:p>
            <w:r>
              <w:t>15521119姚敏学</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37.83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t>以第二作者身份在《草地学报》期刊上发表一篇论文《紫花苜蓿青贮饲料对草鱼生长性能和肌肉品质的影响》</w:t>
            </w:r>
          </w:p>
        </w:tc>
        <w:tc>
          <w:tcPr>
            <w:tcW w:type="dxa" w:w="1080"/>
          </w:tcPr>
          <w:p>
            <w:r/>
          </w:p>
        </w:tc>
        <w:tc>
          <w:tcPr>
            <w:tcW w:type="dxa" w:w="1080"/>
          </w:tcPr>
          <w:p>
            <w:r>
              <w:t>0</w:t>
            </w:r>
          </w:p>
        </w:tc>
        <w:tc>
          <w:tcPr>
            <w:tcW w:type="dxa" w:w="1080"/>
          </w:tcPr>
          <w:p>
            <w:r>
              <w:t>排序第7位不加分</w:t>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南京农业大学第一届植物生产类本科专业基本技能大赛中获二等奖</w:t>
            </w:r>
          </w:p>
        </w:tc>
        <w:tc>
          <w:tcPr>
            <w:tcW w:type="dxa" w:w="1080"/>
          </w:tcPr>
          <w:p>
            <w:r>
              <w:t>2023年12月14日</w:t>
            </w:r>
          </w:p>
        </w:tc>
        <w:tc>
          <w:tcPr>
            <w:tcW w:type="dxa" w:w="1080"/>
          </w:tcPr>
          <w:p>
            <w:r>
              <w:t>5</w:t>
            </w:r>
          </w:p>
        </w:tc>
        <w:tc>
          <w:tcPr>
            <w:tcW w:type="dxa" w:w="1080"/>
          </w:tcPr>
          <w:p>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担任2022年度南京农业大学植物生产国家级实验教学中心开放性创新创业训练计划项目“紫花苜蓿青贮饲料对草鱼生长性能的影响研究”的主持人并且获得结题优秀。</w:t>
            </w:r>
          </w:p>
        </w:tc>
        <w:tc>
          <w:tcPr>
            <w:tcW w:type="dxa" w:w="1080"/>
          </w:tcPr>
          <w:p>
            <w:r/>
          </w:p>
        </w:tc>
        <w:tc>
          <w:tcPr>
            <w:tcW w:type="dxa" w:w="1080"/>
          </w:tcPr>
          <w:p>
            <w:r>
              <w:t>30.83</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1、2022草业学院十周年院庆优秀志愿者；2、2022年株洲市“暖冬”计划志愿者。</w:t>
            </w:r>
          </w:p>
        </w:tc>
        <w:tc>
          <w:tcPr>
            <w:tcW w:type="dxa" w:w="1080"/>
          </w:tcPr>
          <w:p>
            <w:r/>
          </w:p>
        </w:tc>
        <w:tc>
          <w:tcPr>
            <w:tcW w:type="dxa" w:w="1080"/>
          </w:tcPr>
          <w:p>
            <w:r>
              <w:t>2</w:t>
            </w:r>
          </w:p>
        </w:tc>
        <w:tc>
          <w:tcPr>
            <w:tcW w:type="dxa" w:w="1080"/>
          </w:tcPr>
          <w:p>
            <w:r>
              <w:t>院级优秀志愿者不加分</w:t>
            </w:r>
          </w:p>
        </w:tc>
        <w:tc>
          <w:tcPr>
            <w:tcW w:type="dxa" w:w="1080"/>
          </w:tcPr>
          <w:p/>
        </w:tc>
        <w:tc>
          <w:tcPr>
            <w:tcW w:type="dxa" w:w="1080"/>
          </w:tcPr>
          <w:p/>
        </w:tc>
      </w:tr>
      <w:tr>
        <w:tc>
          <w:tcPr>
            <w:tcW w:type="dxa" w:w="1080"/>
          </w:tcPr>
          <w:p>
            <w:r>
              <w:t>任职情况</w:t>
            </w:r>
          </w:p>
        </w:tc>
        <w:tc>
          <w:tcPr>
            <w:tcW w:type="dxa" w:w="1080"/>
          </w:tcPr>
          <w:p>
            <w:r>
              <w:t>担任草业学院羽毛球队长一职获草业学院2022-2023优秀学生干部</w:t>
            </w:r>
          </w:p>
        </w:tc>
        <w:tc>
          <w:tcPr>
            <w:tcW w:type="dxa" w:w="1080"/>
          </w:tcPr>
          <w:p>
            <w:r/>
          </w:p>
        </w:tc>
        <w:tc>
          <w:tcPr>
            <w:tcW w:type="dxa" w:w="1080"/>
          </w:tcPr>
          <w:p>
            <w:r>
              <w:t>院级协会负责人2</w:t>
            </w:r>
          </w:p>
        </w:tc>
        <w:tc>
          <w:tcPr>
            <w:tcW w:type="dxa" w:w="1080"/>
          </w:tcPr>
          <w:p/>
        </w:tc>
        <w:tc>
          <w:tcPr>
            <w:tcW w:type="dxa" w:w="1080"/>
          </w:tcPr>
          <w:p/>
        </w:tc>
        <w:tc>
          <w:tcPr>
            <w:tcW w:type="dxa" w:w="1080"/>
          </w:tcPr>
          <w:p/>
        </w:tc>
        <w:tc>
          <w:tcPr>
            <w:tcW w:type="dxa" w:w="1080"/>
          </w:tcPr>
          <w:p/>
        </w:tc>
      </w:tr>
      <w:tr>
        <w:tc>
          <w:tcPr>
            <w:tcW w:type="dxa" w:w="1080"/>
          </w:tcPr>
          <w:p>
            <w:r>
              <w:t>15521123唐梦圆</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51.67</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南京农业大学第一届植物生产类本科专业基本技能大赛一等奖</w:t>
            </w:r>
          </w:p>
        </w:tc>
        <w:tc>
          <w:tcPr>
            <w:tcW w:type="dxa" w:w="1080"/>
          </w:tcPr>
          <w:p>
            <w:r>
              <w:t>2023年12月</w:t>
            </w:r>
          </w:p>
        </w:tc>
        <w:tc>
          <w:tcPr>
            <w:tcW w:type="dxa" w:w="1080"/>
          </w:tcPr>
          <w:p>
            <w:r>
              <w:t>15</w:t>
            </w:r>
          </w:p>
        </w:tc>
        <w:tc>
          <w:tcPr>
            <w:tcW w:type="dxa" w:w="1080"/>
          </w:tcPr>
          <w:p>
            <w:r>
              <w:t>校市级一等奖10</w:t>
            </w:r>
          </w:p>
        </w:tc>
        <w:tc>
          <w:tcPr>
            <w:tcW w:type="dxa" w:w="1080"/>
          </w:tcPr>
          <w:p/>
        </w:tc>
        <w:tc>
          <w:tcPr>
            <w:tcW w:type="dxa" w:w="1080"/>
          </w:tcPr>
          <w:p/>
        </w:tc>
        <w:tc>
          <w:tcPr>
            <w:tcW w:type="dxa" w:w="1080"/>
          </w:tcPr>
          <w:p/>
        </w:tc>
      </w:tr>
      <w:tr>
        <w:tc>
          <w:tcPr>
            <w:tcW w:type="dxa" w:w="1080"/>
          </w:tcPr>
          <w:p>
            <w:r>
              <w:t>南京农业大学第四届“绿野仙足”足球场规划设计大赛二等奖</w:t>
            </w:r>
          </w:p>
        </w:tc>
        <w:tc>
          <w:tcPr>
            <w:tcW w:type="dxa" w:w="1080"/>
          </w:tcPr>
          <w:p>
            <w:r>
              <w:t>2024年6月</w:t>
            </w:r>
          </w:p>
        </w:tc>
        <w:tc>
          <w:tcPr>
            <w:tcW w:type="dxa" w:w="1080"/>
          </w:tcPr>
          <w:p>
            <w:r>
              <w:t>校市级二等奖5</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南京农业大学“笔墨写廉洁，丹青迎校庆”廉洁文化作品征集比赛二等奖</w:t>
            </w:r>
          </w:p>
        </w:tc>
        <w:tc>
          <w:tcPr>
            <w:tcW w:type="dxa" w:w="1080"/>
          </w:tcPr>
          <w:p>
            <w:r>
              <w:t>2022年9月</w:t>
            </w:r>
          </w:p>
        </w:tc>
        <w:tc>
          <w:tcPr>
            <w:tcW w:type="dxa" w:w="1080"/>
          </w:tcPr>
          <w:p>
            <w:r>
              <w:t>该年份该项目未列为学科专业竞赛项目</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第三届“振兴杯”创新创业大赛红色筑梦之旅赛道三等奖</w:t>
            </w:r>
          </w:p>
        </w:tc>
        <w:tc>
          <w:tcPr>
            <w:tcW w:type="dxa" w:w="1080"/>
          </w:tcPr>
          <w:p>
            <w:r>
              <w:t>2023年7月</w:t>
            </w:r>
          </w:p>
        </w:tc>
        <w:tc>
          <w:tcPr>
            <w:tcW w:type="dxa" w:w="1080"/>
          </w:tcPr>
          <w:p>
            <w:r>
              <w:t>三等奖不加分</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第四届“振兴杯”创新创业大赛红色筑梦之旅赛道三等奖</w:t>
            </w:r>
          </w:p>
        </w:tc>
        <w:tc>
          <w:tcPr>
            <w:tcW w:type="dxa" w:w="1080"/>
          </w:tcPr>
          <w:p>
            <w:r>
              <w:t>2024年8月</w:t>
            </w:r>
          </w:p>
        </w:tc>
        <w:tc>
          <w:tcPr>
            <w:tcW w:type="dxa" w:w="1080"/>
          </w:tcPr>
          <w:p>
            <w:r>
              <w:t>三等奖不加分</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2022年10月-2024年6月，担任校级SRT项目主持人，《添加有机肥和不同草地原生土壤对秃斑土地植被建植的影响》现已顺利结题</w:t>
            </w:r>
          </w:p>
        </w:tc>
        <w:tc>
          <w:tcPr>
            <w:tcW w:type="dxa" w:w="1080"/>
          </w:tcPr>
          <w:p>
            <w:r>
              <w:t>2022年10月-2024年6月</w:t>
            </w:r>
          </w:p>
        </w:tc>
        <w:tc>
          <w:tcPr>
            <w:tcW w:type="dxa" w:w="1080"/>
          </w:tcPr>
          <w:p>
            <w:r>
              <w:t>32.67</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担任草业学院学生会副主席兼团委组织部部长担任伯藜学社就创业服务中心副部长担任草业211班组织委员</w:t>
            </w:r>
          </w:p>
        </w:tc>
        <w:tc>
          <w:tcPr>
            <w:tcW w:type="dxa" w:w="1080"/>
          </w:tcPr>
          <w:p>
            <w:r>
              <w:t>2023年5-2024年5月2022年4月-2023年4月2021年9月-2024年9月</w:t>
            </w:r>
          </w:p>
        </w:tc>
        <w:tc>
          <w:tcPr>
            <w:tcW w:type="dxa" w:w="1080"/>
          </w:tcPr>
          <w:p>
            <w:r>
              <w:t>4</w:t>
            </w:r>
          </w:p>
        </w:tc>
        <w:tc>
          <w:tcPr>
            <w:tcW w:type="dxa" w:w="1080"/>
          </w:tcPr>
          <w:p>
            <w:r>
              <w:t>院级学生会副主席等同于校级主要负责人4</w:t>
            </w:r>
          </w:p>
        </w:tc>
        <w:tc>
          <w:tcPr>
            <w:tcW w:type="dxa" w:w="1080"/>
          </w:tcPr>
          <w:p/>
        </w:tc>
        <w:tc>
          <w:tcPr>
            <w:tcW w:type="dxa" w:w="1080"/>
          </w:tcPr>
          <w:p/>
        </w:tc>
      </w:tr>
    </w:tbl>
    <w:p>
      <w:r>
        <w:t>公示期三天，自2024年9月14日至2024年9月17日止。如对综合素质得分有异议，请于公示期内向推荐免试攻读研究生工作领导小组反映。联系人：武昕宇，邮箱：wuxinyu@njau.edu.cn。</w:t>
      </w:r>
    </w:p>
    <w:p>
      <w:r>
        <w:t>草业学院</w:t>
      </w:r>
    </w:p>
    <w:p>
      <w:r>
        <w:t>2024年9月14日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